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93E42" w14:textId="72AB9779" w:rsidR="00A62F46" w:rsidRDefault="00A70318">
      <w:pPr>
        <w:jc w:val="right"/>
      </w:pPr>
      <w:proofErr w:type="spellStart"/>
      <w:r>
        <w:rPr>
          <w:b/>
        </w:rPr>
        <w:t>Załącznik</w:t>
      </w:r>
      <w:proofErr w:type="spellEnd"/>
      <w:r>
        <w:rPr>
          <w:b/>
        </w:rPr>
        <w:t xml:space="preserve"> nr 4</w:t>
      </w:r>
      <w:r w:rsidR="00F12576">
        <w:rPr>
          <w:b/>
        </w:rPr>
        <w:t>.1</w:t>
      </w:r>
    </w:p>
    <w:p w14:paraId="10C66EC1" w14:textId="77777777" w:rsidR="00A62F46" w:rsidRDefault="00A70318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2793907F" w14:textId="77777777" w:rsidR="00A62F46" w:rsidRDefault="00A70318">
      <w:pPr>
        <w:jc w:val="center"/>
      </w:pPr>
      <w:r>
        <w:rPr>
          <w:b/>
          <w:sz w:val="22"/>
        </w:rPr>
        <w:t>Specyfikacja techniczna - Laptop Typ A - 15 szt.</w:t>
      </w:r>
    </w:p>
    <w:p w14:paraId="631B1C52" w14:textId="77777777" w:rsidR="00A62F46" w:rsidRDefault="00A70318">
      <w:r>
        <w:t>Producent: ........................................................................     Model / oznaczenie: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A62F46" w14:paraId="2B509029" w14:textId="77777777" w:rsidTr="006A2471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21A5ADF" w14:textId="77777777" w:rsidR="00A62F46" w:rsidRDefault="00A70318">
            <w:pPr>
              <w:spacing w:after="0"/>
            </w:pPr>
            <w:r>
              <w:rPr>
                <w:b/>
                <w:sz w:val="17"/>
              </w:rPr>
              <w:t>Cecha / parametr</w:t>
            </w:r>
          </w:p>
        </w:tc>
        <w:tc>
          <w:tcPr>
            <w:tcW w:w="4762" w:type="dxa"/>
            <w:shd w:val="clear" w:color="auto" w:fill="E8EEF5"/>
          </w:tcPr>
          <w:p w14:paraId="681CD1C2" w14:textId="77777777" w:rsidR="00A62F46" w:rsidRDefault="00A70318">
            <w:pPr>
              <w:spacing w:after="0"/>
            </w:pPr>
            <w:r>
              <w:rPr>
                <w:b/>
                <w:sz w:val="17"/>
              </w:rPr>
              <w:t>Wymagane minimalne parametry techniczne</w:t>
            </w:r>
          </w:p>
        </w:tc>
        <w:tc>
          <w:tcPr>
            <w:tcW w:w="2324" w:type="dxa"/>
            <w:shd w:val="clear" w:color="auto" w:fill="FFFF99"/>
          </w:tcPr>
          <w:p w14:paraId="34A7FAE2" w14:textId="77777777" w:rsidR="00A62F46" w:rsidRDefault="00A70318">
            <w:pPr>
              <w:spacing w:after="0"/>
            </w:pPr>
            <w:r>
              <w:rPr>
                <w:b/>
                <w:sz w:val="17"/>
              </w:rPr>
              <w:t>Oferowane parametry (wypełnia Wykonawca)</w:t>
            </w:r>
          </w:p>
        </w:tc>
      </w:tr>
      <w:tr w:rsidR="00A62F46" w14:paraId="595AB714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CB7497D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Stan urządzenia</w:t>
            </w:r>
          </w:p>
        </w:tc>
        <w:tc>
          <w:tcPr>
            <w:tcW w:w="4762" w:type="dxa"/>
            <w:vAlign w:val="center"/>
          </w:tcPr>
          <w:p w14:paraId="2E8B1D06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Fabrycznie nowe, nieużywane, nieregenerowane, kompletne i wolne od wad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E53623" w14:textId="77777777" w:rsidR="00A62F46" w:rsidRDefault="00A62F46">
            <w:pPr>
              <w:keepLines/>
              <w:spacing w:after="0"/>
            </w:pPr>
          </w:p>
        </w:tc>
      </w:tr>
      <w:tr w:rsidR="00A62F46" w14:paraId="29FC5E4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82E565B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urządzenia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4B39D9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Komputer przenośny typu notebook do zastosowań biznesowych i pracy biurowej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B1EDCB" w14:textId="77777777" w:rsidR="00A62F46" w:rsidRDefault="00A62F46">
            <w:pPr>
              <w:keepLines/>
              <w:spacing w:after="0"/>
            </w:pPr>
          </w:p>
        </w:tc>
      </w:tr>
      <w:tr w:rsidR="00A62F46" w14:paraId="04A883B0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1B9F2A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Przekątna ekranu</w:t>
            </w:r>
          </w:p>
        </w:tc>
        <w:tc>
          <w:tcPr>
            <w:tcW w:w="4762" w:type="dxa"/>
            <w:vAlign w:val="center"/>
          </w:tcPr>
          <w:p w14:paraId="659FE715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16,0"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27103B8" w14:textId="77777777" w:rsidR="00A62F46" w:rsidRDefault="00A62F46">
            <w:pPr>
              <w:keepLines/>
              <w:spacing w:after="0"/>
            </w:pPr>
          </w:p>
        </w:tc>
      </w:tr>
      <w:tr w:rsidR="00A62F46" w14:paraId="70433991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FD0A23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Rozdzielczość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1ED244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1920 × 1200 pikseli, format 16:10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1958604" w14:textId="77777777" w:rsidR="00A62F46" w:rsidRDefault="00A62F46">
            <w:pPr>
              <w:keepLines/>
              <w:spacing w:after="0"/>
            </w:pPr>
          </w:p>
        </w:tc>
      </w:tr>
      <w:tr w:rsidR="00A62F46" w14:paraId="6085114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E04620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matrycy</w:t>
            </w:r>
          </w:p>
        </w:tc>
        <w:tc>
          <w:tcPr>
            <w:tcW w:w="4762" w:type="dxa"/>
            <w:vAlign w:val="center"/>
          </w:tcPr>
          <w:p w14:paraId="6931147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IPS lub technologia równoważna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AEBBB81" w14:textId="77777777" w:rsidR="00A62F46" w:rsidRDefault="00A62F46">
            <w:pPr>
              <w:keepLines/>
              <w:spacing w:after="0"/>
            </w:pPr>
          </w:p>
        </w:tc>
      </w:tr>
      <w:tr w:rsidR="00A62F46" w14:paraId="202C3345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F42987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Powierzchnia ekranu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0EA195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Matowa / anti-glare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DB6E87" w14:textId="77777777" w:rsidR="00A62F46" w:rsidRDefault="00A62F46">
            <w:pPr>
              <w:keepLines/>
              <w:spacing w:after="0"/>
            </w:pPr>
          </w:p>
        </w:tc>
      </w:tr>
      <w:tr w:rsidR="00A62F46" w14:paraId="15283381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AB7AC37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Jasność</w:t>
            </w:r>
          </w:p>
        </w:tc>
        <w:tc>
          <w:tcPr>
            <w:tcW w:w="4762" w:type="dxa"/>
            <w:vAlign w:val="center"/>
          </w:tcPr>
          <w:p w14:paraId="5356A521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300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09B316" w14:textId="77777777" w:rsidR="00A62F46" w:rsidRDefault="00A62F46">
            <w:pPr>
              <w:keepLines/>
              <w:spacing w:after="0"/>
            </w:pPr>
          </w:p>
        </w:tc>
      </w:tr>
      <w:tr w:rsidR="00A62F46" w14:paraId="5B357B6E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4C8D8A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Częstotliwość odświeżania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DDED16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60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81365CF" w14:textId="77777777" w:rsidR="00A62F46" w:rsidRDefault="00A62F46">
            <w:pPr>
              <w:keepLines/>
              <w:spacing w:after="0"/>
            </w:pPr>
          </w:p>
        </w:tc>
      </w:tr>
      <w:tr w:rsidR="00A62F46" w14:paraId="7B7B926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2DCD24D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Ochrona wzroku</w:t>
            </w:r>
          </w:p>
        </w:tc>
        <w:tc>
          <w:tcPr>
            <w:tcW w:w="4762" w:type="dxa"/>
            <w:vAlign w:val="center"/>
          </w:tcPr>
          <w:p w14:paraId="320C46C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Funkcja ograniczająca emisję światła niebieskiego lub rozwiązanie równoważne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04B40A" w14:textId="77777777" w:rsidR="00A62F46" w:rsidRDefault="00A62F46">
            <w:pPr>
              <w:keepLines/>
              <w:spacing w:after="0"/>
            </w:pPr>
          </w:p>
        </w:tc>
      </w:tr>
      <w:tr w:rsidR="00A62F46" w14:paraId="08385A34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ABC6F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Masa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EFDCED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Maksymalnie 1,8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F4323E" w14:textId="77777777" w:rsidR="00A62F46" w:rsidRDefault="00A62F46">
            <w:pPr>
              <w:keepLines/>
              <w:spacing w:after="0"/>
            </w:pPr>
          </w:p>
        </w:tc>
      </w:tr>
      <w:tr w:rsidR="00A62F46" w14:paraId="473B7FCC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74E9430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Grubość</w:t>
            </w:r>
          </w:p>
        </w:tc>
        <w:tc>
          <w:tcPr>
            <w:tcW w:w="4762" w:type="dxa"/>
            <w:vAlign w:val="center"/>
          </w:tcPr>
          <w:p w14:paraId="33BD179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Maksymalnie 20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83FEB87" w14:textId="77777777" w:rsidR="00A62F46" w:rsidRDefault="00A62F46">
            <w:pPr>
              <w:keepLines/>
              <w:spacing w:after="0"/>
            </w:pPr>
          </w:p>
        </w:tc>
      </w:tr>
      <w:tr w:rsidR="00A62F46" w14:paraId="753C3C47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0A2825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Wytrzymałość konstrukcji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56FE7A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Konstrukcja przystosowana do codziennej pracy biurowej, odporna na typowe obciążenia eksploatacyjne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117B309" w14:textId="77777777" w:rsidR="00A62F46" w:rsidRDefault="00A62F46">
            <w:pPr>
              <w:keepLines/>
              <w:spacing w:after="0"/>
            </w:pPr>
          </w:p>
        </w:tc>
      </w:tr>
      <w:tr w:rsidR="00A62F46" w14:paraId="31DFD326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22E1721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Procesor</w:t>
            </w:r>
          </w:p>
        </w:tc>
        <w:tc>
          <w:tcPr>
            <w:tcW w:w="4762" w:type="dxa"/>
            <w:vAlign w:val="center"/>
          </w:tcPr>
          <w:p w14:paraId="3DE2D7C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Procesor x86-64 klasy mobilnej/biznesowej ze zintegrowaną jednostką NPU, o parametrach nie gorszych niż Intel Core Ultra 5 225U lub równoważny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27C33E6" w14:textId="77777777" w:rsidR="00A62F46" w:rsidRDefault="00A62F46">
            <w:pPr>
              <w:keepLines/>
              <w:spacing w:after="0"/>
            </w:pPr>
          </w:p>
        </w:tc>
      </w:tr>
      <w:tr w:rsidR="00A62F46" w14:paraId="4F4C9832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2B4356A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Liczba rdzeni CPU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67210D5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12 rdzeni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0FC6F74" w14:textId="77777777" w:rsidR="00A62F46" w:rsidRDefault="00A62F46">
            <w:pPr>
              <w:keepLines/>
              <w:spacing w:after="0"/>
            </w:pPr>
          </w:p>
        </w:tc>
      </w:tr>
      <w:tr w:rsidR="00A62F46" w14:paraId="3F838101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87794F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Liczba wątków CPU</w:t>
            </w:r>
          </w:p>
        </w:tc>
        <w:tc>
          <w:tcPr>
            <w:tcW w:w="4762" w:type="dxa"/>
            <w:vAlign w:val="center"/>
          </w:tcPr>
          <w:p w14:paraId="2E99FF8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4EBA771" w14:textId="77777777" w:rsidR="00A62F46" w:rsidRDefault="00A62F46">
            <w:pPr>
              <w:keepLines/>
              <w:spacing w:after="0"/>
            </w:pPr>
          </w:p>
        </w:tc>
      </w:tr>
      <w:tr w:rsidR="00A62F46" w14:paraId="34B9E16A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2F8CCD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Maksymalne taktowanie CPU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DD841C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4,8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5F728A" w14:textId="77777777" w:rsidR="00A62F46" w:rsidRDefault="00A62F46">
            <w:pPr>
              <w:keepLines/>
              <w:spacing w:after="0"/>
            </w:pPr>
          </w:p>
        </w:tc>
      </w:tr>
      <w:tr w:rsidR="00A62F46" w14:paraId="57441D6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A096BB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Pamięć cache CPU</w:t>
            </w:r>
          </w:p>
        </w:tc>
        <w:tc>
          <w:tcPr>
            <w:tcW w:w="4762" w:type="dxa"/>
            <w:vAlign w:val="center"/>
          </w:tcPr>
          <w:p w14:paraId="3675F48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12 MB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63340A6" w14:textId="77777777" w:rsidR="00A62F46" w:rsidRDefault="00A62F46">
            <w:pPr>
              <w:keepLines/>
              <w:spacing w:after="0"/>
            </w:pPr>
          </w:p>
        </w:tc>
      </w:tr>
      <w:tr w:rsidR="00A62F46" w14:paraId="3984A8B4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2A123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NPU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809176D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Zintegrowana jednostka NPU do lokalnego przetwarzania AI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D495D4" w14:textId="77777777" w:rsidR="00A62F46" w:rsidRDefault="00A62F46">
            <w:pPr>
              <w:keepLines/>
              <w:spacing w:after="0"/>
            </w:pPr>
          </w:p>
        </w:tc>
      </w:tr>
      <w:tr w:rsidR="00A62F46" w14:paraId="6FA2187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148CE3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Obsługa AI</w:t>
            </w:r>
          </w:p>
        </w:tc>
        <w:tc>
          <w:tcPr>
            <w:tcW w:w="4762" w:type="dxa"/>
            <w:vAlign w:val="center"/>
          </w:tcPr>
          <w:p w14:paraId="511B0E9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lokalnych funkcji AI z wykorzystaniem sprzętowej akceleracji NPU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0C443A" w14:textId="77777777" w:rsidR="00A62F46" w:rsidRDefault="00A62F46">
            <w:pPr>
              <w:keepLines/>
              <w:spacing w:after="0"/>
            </w:pPr>
          </w:p>
        </w:tc>
      </w:tr>
      <w:tr w:rsidR="00A62F46" w14:paraId="5AB03F84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891A4A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Grafika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666C4F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Zintegrowany układ graficzny obsługujący DirectX 12 lub nowszy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9FA600" w14:textId="77777777" w:rsidR="00A62F46" w:rsidRDefault="00A62F46">
            <w:pPr>
              <w:keepLines/>
              <w:spacing w:after="0"/>
            </w:pPr>
          </w:p>
        </w:tc>
      </w:tr>
      <w:tr w:rsidR="00A62F46" w14:paraId="4A627F0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6818BF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Pamięć RAM</w:t>
            </w:r>
          </w:p>
        </w:tc>
        <w:tc>
          <w:tcPr>
            <w:tcW w:w="4762" w:type="dxa"/>
            <w:vAlign w:val="center"/>
          </w:tcPr>
          <w:p w14:paraId="22E42501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16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6C64C4" w14:textId="77777777" w:rsidR="00A62F46" w:rsidRDefault="00A62F46">
            <w:pPr>
              <w:keepLines/>
              <w:spacing w:after="0"/>
            </w:pPr>
          </w:p>
        </w:tc>
      </w:tr>
      <w:tr w:rsidR="00A62F46" w14:paraId="58EB8FA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FB028DA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RAM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41C0FF4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DDR5 lub równoważna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39CFEE6" w14:textId="77777777" w:rsidR="00A62F46" w:rsidRDefault="00A62F46">
            <w:pPr>
              <w:keepLines/>
              <w:spacing w:after="0"/>
            </w:pPr>
          </w:p>
        </w:tc>
      </w:tr>
      <w:tr w:rsidR="00A62F46" w14:paraId="6EFDE425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FF3BCA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Szybkość RAM</w:t>
            </w:r>
          </w:p>
        </w:tc>
        <w:tc>
          <w:tcPr>
            <w:tcW w:w="4762" w:type="dxa"/>
            <w:vAlign w:val="center"/>
          </w:tcPr>
          <w:p w14:paraId="249A617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5600 MT/s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198D3B0" w14:textId="77777777" w:rsidR="00A62F46" w:rsidRDefault="00A62F46">
            <w:pPr>
              <w:keepLines/>
              <w:spacing w:after="0"/>
            </w:pPr>
          </w:p>
        </w:tc>
      </w:tr>
      <w:tr w:rsidR="00A62F46" w14:paraId="1FF527A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D265E26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Gniazda RAM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3F69146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2 gniazda SO-DIMM umożliwiające rozbudowę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30107C" w14:textId="77777777" w:rsidR="00A62F46" w:rsidRDefault="00A62F46">
            <w:pPr>
              <w:keepLines/>
              <w:spacing w:after="0"/>
            </w:pPr>
          </w:p>
        </w:tc>
      </w:tr>
      <w:tr w:rsidR="00A62F46" w14:paraId="72F52EA1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1AFF443B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Maksymalna pamięć RAM</w:t>
            </w:r>
          </w:p>
        </w:tc>
        <w:tc>
          <w:tcPr>
            <w:tcW w:w="4762" w:type="dxa"/>
            <w:vAlign w:val="center"/>
          </w:tcPr>
          <w:p w14:paraId="4DE94A0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rozbudowy do minimum 64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C8AF2E" w14:textId="77777777" w:rsidR="00A62F46" w:rsidRDefault="00A62F46">
            <w:pPr>
              <w:keepLines/>
              <w:spacing w:after="0"/>
            </w:pPr>
          </w:p>
        </w:tc>
      </w:tr>
      <w:tr w:rsidR="00A62F46" w14:paraId="4DC393DC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30ADC2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dysku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2ACEC8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SSD M.2 NVMe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EFAFCDE" w14:textId="77777777" w:rsidR="00A62F46" w:rsidRDefault="00A62F46">
            <w:pPr>
              <w:keepLines/>
              <w:spacing w:after="0"/>
            </w:pPr>
          </w:p>
        </w:tc>
      </w:tr>
      <w:tr w:rsidR="00A62F46" w14:paraId="4B0CB850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630C362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Pojemność SSD</w:t>
            </w:r>
          </w:p>
        </w:tc>
        <w:tc>
          <w:tcPr>
            <w:tcW w:w="4762" w:type="dxa"/>
            <w:vAlign w:val="center"/>
          </w:tcPr>
          <w:p w14:paraId="6685C70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512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5319ACF" w14:textId="77777777" w:rsidR="00A62F46" w:rsidRDefault="00A62F46">
            <w:pPr>
              <w:keepLines/>
              <w:spacing w:after="0"/>
            </w:pPr>
          </w:p>
        </w:tc>
      </w:tr>
      <w:tr w:rsidR="00A62F46" w14:paraId="18D05E1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07A8FB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Interfejs SSD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AEA8FC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PCIe 4.0 ×4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9BBDE2" w14:textId="77777777" w:rsidR="00A62F46" w:rsidRDefault="00A62F46">
            <w:pPr>
              <w:keepLines/>
              <w:spacing w:after="0"/>
            </w:pPr>
          </w:p>
        </w:tc>
      </w:tr>
      <w:tr w:rsidR="00A62F46" w14:paraId="6C34726D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0CB6942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Rozbudowa dysków</w:t>
            </w:r>
          </w:p>
        </w:tc>
        <w:tc>
          <w:tcPr>
            <w:tcW w:w="4762" w:type="dxa"/>
            <w:vAlign w:val="center"/>
          </w:tcPr>
          <w:p w14:paraId="535DDF4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instalacji drugiego wewnętrznego dysku SSD M.2 NVMe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4A809A" w14:textId="77777777" w:rsidR="00A62F46" w:rsidRDefault="00A62F46">
            <w:pPr>
              <w:keepLines/>
              <w:spacing w:after="0"/>
            </w:pPr>
          </w:p>
        </w:tc>
      </w:tr>
      <w:tr w:rsidR="00A62F46" w14:paraId="1FE1F7A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16C1AD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Kamera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B10C9E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Wbudowana kamera minimum Full HD 1080p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E1ED51A" w14:textId="77777777" w:rsidR="00A62F46" w:rsidRDefault="00A62F46">
            <w:pPr>
              <w:keepLines/>
              <w:spacing w:after="0"/>
            </w:pPr>
          </w:p>
        </w:tc>
      </w:tr>
      <w:tr w:rsidR="00A62F46" w14:paraId="20060F4D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AE7684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Prywatność kamery</w:t>
            </w:r>
          </w:p>
        </w:tc>
        <w:tc>
          <w:tcPr>
            <w:tcW w:w="4762" w:type="dxa"/>
            <w:vAlign w:val="center"/>
          </w:tcPr>
          <w:p w14:paraId="5A989A7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Fizyczna przesłona kamery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6A1721" w14:textId="77777777" w:rsidR="00A62F46" w:rsidRDefault="00A62F46">
            <w:pPr>
              <w:keepLines/>
              <w:spacing w:after="0"/>
            </w:pPr>
          </w:p>
        </w:tc>
      </w:tr>
      <w:tr w:rsidR="00A62F46" w14:paraId="423123E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385CD4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Mikrofony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F21ABA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2 wbudowane mikrofony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C33E13" w14:textId="77777777" w:rsidR="00A62F46" w:rsidRDefault="00A62F46">
            <w:pPr>
              <w:keepLines/>
              <w:spacing w:after="0"/>
            </w:pPr>
          </w:p>
        </w:tc>
      </w:tr>
      <w:tr w:rsidR="00A62F46" w14:paraId="0C71132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723B86A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Głośniki</w:t>
            </w:r>
          </w:p>
        </w:tc>
        <w:tc>
          <w:tcPr>
            <w:tcW w:w="4762" w:type="dxa"/>
            <w:vAlign w:val="center"/>
          </w:tcPr>
          <w:p w14:paraId="70A9627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Wbudowane głośniki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D32AF05" w14:textId="77777777" w:rsidR="00A62F46" w:rsidRDefault="00A62F46">
            <w:pPr>
              <w:keepLines/>
              <w:spacing w:after="0"/>
            </w:pPr>
          </w:p>
        </w:tc>
      </w:tr>
      <w:tr w:rsidR="00A62F46" w14:paraId="2D135266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F9A6A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Klawiatura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C7C01F4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Pełnowymiarowa klawiatura z wydzieloną sekcją numeryczną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C63D5F1" w14:textId="77777777" w:rsidR="00A62F46" w:rsidRDefault="00A62F46">
            <w:pPr>
              <w:keepLines/>
              <w:spacing w:after="0"/>
            </w:pPr>
          </w:p>
        </w:tc>
      </w:tr>
      <w:tr w:rsidR="00A62F46" w14:paraId="41EC66D2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94CD05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Podświetlenie klawiatury</w:t>
            </w:r>
          </w:p>
        </w:tc>
        <w:tc>
          <w:tcPr>
            <w:tcW w:w="4762" w:type="dxa"/>
            <w:vAlign w:val="center"/>
          </w:tcPr>
          <w:p w14:paraId="72E1B02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Wymagane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2F0555" w14:textId="77777777" w:rsidR="00A62F46" w:rsidRDefault="00A62F46">
            <w:pPr>
              <w:keepLines/>
              <w:spacing w:after="0"/>
            </w:pPr>
          </w:p>
        </w:tc>
      </w:tr>
      <w:tr w:rsidR="00A62F46" w14:paraId="5385EB7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31511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Touchpad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FFFDDA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Wbudowany gładzik wielodotykowy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5E73FC3" w14:textId="77777777" w:rsidR="00A62F46" w:rsidRDefault="00A62F46">
            <w:pPr>
              <w:keepLines/>
              <w:spacing w:after="0"/>
            </w:pPr>
          </w:p>
        </w:tc>
      </w:tr>
      <w:tr w:rsidR="00A62F46" w14:paraId="0DD8799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3A7F77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Ethernet</w:t>
            </w:r>
          </w:p>
        </w:tc>
        <w:tc>
          <w:tcPr>
            <w:tcW w:w="4762" w:type="dxa"/>
            <w:vAlign w:val="center"/>
          </w:tcPr>
          <w:p w14:paraId="6DCDA75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RJ-45 Gigabit Ethernet 10/100/1000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9A5C6D" w14:textId="77777777" w:rsidR="00A62F46" w:rsidRDefault="00A62F46">
            <w:pPr>
              <w:keepLines/>
              <w:spacing w:after="0"/>
            </w:pPr>
          </w:p>
        </w:tc>
      </w:tr>
      <w:tr w:rsidR="00A62F46" w14:paraId="06B9025A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BCA3D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Wi-Fi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3E5513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Wi-Fi 6, IEEE 802.11ax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6A2923" w14:textId="77777777" w:rsidR="00A62F46" w:rsidRDefault="00A62F46">
            <w:pPr>
              <w:keepLines/>
              <w:spacing w:after="0"/>
            </w:pPr>
          </w:p>
        </w:tc>
      </w:tr>
      <w:tr w:rsidR="00A62F46" w14:paraId="7C55603E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029BF9F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vAlign w:val="center"/>
          </w:tcPr>
          <w:p w14:paraId="34D1F05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Bluetooth 5.2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FF2C5A" w14:textId="77777777" w:rsidR="00A62F46" w:rsidRDefault="00A62F46">
            <w:pPr>
              <w:keepLines/>
              <w:spacing w:after="0"/>
            </w:pPr>
          </w:p>
        </w:tc>
      </w:tr>
      <w:tr w:rsidR="00A62F46" w14:paraId="15ADAE3E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25A2BE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Thunderbolt / 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853F14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Thunderbolt 4 40 Gb/s oraz 1 × USB-C 10 Gb/s, z obsługą DisplayPort i Power Delivery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5AE91D" w14:textId="77777777" w:rsidR="00A62F46" w:rsidRDefault="00A62F46">
            <w:pPr>
              <w:keepLines/>
              <w:spacing w:after="0"/>
            </w:pPr>
          </w:p>
        </w:tc>
      </w:tr>
      <w:tr w:rsidR="00A62F46" w14:paraId="29FAE67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302368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USB-A</w:t>
            </w:r>
          </w:p>
        </w:tc>
        <w:tc>
          <w:tcPr>
            <w:tcW w:w="4762" w:type="dxa"/>
            <w:vAlign w:val="center"/>
          </w:tcPr>
          <w:p w14:paraId="46F37146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2 × USB-A USB 3.2 Gen 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44D7129" w14:textId="77777777" w:rsidR="00A62F46" w:rsidRDefault="00A62F46">
            <w:pPr>
              <w:keepLines/>
              <w:spacing w:after="0"/>
            </w:pPr>
          </w:p>
        </w:tc>
      </w:tr>
      <w:tr w:rsidR="00A62F46" w14:paraId="7F3F68D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9695D3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A2AFBD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HDMI z obsługą obrazu 4K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0BA17F" w14:textId="77777777" w:rsidR="00A62F46" w:rsidRDefault="00A62F46">
            <w:pPr>
              <w:keepLines/>
              <w:spacing w:after="0"/>
            </w:pPr>
          </w:p>
        </w:tc>
      </w:tr>
      <w:tr w:rsidR="00A62F46" w14:paraId="16034F4B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EA6DD6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lastRenderedPageBreak/>
              <w:t>Audio</w:t>
            </w:r>
          </w:p>
        </w:tc>
        <w:tc>
          <w:tcPr>
            <w:tcW w:w="4762" w:type="dxa"/>
            <w:vAlign w:val="center"/>
          </w:tcPr>
          <w:p w14:paraId="22894AE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gniazdo słuchawkowo-mikrofonowe 3,5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80A80FE" w14:textId="77777777" w:rsidR="00A62F46" w:rsidRDefault="00A62F46">
            <w:pPr>
              <w:keepLines/>
              <w:spacing w:after="0"/>
            </w:pPr>
          </w:p>
        </w:tc>
      </w:tr>
      <w:tr w:rsidR="00A62F46" w14:paraId="3E026D46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8059A8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Czytnik kart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A0531C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Wbudowany czytnik kart SD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53CD94" w14:textId="77777777" w:rsidR="00A62F46" w:rsidRDefault="00A62F46">
            <w:pPr>
              <w:keepLines/>
              <w:spacing w:after="0"/>
            </w:pPr>
          </w:p>
        </w:tc>
      </w:tr>
      <w:tr w:rsidR="00A62F46" w14:paraId="7CE77CE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7E26ED5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baterii</w:t>
            </w:r>
          </w:p>
        </w:tc>
        <w:tc>
          <w:tcPr>
            <w:tcW w:w="4762" w:type="dxa"/>
            <w:vAlign w:val="center"/>
          </w:tcPr>
          <w:p w14:paraId="366C3DC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Litowo-polimerowa lub litowo-jonowa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18B0263" w14:textId="77777777" w:rsidR="00A62F46" w:rsidRDefault="00A62F46">
            <w:pPr>
              <w:keepLines/>
              <w:spacing w:after="0"/>
            </w:pPr>
          </w:p>
        </w:tc>
      </w:tr>
      <w:tr w:rsidR="00A62F46" w14:paraId="34A92345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7AFD4A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Pojemność baterii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F7EEF8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45 Wh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B8D3FC" w14:textId="77777777" w:rsidR="00A62F46" w:rsidRDefault="00A62F46">
            <w:pPr>
              <w:keepLines/>
              <w:spacing w:after="0"/>
            </w:pPr>
          </w:p>
        </w:tc>
      </w:tr>
      <w:tr w:rsidR="00A62F46" w14:paraId="4D351F6D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7BAD4C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Zasilacz</w:t>
            </w:r>
          </w:p>
        </w:tc>
        <w:tc>
          <w:tcPr>
            <w:tcW w:w="4762" w:type="dxa"/>
            <w:vAlign w:val="center"/>
          </w:tcPr>
          <w:p w14:paraId="358281E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Oryginalny zasilacz producenta USB-C, minimum 65 W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BF6FE9" w14:textId="77777777" w:rsidR="00A62F46" w:rsidRDefault="00A62F46">
            <w:pPr>
              <w:keepLines/>
              <w:spacing w:after="0"/>
            </w:pPr>
          </w:p>
        </w:tc>
      </w:tr>
      <w:tr w:rsidR="00A62F46" w14:paraId="11388C0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A03740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Zakres zasilania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18661A5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100–240 V AC, 50/60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5CC684" w14:textId="77777777" w:rsidR="00A62F46" w:rsidRDefault="00A62F46">
            <w:pPr>
              <w:keepLines/>
              <w:spacing w:after="0"/>
            </w:pPr>
          </w:p>
        </w:tc>
      </w:tr>
      <w:tr w:rsidR="00A62F46" w14:paraId="0CD24FFB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16176E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TPM</w:t>
            </w:r>
          </w:p>
        </w:tc>
        <w:tc>
          <w:tcPr>
            <w:tcW w:w="4762" w:type="dxa"/>
            <w:vAlign w:val="center"/>
          </w:tcPr>
          <w:p w14:paraId="531AA3B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TPM 2.0 sprzętowy lub firmware TPM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007F86D" w14:textId="77777777" w:rsidR="00A62F46" w:rsidRDefault="00A62F46">
            <w:pPr>
              <w:keepLines/>
              <w:spacing w:after="0"/>
            </w:pPr>
          </w:p>
        </w:tc>
      </w:tr>
      <w:tr w:rsidR="00A62F46" w14:paraId="4C617912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B53169D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Secure Boot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D977B5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Secure Boot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763D7FA" w14:textId="77777777" w:rsidR="00A62F46" w:rsidRDefault="00A62F46">
            <w:pPr>
              <w:keepLines/>
              <w:spacing w:after="0"/>
            </w:pPr>
          </w:p>
        </w:tc>
      </w:tr>
      <w:tr w:rsidR="00A62F46" w14:paraId="78DD6A3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26E8D1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Windows Hello</w:t>
            </w:r>
          </w:p>
        </w:tc>
        <w:tc>
          <w:tcPr>
            <w:tcW w:w="4762" w:type="dxa"/>
            <w:vAlign w:val="center"/>
          </w:tcPr>
          <w:p w14:paraId="7626A3B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mechanizmów uwierzytelniania systemu Windows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36445FA" w14:textId="77777777" w:rsidR="00A62F46" w:rsidRDefault="00A62F46">
            <w:pPr>
              <w:keepLines/>
              <w:spacing w:after="0"/>
            </w:pPr>
          </w:p>
        </w:tc>
      </w:tr>
      <w:tr w:rsidR="00A62F46" w14:paraId="349BF0E3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140135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UEFI / BIOS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232271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ustawienia hasła administratora UEFI/BIOS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12E305" w14:textId="77777777" w:rsidR="00A62F46" w:rsidRDefault="00A62F46">
            <w:pPr>
              <w:keepLines/>
              <w:spacing w:after="0"/>
            </w:pPr>
          </w:p>
        </w:tc>
      </w:tr>
      <w:tr w:rsidR="00A62F46" w14:paraId="0D0CCB67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D75058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Blokada fizyczna</w:t>
            </w:r>
          </w:p>
        </w:tc>
        <w:tc>
          <w:tcPr>
            <w:tcW w:w="4762" w:type="dxa"/>
            <w:vAlign w:val="center"/>
          </w:tcPr>
          <w:p w14:paraId="6D62472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Gniazdo Kensington lub równoważne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4FF8E8" w14:textId="77777777" w:rsidR="00A62F46" w:rsidRDefault="00A62F46">
            <w:pPr>
              <w:keepLines/>
              <w:spacing w:after="0"/>
            </w:pPr>
          </w:p>
        </w:tc>
      </w:tr>
      <w:tr w:rsidR="00A62F46" w14:paraId="7E16B400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EE3F04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System operacyjny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985C70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Microsoft Windows 11 Pro 64-bit PL, fabrycznie zainstalowany i aktywowany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C3165AF" w14:textId="77777777" w:rsidR="00A62F46" w:rsidRDefault="00A62F46">
            <w:pPr>
              <w:keepLines/>
              <w:spacing w:after="0"/>
            </w:pPr>
          </w:p>
        </w:tc>
      </w:tr>
      <w:tr w:rsidR="00A62F46" w14:paraId="2EDF7B7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8046480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Licencja systemu</w:t>
            </w:r>
          </w:p>
        </w:tc>
        <w:tc>
          <w:tcPr>
            <w:tcW w:w="4762" w:type="dxa"/>
            <w:vAlign w:val="center"/>
          </w:tcPr>
          <w:p w14:paraId="6B90701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Licencja przypisana do urządzenia zgodnie z zasadami producenta systemu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2A2523" w14:textId="77777777" w:rsidR="00A62F46" w:rsidRDefault="00A62F46">
            <w:pPr>
              <w:keepLines/>
              <w:spacing w:after="0"/>
            </w:pPr>
          </w:p>
        </w:tc>
      </w:tr>
      <w:tr w:rsidR="00A62F46" w14:paraId="3FCD9442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90769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Integracja z domeną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7219FED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dołączenia do domeny Active Directory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000F542" w14:textId="77777777" w:rsidR="00A62F46" w:rsidRDefault="00A62F46">
            <w:pPr>
              <w:keepLines/>
              <w:spacing w:after="0"/>
            </w:pPr>
          </w:p>
        </w:tc>
      </w:tr>
      <w:tr w:rsidR="00A62F46" w14:paraId="6771709E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CBD730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Sterowniki</w:t>
            </w:r>
          </w:p>
        </w:tc>
        <w:tc>
          <w:tcPr>
            <w:tcW w:w="4762" w:type="dxa"/>
            <w:vAlign w:val="center"/>
          </w:tcPr>
          <w:p w14:paraId="1AF3C7DD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Dostępne na stronie producenta urządzenia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4732B8" w14:textId="77777777" w:rsidR="00A62F46" w:rsidRDefault="00A62F46">
            <w:pPr>
              <w:keepLines/>
              <w:spacing w:after="0"/>
            </w:pPr>
          </w:p>
        </w:tc>
      </w:tr>
      <w:tr w:rsidR="00A62F46" w14:paraId="35E55D1F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5FA4AF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Aktualizacje BIOS/UEFI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E19EED1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Producent zapewnia możliwość pobierania aktualizacji BIOS/UEFI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EBBE03" w14:textId="77777777" w:rsidR="00A62F46" w:rsidRDefault="00A62F46">
            <w:pPr>
              <w:keepLines/>
              <w:spacing w:after="0"/>
            </w:pPr>
          </w:p>
        </w:tc>
      </w:tr>
      <w:tr w:rsidR="00A62F46" w14:paraId="12697F64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B32349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ENERGY STAR</w:t>
            </w:r>
          </w:p>
        </w:tc>
        <w:tc>
          <w:tcPr>
            <w:tcW w:w="4762" w:type="dxa"/>
            <w:vAlign w:val="center"/>
          </w:tcPr>
          <w:p w14:paraId="101980B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Certyfikat ENERGY STAR lub równoważny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D6CCFB7" w14:textId="77777777" w:rsidR="00A62F46" w:rsidRDefault="00A62F46">
            <w:pPr>
              <w:keepLines/>
              <w:spacing w:after="0"/>
            </w:pPr>
          </w:p>
        </w:tc>
      </w:tr>
      <w:tr w:rsidR="00A62F46" w14:paraId="346A3D46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448E5F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EPEAT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BABD96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EPEAT Gold lub równoważna deklaracja środowiskowa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C00AC6" w14:textId="77777777" w:rsidR="00A62F46" w:rsidRDefault="00A62F46">
            <w:pPr>
              <w:keepLines/>
              <w:spacing w:after="0"/>
            </w:pPr>
          </w:p>
        </w:tc>
      </w:tr>
      <w:tr w:rsidR="00A62F46" w14:paraId="69091CD6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6ABD7D4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Zgodność środowiskowa</w:t>
            </w:r>
          </w:p>
        </w:tc>
        <w:tc>
          <w:tcPr>
            <w:tcW w:w="4762" w:type="dxa"/>
            <w:vAlign w:val="center"/>
          </w:tcPr>
          <w:p w14:paraId="027BADE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Zgodność co najmniej z RoHS i wymaganiami właściwych przepisów UE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DCBA86C" w14:textId="77777777" w:rsidR="00A62F46" w:rsidRDefault="00A62F46">
            <w:pPr>
              <w:keepLines/>
              <w:spacing w:after="0"/>
            </w:pPr>
          </w:p>
        </w:tc>
      </w:tr>
      <w:tr w:rsidR="00A62F46" w14:paraId="7FA22763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DA43A47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Numer seryjny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05C64E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Fabryczny numer seryjny umożliwiający identyfikację urządzenia i gwarancji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98953D" w14:textId="77777777" w:rsidR="00A62F46" w:rsidRDefault="00A62F46">
            <w:pPr>
              <w:keepLines/>
              <w:spacing w:after="0"/>
            </w:pPr>
          </w:p>
        </w:tc>
      </w:tr>
      <w:tr w:rsidR="00A62F46" w14:paraId="3113AAC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0ACE063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Gwarancja</w:t>
            </w:r>
          </w:p>
        </w:tc>
        <w:tc>
          <w:tcPr>
            <w:tcW w:w="4762" w:type="dxa"/>
            <w:vAlign w:val="center"/>
          </w:tcPr>
          <w:p w14:paraId="1CD037C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36 miesięcy gwarancji producenta typu OnSite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F8AD0C" w14:textId="77777777" w:rsidR="00A62F46" w:rsidRDefault="00A62F46">
            <w:pPr>
              <w:keepLines/>
              <w:spacing w:after="0"/>
            </w:pPr>
          </w:p>
        </w:tc>
      </w:tr>
      <w:tr w:rsidR="00A62F46" w14:paraId="66429D4A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A8C8E0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Serwis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D30AF2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zgłoszenia awarii do producenta lub autoryzowanego serwisu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FBC4F80" w14:textId="77777777" w:rsidR="00A62F46" w:rsidRDefault="00A62F46">
            <w:pPr>
              <w:keepLines/>
              <w:spacing w:after="0"/>
            </w:pPr>
          </w:p>
        </w:tc>
      </w:tr>
      <w:tr w:rsidR="00A62F46" w14:paraId="529DE6C2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24991E2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Zasilacz i przewód</w:t>
            </w:r>
          </w:p>
        </w:tc>
        <w:tc>
          <w:tcPr>
            <w:tcW w:w="4762" w:type="dxa"/>
            <w:vAlign w:val="center"/>
          </w:tcPr>
          <w:p w14:paraId="2126010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Oryginalny zasilacz i wymagane przewody w komplecie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A023AFD" w14:textId="77777777" w:rsidR="00A62F46" w:rsidRDefault="00A62F46">
            <w:pPr>
              <w:keepLines/>
              <w:spacing w:after="0"/>
            </w:pPr>
          </w:p>
        </w:tc>
      </w:tr>
      <w:tr w:rsidR="00A62F46" w14:paraId="0CCF0937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EAA7B1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Kompletność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D4005C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Wszystkie elementy wymagane do uruchomienia i normalnego użytkowania urządzenia muszą być zawarte w cenie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C2B8660" w14:textId="77777777" w:rsidR="00A62F46" w:rsidRDefault="00A62F46">
            <w:pPr>
              <w:keepLines/>
              <w:spacing w:after="0"/>
            </w:pPr>
          </w:p>
        </w:tc>
      </w:tr>
    </w:tbl>
    <w:p w14:paraId="759FD442" w14:textId="77777777" w:rsidR="00F12576" w:rsidRDefault="00F12576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6A2471" w14:paraId="2E9A13CD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509D" w14:textId="77777777" w:rsidR="006A2471" w:rsidRDefault="006A247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5B99" w14:textId="77777777" w:rsidR="006A2471" w:rsidRDefault="006A247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1DFB7C6" w14:textId="77777777" w:rsidR="006A2471" w:rsidRDefault="006A2471">
            <w:pPr>
              <w:rPr>
                <w:highlight w:val="yellow"/>
              </w:rPr>
            </w:pPr>
          </w:p>
        </w:tc>
      </w:tr>
      <w:tr w:rsidR="006A2471" w14:paraId="2C603289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67676" w14:textId="77777777" w:rsidR="006A2471" w:rsidRDefault="006A247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88A5" w14:textId="77777777" w:rsidR="006A2471" w:rsidRDefault="006A247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22624D8" w14:textId="77777777" w:rsidR="006A2471" w:rsidRDefault="006A2471">
            <w:pPr>
              <w:rPr>
                <w:highlight w:val="yellow"/>
              </w:rPr>
            </w:pPr>
          </w:p>
        </w:tc>
      </w:tr>
      <w:tr w:rsidR="006A2471" w14:paraId="4AE508C3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F70DD" w14:textId="3F7FB67E" w:rsidR="006A2471" w:rsidRDefault="006A247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15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7F84" w14:textId="77777777" w:rsidR="006A2471" w:rsidRDefault="006A247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A3DAB65" w14:textId="77777777" w:rsidR="006A2471" w:rsidRDefault="006A2471">
            <w:pPr>
              <w:rPr>
                <w:highlight w:val="yellow"/>
              </w:rPr>
            </w:pPr>
          </w:p>
        </w:tc>
      </w:tr>
      <w:tr w:rsidR="006A2471" w14:paraId="34ED8DDA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F279" w14:textId="77777777" w:rsidR="006A2471" w:rsidRDefault="006A247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F502" w14:textId="6A5092EB" w:rsidR="006A2471" w:rsidRDefault="0025708B">
            <w:r>
              <w:t>Br</w:t>
            </w:r>
            <w:r w:rsidR="006A2471">
              <w:t xml:space="preserve">utto w </w:t>
            </w:r>
            <w:proofErr w:type="spellStart"/>
            <w:r w:rsidR="006A2471">
              <w:t>zł</w:t>
            </w:r>
            <w:proofErr w:type="spellEnd"/>
            <w:r w:rsidR="006A2471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1131A87" w14:textId="77777777" w:rsidR="006A2471" w:rsidRDefault="006A2471">
            <w:pPr>
              <w:rPr>
                <w:highlight w:val="yellow"/>
              </w:rPr>
            </w:pPr>
          </w:p>
        </w:tc>
      </w:tr>
    </w:tbl>
    <w:p w14:paraId="19E35506" w14:textId="77777777" w:rsidR="006A2471" w:rsidRDefault="006A2471"/>
    <w:p w14:paraId="7DA12B83" w14:textId="3BDF03C1" w:rsidR="00A62F46" w:rsidRDefault="00A70318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spełnia wymagania wskazane w tabeli.</w:t>
      </w:r>
    </w:p>
    <w:p w14:paraId="2B0F4B0F" w14:textId="77777777" w:rsidR="00A62F46" w:rsidRDefault="00A70318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4733A98" w14:textId="639BB2FB" w:rsidR="009809EA" w:rsidRDefault="009809EA">
      <w:pPr>
        <w:spacing w:after="200"/>
      </w:pPr>
      <w:r>
        <w:br w:type="page"/>
      </w:r>
    </w:p>
    <w:p w14:paraId="0767C274" w14:textId="77777777" w:rsidR="009809EA" w:rsidRDefault="009809EA" w:rsidP="009809EA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4.2</w:t>
      </w:r>
    </w:p>
    <w:p w14:paraId="329B95D6" w14:textId="77777777" w:rsidR="009809EA" w:rsidRDefault="009809EA" w:rsidP="009809E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15D00757" w14:textId="77777777" w:rsidR="009809EA" w:rsidRDefault="009809EA" w:rsidP="009809E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Laptop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- 2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68B64ADA" w14:textId="77777777" w:rsidR="009809EA" w:rsidRDefault="009809EA" w:rsidP="009809E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9809EA" w14:paraId="6E84BB7E" w14:textId="77777777" w:rsidTr="00CA7470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4627A84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4102F451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2963A384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9809EA" w14:paraId="238351FD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7519C7F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7919E81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Komputer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przenośny</w:t>
            </w:r>
            <w:proofErr w:type="spellEnd"/>
            <w:r>
              <w:rPr>
                <w:sz w:val="17"/>
              </w:rPr>
              <w:t xml:space="preserve"> (laptop) </w:t>
            </w:r>
            <w:proofErr w:type="spellStart"/>
            <w:r>
              <w:rPr>
                <w:sz w:val="17"/>
              </w:rPr>
              <w:t>klasy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biznesowej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1E9703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1A05385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ED268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Ekran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7ED190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16 </w:t>
            </w:r>
            <w:proofErr w:type="spellStart"/>
            <w:r>
              <w:rPr>
                <w:sz w:val="17"/>
              </w:rPr>
              <w:t>cali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matryca</w:t>
            </w:r>
            <w:proofErr w:type="spellEnd"/>
            <w:r>
              <w:rPr>
                <w:sz w:val="17"/>
              </w:rPr>
              <w:t xml:space="preserve"> IPS, </w:t>
            </w:r>
            <w:proofErr w:type="spellStart"/>
            <w:r>
              <w:rPr>
                <w:sz w:val="17"/>
              </w:rPr>
              <w:t>matowa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podświetlenie</w:t>
            </w:r>
            <w:proofErr w:type="spellEnd"/>
            <w:r>
              <w:rPr>
                <w:sz w:val="17"/>
              </w:rPr>
              <w:t xml:space="preserve"> LED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DE552A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181B5E8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EB0C53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6E89EBA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1920 × 1200 </w:t>
            </w:r>
            <w:proofErr w:type="spellStart"/>
            <w:r>
              <w:rPr>
                <w:sz w:val="17"/>
              </w:rPr>
              <w:t>pikseli</w:t>
            </w:r>
            <w:proofErr w:type="spellEnd"/>
            <w:r>
              <w:rPr>
                <w:sz w:val="17"/>
              </w:rPr>
              <w:t xml:space="preserve"> (WUXGA)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21388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897B61E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82C679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Proporcje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A8ECB51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16:10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31ADCD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DCADCB1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2F3280B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3F80682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300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27CC0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83F841B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815C53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Procesor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BFB6D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Intel Core Ultra 7 258V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równoważny</w:t>
            </w:r>
            <w:proofErr w:type="spellEnd"/>
            <w:r>
              <w:rPr>
                <w:sz w:val="17"/>
              </w:rPr>
              <w:t xml:space="preserve">, minimum 8 </w:t>
            </w:r>
            <w:proofErr w:type="spellStart"/>
            <w:r>
              <w:rPr>
                <w:sz w:val="17"/>
              </w:rPr>
              <w:t>rdzeni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fizycznych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architektura</w:t>
            </w:r>
            <w:proofErr w:type="spellEnd"/>
            <w:r>
              <w:rPr>
                <w:sz w:val="17"/>
              </w:rPr>
              <w:t xml:space="preserve"> 64-bit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8D5418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8446FC1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07BBABC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vAlign w:val="center"/>
          </w:tcPr>
          <w:p w14:paraId="45BA562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32 GB LPDDR5X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886D92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C09DD28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7FEB6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Dysk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A7668F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SSD minimum 512 GB, </w:t>
            </w:r>
            <w:proofErr w:type="spellStart"/>
            <w:r>
              <w:rPr>
                <w:sz w:val="17"/>
              </w:rPr>
              <w:t>NVMe</w:t>
            </w:r>
            <w:proofErr w:type="spellEnd"/>
            <w:r>
              <w:rPr>
                <w:sz w:val="17"/>
              </w:rPr>
              <w:t xml:space="preserve"> PCIe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A4CAEE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F8BAB8B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176396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graficzna</w:t>
            </w:r>
            <w:proofErr w:type="spellEnd"/>
          </w:p>
        </w:tc>
        <w:tc>
          <w:tcPr>
            <w:tcW w:w="4762" w:type="dxa"/>
            <w:vAlign w:val="center"/>
          </w:tcPr>
          <w:p w14:paraId="3F85C1A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Zintegrowana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obsługująca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akcelerację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grafiki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multimediów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963AA5F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2150F85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C40D3B4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E0682EC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Wi-Fi 6E (802.11ax)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AD96C1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E94A24C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7D010E58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vAlign w:val="center"/>
          </w:tcPr>
          <w:p w14:paraId="2C904C8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5.3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6D543BE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CB5EEDB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7230206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sieciowa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5114D7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Ethernet RJ-45 10/100/1000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D4906F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3A3073C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2A991D34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Porty USB-A</w:t>
            </w:r>
          </w:p>
        </w:tc>
        <w:tc>
          <w:tcPr>
            <w:tcW w:w="4762" w:type="dxa"/>
            <w:vAlign w:val="center"/>
          </w:tcPr>
          <w:p w14:paraId="4F021EF8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2 porty 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6AEA1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7609F74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0598050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Porty 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49C25AD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2 porty USB-C z </w:t>
            </w:r>
            <w:proofErr w:type="spellStart"/>
            <w:r>
              <w:rPr>
                <w:sz w:val="17"/>
              </w:rPr>
              <w:t>obsługą</w:t>
            </w:r>
            <w:proofErr w:type="spellEnd"/>
            <w:r>
              <w:rPr>
                <w:sz w:val="17"/>
              </w:rPr>
              <w:t xml:space="preserve"> Thunderbolt 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5E228E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3962115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10D1EE33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60ABD1D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HDMI, minimum 2.0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A9D6771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BA7FDF7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8003F5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Kamera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724CC5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kamera</w:t>
            </w:r>
            <w:proofErr w:type="spellEnd"/>
            <w:r>
              <w:rPr>
                <w:sz w:val="17"/>
              </w:rPr>
              <w:t xml:space="preserve"> Full HD 1080p z </w:t>
            </w:r>
            <w:proofErr w:type="spellStart"/>
            <w:r>
              <w:rPr>
                <w:sz w:val="17"/>
              </w:rPr>
              <w:t>obsługą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podczerwieni</w:t>
            </w:r>
            <w:proofErr w:type="spellEnd"/>
            <w:r>
              <w:rPr>
                <w:sz w:val="17"/>
              </w:rPr>
              <w:t xml:space="preserve"> (IR)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9BFBC4F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F44FD5F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6C6A95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Mikrofon</w:t>
            </w:r>
            <w:proofErr w:type="spellEnd"/>
          </w:p>
        </w:tc>
        <w:tc>
          <w:tcPr>
            <w:tcW w:w="4762" w:type="dxa"/>
            <w:vAlign w:val="center"/>
          </w:tcPr>
          <w:p w14:paraId="4E5B932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A28EE2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EEA7F43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B90FF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Głośniki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A714B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Wbudowane</w:t>
            </w:r>
            <w:proofErr w:type="spellEnd"/>
            <w:r>
              <w:rPr>
                <w:sz w:val="17"/>
              </w:rPr>
              <w:t>,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D33023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D969ADF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521114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Klawiatura</w:t>
            </w:r>
            <w:proofErr w:type="spellEnd"/>
          </w:p>
        </w:tc>
        <w:tc>
          <w:tcPr>
            <w:tcW w:w="4762" w:type="dxa"/>
            <w:vAlign w:val="center"/>
          </w:tcPr>
          <w:p w14:paraId="20A14FE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Pełnowymiarowa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podświetlana</w:t>
            </w:r>
            <w:proofErr w:type="spellEnd"/>
            <w:r>
              <w:rPr>
                <w:sz w:val="17"/>
              </w:rPr>
              <w:t xml:space="preserve">, z </w:t>
            </w:r>
            <w:proofErr w:type="spellStart"/>
            <w:r>
              <w:rPr>
                <w:sz w:val="17"/>
              </w:rPr>
              <w:t>wydzielonym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blokiem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numerycznym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83FD3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12126CC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C0401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Urządzenie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wskazujące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B66AAF5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Touchpad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CB97098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B2A08D5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2FDA4710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Czytnik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linii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papilarnych</w:t>
            </w:r>
            <w:proofErr w:type="spellEnd"/>
          </w:p>
        </w:tc>
        <w:tc>
          <w:tcPr>
            <w:tcW w:w="4762" w:type="dxa"/>
            <w:vAlign w:val="center"/>
          </w:tcPr>
          <w:p w14:paraId="63E4FA5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63D688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2F020E2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A19CAA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Zabezpieczenia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103CB9A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TPM 2.0, Secure Boot, </w:t>
            </w: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Windows Hello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A67C0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43E452D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612A605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vAlign w:val="center"/>
          </w:tcPr>
          <w:p w14:paraId="31BFEBA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64 </w:t>
            </w:r>
            <w:proofErr w:type="spellStart"/>
            <w:r>
              <w:rPr>
                <w:sz w:val="17"/>
              </w:rPr>
              <w:t>Wh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ABF9ED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3E5E0F2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F08E5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E925669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65 W, </w:t>
            </w:r>
            <w:proofErr w:type="spellStart"/>
            <w:r>
              <w:rPr>
                <w:sz w:val="17"/>
              </w:rPr>
              <w:t>ładowanie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F09BEB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F3E75C4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4F390C9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System </w:t>
            </w:r>
            <w:proofErr w:type="spellStart"/>
            <w:r>
              <w:rPr>
                <w:b/>
                <w:sz w:val="17"/>
              </w:rPr>
              <w:t>operacyjny</w:t>
            </w:r>
            <w:proofErr w:type="spellEnd"/>
          </w:p>
        </w:tc>
        <w:tc>
          <w:tcPr>
            <w:tcW w:w="4762" w:type="dxa"/>
            <w:vAlign w:val="center"/>
          </w:tcPr>
          <w:p w14:paraId="1F06460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Windows 11 Pro 64-bit PL,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zainstalowany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aktywowany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EB8B68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3DA5FDD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A38A03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966564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dołączenia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domeny</w:t>
            </w:r>
            <w:proofErr w:type="spellEnd"/>
            <w:r>
              <w:rPr>
                <w:sz w:val="17"/>
              </w:rPr>
              <w:t xml:space="preserve"> Active Directory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Microsoft Intune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6090A3B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260CAD6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B9C6060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Waga</w:t>
            </w:r>
          </w:p>
        </w:tc>
        <w:tc>
          <w:tcPr>
            <w:tcW w:w="4762" w:type="dxa"/>
            <w:vAlign w:val="center"/>
          </w:tcPr>
          <w:p w14:paraId="192A1A78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1,8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462E07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E3551C3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6525D2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Obudowa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0CD03E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Konstrukcja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biznesowa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pokrywa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wykonana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aluminium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materiału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równoważnej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trwałości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41B812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F7EDD01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E8E74F7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Certyfikaty</w:t>
            </w:r>
            <w:proofErr w:type="spellEnd"/>
          </w:p>
        </w:tc>
        <w:tc>
          <w:tcPr>
            <w:tcW w:w="4762" w:type="dxa"/>
            <w:vAlign w:val="center"/>
          </w:tcPr>
          <w:p w14:paraId="4A29FA6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ENERGY STAR, EPEAT Gold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771C2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C45CC25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0F13FFE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2309178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C498A2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6EADC97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6CB54FFA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02CA0DE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36 </w:t>
            </w:r>
            <w:proofErr w:type="spellStart"/>
            <w:r>
              <w:rPr>
                <w:sz w:val="17"/>
              </w:rPr>
              <w:t>miesięcy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serwis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miejscu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użytkowania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OnSite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850A5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9F59707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1D58A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E00485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Laptop, </w:t>
            </w:r>
            <w:proofErr w:type="spellStart"/>
            <w:r>
              <w:rPr>
                <w:sz w:val="17"/>
              </w:rPr>
              <w:t>oryginalny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zasilacz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dokumentacja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01A3F27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343E42E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DAFDBE8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równoważne</w:t>
            </w:r>
            <w:proofErr w:type="spellEnd"/>
          </w:p>
        </w:tc>
        <w:tc>
          <w:tcPr>
            <w:tcW w:w="4762" w:type="dxa"/>
            <w:vAlign w:val="center"/>
          </w:tcPr>
          <w:p w14:paraId="3E94309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Dopuszczalne</w:t>
            </w:r>
            <w:proofErr w:type="spellEnd"/>
            <w:r>
              <w:rPr>
                <w:sz w:val="17"/>
              </w:rPr>
              <w:t xml:space="preserve">, pod </w:t>
            </w:r>
            <w:proofErr w:type="spellStart"/>
            <w:r>
              <w:rPr>
                <w:sz w:val="17"/>
              </w:rPr>
              <w:t>warunkiem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spełnienia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minimalnych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wymagań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technicznych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61809FC" w14:textId="77777777" w:rsidR="009809EA" w:rsidRDefault="009809EA" w:rsidP="00486407">
            <w:pPr>
              <w:keepLines/>
              <w:spacing w:after="0"/>
            </w:pPr>
          </w:p>
        </w:tc>
      </w:tr>
    </w:tbl>
    <w:p w14:paraId="0E95BE89" w14:textId="77777777" w:rsidR="009809EA" w:rsidRDefault="009809EA" w:rsidP="009809E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CA7470" w14:paraId="76108656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A6C2" w14:textId="77777777" w:rsidR="00CA7470" w:rsidRDefault="00CA7470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7476E" w14:textId="77777777" w:rsidR="00CA7470" w:rsidRDefault="00CA7470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9FC1078" w14:textId="77777777" w:rsidR="00CA7470" w:rsidRDefault="00CA7470">
            <w:pPr>
              <w:rPr>
                <w:highlight w:val="yellow"/>
              </w:rPr>
            </w:pPr>
          </w:p>
        </w:tc>
      </w:tr>
      <w:tr w:rsidR="00CA7470" w14:paraId="33672EF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7AAA" w14:textId="77777777" w:rsidR="00CA7470" w:rsidRDefault="00CA7470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4BB7A" w14:textId="77777777" w:rsidR="00CA7470" w:rsidRDefault="00CA7470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B890A90" w14:textId="77777777" w:rsidR="00CA7470" w:rsidRDefault="00CA7470">
            <w:pPr>
              <w:rPr>
                <w:highlight w:val="yellow"/>
              </w:rPr>
            </w:pPr>
          </w:p>
        </w:tc>
      </w:tr>
      <w:tr w:rsidR="00CA7470" w14:paraId="7391F431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E4B1" w14:textId="52D53719" w:rsidR="00CA7470" w:rsidRDefault="00CA7470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2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2078F" w14:textId="77777777" w:rsidR="00CA7470" w:rsidRDefault="00CA7470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B78C7B3" w14:textId="77777777" w:rsidR="00CA7470" w:rsidRDefault="00CA7470">
            <w:pPr>
              <w:rPr>
                <w:highlight w:val="yellow"/>
              </w:rPr>
            </w:pPr>
          </w:p>
        </w:tc>
      </w:tr>
      <w:tr w:rsidR="00CA7470" w14:paraId="19772DC1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F7A8" w14:textId="77777777" w:rsidR="00CA7470" w:rsidRDefault="00CA7470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CB9D" w14:textId="266CA3A1" w:rsidR="00CA7470" w:rsidRDefault="0025708B">
            <w:r>
              <w:t>Br</w:t>
            </w:r>
            <w:r w:rsidR="00CA7470">
              <w:t xml:space="preserve">utto w </w:t>
            </w:r>
            <w:proofErr w:type="spellStart"/>
            <w:r w:rsidR="00CA7470">
              <w:t>zł</w:t>
            </w:r>
            <w:proofErr w:type="spellEnd"/>
            <w:r w:rsidR="00CA7470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40E08DF" w14:textId="77777777" w:rsidR="00CA7470" w:rsidRDefault="00CA7470">
            <w:pPr>
              <w:rPr>
                <w:highlight w:val="yellow"/>
              </w:rPr>
            </w:pPr>
          </w:p>
        </w:tc>
      </w:tr>
    </w:tbl>
    <w:p w14:paraId="16A1BF68" w14:textId="77777777" w:rsidR="00CA7470" w:rsidRDefault="00CA7470" w:rsidP="009809EA"/>
    <w:p w14:paraId="21BB5122" w14:textId="77777777" w:rsidR="009809EA" w:rsidRDefault="009809EA" w:rsidP="009809E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2A244425" w14:textId="77777777" w:rsidR="009809EA" w:rsidRDefault="009809EA" w:rsidP="009809E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61D746E0" w14:textId="58AF8B4E" w:rsidR="009809EA" w:rsidRDefault="009809EA" w:rsidP="00CA7470">
      <w:pPr>
        <w:spacing w:after="200"/>
        <w:jc w:val="right"/>
      </w:pPr>
      <w:r>
        <w:br w:type="page"/>
      </w: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4.3</w:t>
      </w:r>
    </w:p>
    <w:p w14:paraId="1AC6EB20" w14:textId="77777777" w:rsidR="009809EA" w:rsidRDefault="009809EA" w:rsidP="009809E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5C36E5BE" w14:textId="77777777" w:rsidR="009809EA" w:rsidRDefault="009809EA" w:rsidP="009809E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Laptop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C - 2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1188FED" w14:textId="77777777" w:rsidR="009809EA" w:rsidRDefault="009809EA" w:rsidP="009809E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9809EA" w14:paraId="6FAD5388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66565222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1899D6CB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60D1E78F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9809EA" w14:paraId="694019E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76A688A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783951C4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Komputer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przenośny</w:t>
            </w:r>
            <w:proofErr w:type="spellEnd"/>
            <w:r>
              <w:rPr>
                <w:sz w:val="17"/>
              </w:rPr>
              <w:t xml:space="preserve"> (laptop)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A02D20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9F6DA0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B2E981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Przeznaczenie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58CCC9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Mobilny</w:t>
            </w:r>
            <w:proofErr w:type="spellEnd"/>
            <w:r>
              <w:rPr>
                <w:sz w:val="17"/>
              </w:rPr>
              <w:t xml:space="preserve"> terminal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aplikacjami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informatycznymi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92C0B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B7096B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E164FC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Ekran</w:t>
            </w:r>
            <w:proofErr w:type="spellEnd"/>
          </w:p>
        </w:tc>
        <w:tc>
          <w:tcPr>
            <w:tcW w:w="4762" w:type="dxa"/>
            <w:vAlign w:val="center"/>
          </w:tcPr>
          <w:p w14:paraId="1900337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14 </w:t>
            </w:r>
            <w:proofErr w:type="spellStart"/>
            <w:r>
              <w:rPr>
                <w:sz w:val="17"/>
              </w:rPr>
              <w:t>cali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matowy</w:t>
            </w:r>
            <w:proofErr w:type="spellEnd"/>
            <w:r>
              <w:rPr>
                <w:sz w:val="17"/>
              </w:rPr>
              <w:t xml:space="preserve">, z </w:t>
            </w:r>
            <w:proofErr w:type="spellStart"/>
            <w:r>
              <w:rPr>
                <w:sz w:val="17"/>
              </w:rPr>
              <w:t>podświetleniem</w:t>
            </w:r>
            <w:proofErr w:type="spellEnd"/>
            <w:r>
              <w:rPr>
                <w:sz w:val="17"/>
              </w:rPr>
              <w:t xml:space="preserve"> LED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7C3BE8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6FCFC1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5285E7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DE7DB57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1920 × 1080 </w:t>
            </w:r>
            <w:proofErr w:type="spellStart"/>
            <w:r>
              <w:rPr>
                <w:sz w:val="17"/>
              </w:rPr>
              <w:t>pikseli</w:t>
            </w:r>
            <w:proofErr w:type="spellEnd"/>
            <w:r>
              <w:rPr>
                <w:sz w:val="17"/>
              </w:rPr>
              <w:t xml:space="preserve"> (Full HD)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1920 × 1200 (WUXGA)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2D66C13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B77697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25F69A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Procesor</w:t>
            </w:r>
            <w:proofErr w:type="spellEnd"/>
          </w:p>
        </w:tc>
        <w:tc>
          <w:tcPr>
            <w:tcW w:w="4762" w:type="dxa"/>
            <w:vAlign w:val="center"/>
          </w:tcPr>
          <w:p w14:paraId="1165E698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4 </w:t>
            </w:r>
            <w:proofErr w:type="spellStart"/>
            <w:r>
              <w:rPr>
                <w:sz w:val="17"/>
              </w:rPr>
              <w:t>rdzenie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fizyczne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architektura</w:t>
            </w:r>
            <w:proofErr w:type="spellEnd"/>
            <w:r>
              <w:rPr>
                <w:sz w:val="17"/>
              </w:rPr>
              <w:t xml:space="preserve"> 64-bit, </w:t>
            </w:r>
            <w:proofErr w:type="spellStart"/>
            <w:r>
              <w:rPr>
                <w:sz w:val="17"/>
              </w:rPr>
              <w:t>kompatybilny</w:t>
            </w:r>
            <w:proofErr w:type="spellEnd"/>
            <w:r>
              <w:rPr>
                <w:sz w:val="17"/>
              </w:rPr>
              <w:t xml:space="preserve"> z Windows 11 Pro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D4C1968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F35E1C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17083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1A4544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8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842A16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40444E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1244E1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Dysk</w:t>
            </w:r>
            <w:proofErr w:type="spellEnd"/>
          </w:p>
        </w:tc>
        <w:tc>
          <w:tcPr>
            <w:tcW w:w="4762" w:type="dxa"/>
            <w:vAlign w:val="center"/>
          </w:tcPr>
          <w:p w14:paraId="28D583C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SSD minimum 256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22E447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D69903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2D4C91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graficzna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833F39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Zintegrowana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C13C49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E6F24D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CDC8F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vAlign w:val="center"/>
          </w:tcPr>
          <w:p w14:paraId="02A3C72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Wi-Fi 6 (802.11ax)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01B328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B9CA8E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8E51FE0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904B10F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5.0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0980BC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9C891B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4088275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sieciowa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vAlign w:val="center"/>
          </w:tcPr>
          <w:p w14:paraId="4581827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Ethernet RJ-45 10/100/1000 Mb/s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dołączony</w:t>
            </w:r>
            <w:proofErr w:type="spellEnd"/>
            <w:r>
              <w:rPr>
                <w:sz w:val="17"/>
              </w:rPr>
              <w:t xml:space="preserve"> adapter USB–LAN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77FA43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F49974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89F35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Porty USB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D4A1C3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2 porty USB,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minimum 1 ×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2A27E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5A6260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53DF217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347D07AA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HDMI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USB-C z </w:t>
            </w:r>
            <w:proofErr w:type="spellStart"/>
            <w:r>
              <w:rPr>
                <w:sz w:val="17"/>
              </w:rPr>
              <w:t>obsługą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B9BDE2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6B9D33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20DCCA9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Kamera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6713B5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kamera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internetowa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0FF8C65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0D77C6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1E8944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Dźwięk</w:t>
            </w:r>
            <w:proofErr w:type="spellEnd"/>
          </w:p>
        </w:tc>
        <w:tc>
          <w:tcPr>
            <w:tcW w:w="4762" w:type="dxa"/>
            <w:vAlign w:val="center"/>
          </w:tcPr>
          <w:p w14:paraId="628C997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mikrofon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głośniki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6E957BB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1EF82A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CD0CC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Klawiatura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66F39E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Układ</w:t>
            </w:r>
            <w:proofErr w:type="spellEnd"/>
            <w:r>
              <w:rPr>
                <w:sz w:val="17"/>
              </w:rPr>
              <w:t xml:space="preserve"> QWERTY,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wprowadzania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polskich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znaków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40E416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1AE67A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C750FA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Touchpad</w:t>
            </w:r>
          </w:p>
        </w:tc>
        <w:tc>
          <w:tcPr>
            <w:tcW w:w="4762" w:type="dxa"/>
            <w:vAlign w:val="center"/>
          </w:tcPr>
          <w:p w14:paraId="71E717B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986C13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D9F7BD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ACBD00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7F9871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pracę</w:t>
            </w:r>
            <w:proofErr w:type="spellEnd"/>
            <w:r>
              <w:rPr>
                <w:sz w:val="17"/>
              </w:rPr>
              <w:t xml:space="preserve"> bez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AC1888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B3C6A0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A5E7D9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vAlign w:val="center"/>
          </w:tcPr>
          <w:p w14:paraId="6604A9D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dołączony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zestawu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BF4D92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4346D6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7BCE18B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System </w:t>
            </w:r>
            <w:proofErr w:type="spellStart"/>
            <w:r>
              <w:rPr>
                <w:b/>
                <w:sz w:val="17"/>
              </w:rPr>
              <w:t>operacyjny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4255827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Windows 11 Pro 64-bit,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zainstalowany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aktywowany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7B3B50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19E3C4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A55505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Zabezpieczenia</w:t>
            </w:r>
            <w:proofErr w:type="spellEnd"/>
          </w:p>
        </w:tc>
        <w:tc>
          <w:tcPr>
            <w:tcW w:w="4762" w:type="dxa"/>
            <w:vAlign w:val="center"/>
          </w:tcPr>
          <w:p w14:paraId="75F92B71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TPM 2.0, Secure Boot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04939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729B03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7A58F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6B3BCE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dołączenia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domeny</w:t>
            </w:r>
            <w:proofErr w:type="spellEnd"/>
            <w:r>
              <w:rPr>
                <w:sz w:val="17"/>
              </w:rPr>
              <w:t xml:space="preserve"> Active Directory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8635E69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0E5168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55A3885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513740E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FC197B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389AFA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9D04F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5D54B9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2C25027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A2C62E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424581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vAlign w:val="center"/>
          </w:tcPr>
          <w:p w14:paraId="2154033C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Laptop, </w:t>
            </w:r>
            <w:proofErr w:type="spellStart"/>
            <w:r>
              <w:rPr>
                <w:sz w:val="17"/>
              </w:rPr>
              <w:t>zasilacz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dokumentacja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F0CD3F6" w14:textId="77777777" w:rsidR="009809EA" w:rsidRDefault="009809EA" w:rsidP="00486407">
            <w:pPr>
              <w:keepLines/>
              <w:spacing w:after="0"/>
            </w:pPr>
          </w:p>
        </w:tc>
      </w:tr>
    </w:tbl>
    <w:p w14:paraId="33DC00C7" w14:textId="77777777" w:rsidR="009809EA" w:rsidRDefault="009809EA" w:rsidP="009809E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63BE0C03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4685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43DE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876A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DD2B44D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B346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3248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2AEFAA7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5C0B5D77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BF3CC" w14:textId="31BDDAA3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2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49C78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138CB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658813D7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9598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A942" w14:textId="586B22C8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CDA15ED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124B8C3A" w14:textId="77777777" w:rsidR="00AF05CA" w:rsidRDefault="00AF05CA" w:rsidP="009809EA"/>
    <w:p w14:paraId="1A16B49A" w14:textId="77777777" w:rsidR="009809EA" w:rsidRDefault="009809EA" w:rsidP="009809E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741B3768" w14:textId="77777777" w:rsidR="009809EA" w:rsidRDefault="009809EA" w:rsidP="009809E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0614D2A5" w14:textId="2A92A1ED" w:rsidR="0097191A" w:rsidRDefault="009809EA">
      <w:pPr>
        <w:spacing w:after="200"/>
      </w:pPr>
      <w:r>
        <w:br w:type="page"/>
      </w:r>
    </w:p>
    <w:p w14:paraId="301C4DE0" w14:textId="77777777" w:rsidR="0097191A" w:rsidRDefault="0097191A" w:rsidP="0097191A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4.4</w:t>
      </w:r>
    </w:p>
    <w:p w14:paraId="48E45AC6" w14:textId="77777777" w:rsidR="0097191A" w:rsidRDefault="0097191A" w:rsidP="0097191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7B7B33F2" w14:textId="22941AAE" w:rsidR="0097191A" w:rsidRDefault="0097191A" w:rsidP="0097191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Torba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- 1</w:t>
      </w:r>
      <w:r w:rsidR="002C78CA">
        <w:rPr>
          <w:b/>
          <w:sz w:val="22"/>
        </w:rPr>
        <w:t>7</w:t>
      </w:r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084B8D6" w14:textId="77777777" w:rsidR="0097191A" w:rsidRDefault="0097191A" w:rsidP="0097191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97191A" w14:paraId="2F363E5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EB3AF33" w14:textId="77777777" w:rsidR="0097191A" w:rsidRDefault="0097191A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0E551FFB" w14:textId="77777777" w:rsidR="0097191A" w:rsidRDefault="0097191A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72B89B99" w14:textId="77777777" w:rsidR="0097191A" w:rsidRDefault="0097191A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97191A" w14:paraId="5EE2788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F0319FA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</w:p>
        </w:tc>
        <w:tc>
          <w:tcPr>
            <w:tcW w:w="4762" w:type="dxa"/>
            <w:vAlign w:val="center"/>
          </w:tcPr>
          <w:p w14:paraId="45085B65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Torba </w:t>
            </w:r>
            <w:proofErr w:type="spellStart"/>
            <w:r>
              <w:rPr>
                <w:sz w:val="17"/>
              </w:rPr>
              <w:t>typu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Topload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przeznaczona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przenoszenia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CA707C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AF0709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1375420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2A30B1F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Notebook o </w:t>
            </w:r>
            <w:proofErr w:type="spellStart"/>
            <w:r>
              <w:rPr>
                <w:sz w:val="17"/>
              </w:rPr>
              <w:t>przekątnej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do 16"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EE604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671C64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51C20CE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Komora </w:t>
            </w:r>
            <w:proofErr w:type="spellStart"/>
            <w:r>
              <w:rPr>
                <w:b/>
                <w:sz w:val="17"/>
              </w:rPr>
              <w:t>notebooka</w:t>
            </w:r>
            <w:proofErr w:type="spellEnd"/>
          </w:p>
        </w:tc>
        <w:tc>
          <w:tcPr>
            <w:tcW w:w="4762" w:type="dxa"/>
            <w:vAlign w:val="center"/>
          </w:tcPr>
          <w:p w14:paraId="33235168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Dedykowana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oddzielna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wyściełana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zabezpieczająca</w:t>
            </w:r>
            <w:proofErr w:type="spellEnd"/>
            <w:r>
              <w:rPr>
                <w:sz w:val="17"/>
              </w:rPr>
              <w:t xml:space="preserve"> notebook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CF6E310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2D57722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D1BB4F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wymiary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notebooka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A0BB425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Komora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umieszczenie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wymiarach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380 × 260 × 30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0ABF3D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A92274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EC3510F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Materiał</w:t>
            </w:r>
            <w:proofErr w:type="spellEnd"/>
          </w:p>
        </w:tc>
        <w:tc>
          <w:tcPr>
            <w:tcW w:w="4762" w:type="dxa"/>
            <w:vAlign w:val="center"/>
          </w:tcPr>
          <w:p w14:paraId="76096ED5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Poliester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materiał</w:t>
            </w:r>
            <w:proofErr w:type="spellEnd"/>
            <w:r>
              <w:rPr>
                <w:sz w:val="17"/>
              </w:rPr>
              <w:t xml:space="preserve"> PET </w:t>
            </w:r>
            <w:proofErr w:type="spellStart"/>
            <w:r>
              <w:rPr>
                <w:sz w:val="17"/>
              </w:rPr>
              <w:t>pochodzący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recyklingu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materiał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gorszej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trwałości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EDDF0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36912C7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F97B74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501CE83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Czarny / </w:t>
            </w:r>
            <w:proofErr w:type="spellStart"/>
            <w:r>
              <w:rPr>
                <w:sz w:val="17"/>
              </w:rPr>
              <w:t>ciemny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odpowiedni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zastosowań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15C2200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1D8B8FF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A64DD73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Akcesoria</w:t>
            </w:r>
            <w:proofErr w:type="spellEnd"/>
          </w:p>
        </w:tc>
        <w:tc>
          <w:tcPr>
            <w:tcW w:w="4762" w:type="dxa"/>
            <w:vAlign w:val="center"/>
          </w:tcPr>
          <w:p w14:paraId="0A907267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Oddzielna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przestrzeń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przenoszenie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zasilacza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myszy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przewodów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akcesoriów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818300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46AF115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E1DA41C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Dokumenty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22D894F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Przestrzeń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przenoszenie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dokumentów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F96BF2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6C49A9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39C638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Kieszenie</w:t>
            </w:r>
            <w:proofErr w:type="spellEnd"/>
          </w:p>
        </w:tc>
        <w:tc>
          <w:tcPr>
            <w:tcW w:w="4762" w:type="dxa"/>
            <w:vAlign w:val="center"/>
          </w:tcPr>
          <w:p w14:paraId="54763D57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Minimum 2 </w:t>
            </w:r>
            <w:proofErr w:type="spellStart"/>
            <w:r>
              <w:rPr>
                <w:sz w:val="17"/>
              </w:rPr>
              <w:t>dodatkowe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kieszenie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zewnętrzne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akcesoria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71C1B21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F84D61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1018EF3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Zamknięcie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3D5F1A6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Zamki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błyskawiczne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1A419F7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DF765A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6164DDC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Pasek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ramię</w:t>
            </w:r>
            <w:proofErr w:type="spellEnd"/>
          </w:p>
        </w:tc>
        <w:tc>
          <w:tcPr>
            <w:tcW w:w="4762" w:type="dxa"/>
            <w:vAlign w:val="center"/>
          </w:tcPr>
          <w:p w14:paraId="20B59D0F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Regulowany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odpinany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256FB66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97BB74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7046DCB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Uchwyt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FF4FDAF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Minimum </w:t>
            </w:r>
            <w:proofErr w:type="spellStart"/>
            <w:r>
              <w:rPr>
                <w:sz w:val="17"/>
              </w:rPr>
              <w:t>jeden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uchwyt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rączka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przenoszenia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torby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dłoni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4B4DC7E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22824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A32C8AD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Pas </w:t>
            </w:r>
            <w:proofErr w:type="spellStart"/>
            <w:r>
              <w:rPr>
                <w:b/>
                <w:sz w:val="17"/>
              </w:rPr>
              <w:t>bagażowy</w:t>
            </w:r>
            <w:proofErr w:type="spellEnd"/>
          </w:p>
        </w:tc>
        <w:tc>
          <w:tcPr>
            <w:tcW w:w="4762" w:type="dxa"/>
            <w:vAlign w:val="center"/>
          </w:tcPr>
          <w:p w14:paraId="3949834B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Pasek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zamocowanie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torby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uchwycie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walizki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43EA40B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6A1ABA3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200CCC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>Waga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D97D6DD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0,6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1AA43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71D99F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E665022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561CE9C3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E40CDA2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19785CA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A96C75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FB28D69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Produkt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FE7C4DF" w14:textId="77777777" w:rsidR="0097191A" w:rsidRDefault="0097191A" w:rsidP="00E73126">
            <w:pPr>
              <w:keepLines/>
              <w:spacing w:after="0"/>
            </w:pPr>
          </w:p>
        </w:tc>
      </w:tr>
    </w:tbl>
    <w:p w14:paraId="3988457F" w14:textId="77777777" w:rsidR="0097191A" w:rsidRDefault="0097191A" w:rsidP="0097191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44EB9A45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DF1A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FC5A9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F4E965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613B185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827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26E6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D683161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953EB0F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109EF" w14:textId="0FDB0640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19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F13D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4E17BB6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35EB33E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4E53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2C8FA" w14:textId="719A5D59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FC4FE5B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5BF2791B" w14:textId="77777777" w:rsidR="00AF05CA" w:rsidRDefault="00AF05CA" w:rsidP="0097191A"/>
    <w:p w14:paraId="3BDEDB26" w14:textId="77777777" w:rsidR="0097191A" w:rsidRDefault="0097191A" w:rsidP="0097191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6F8A1B9D" w14:textId="77777777" w:rsidR="0097191A" w:rsidRDefault="0097191A" w:rsidP="0097191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9A02454" w14:textId="2FE06CDF" w:rsidR="007C4D21" w:rsidRDefault="007C4D21">
      <w:pPr>
        <w:spacing w:after="200"/>
      </w:pPr>
      <w:r>
        <w:br w:type="page"/>
      </w:r>
    </w:p>
    <w:p w14:paraId="4EB60F8B" w14:textId="77777777" w:rsidR="007C4D21" w:rsidRDefault="007C4D21" w:rsidP="007C4D21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4.5</w:t>
      </w:r>
    </w:p>
    <w:p w14:paraId="397F14F9" w14:textId="77777777" w:rsidR="007C4D21" w:rsidRDefault="007C4D21" w:rsidP="007C4D21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5B546740" w14:textId="77777777" w:rsidR="007C4D21" w:rsidRDefault="007C4D21" w:rsidP="007C4D21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Mysz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- 11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5009F770" w14:textId="77777777" w:rsidR="007C4D21" w:rsidRDefault="007C4D21" w:rsidP="007C4D21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7C4D21" w14:paraId="19A15029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96660D3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579D5006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913DA0F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7C4D21" w14:paraId="1F643B1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C8CFF2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vAlign w:val="center"/>
          </w:tcPr>
          <w:p w14:paraId="28252ED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583E13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651E6D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33BFD6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F764C8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62187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802806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F10F2B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komunikacji</w:t>
            </w:r>
            <w:proofErr w:type="spellEnd"/>
          </w:p>
        </w:tc>
        <w:tc>
          <w:tcPr>
            <w:tcW w:w="4762" w:type="dxa"/>
            <w:vAlign w:val="center"/>
          </w:tcPr>
          <w:p w14:paraId="083C03AA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2,4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65588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679996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305845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Odbiornik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5B3633A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Nano </w:t>
            </w: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F260D5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9BEA7E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1FF0F68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Sensor</w:t>
            </w:r>
          </w:p>
        </w:tc>
        <w:tc>
          <w:tcPr>
            <w:tcW w:w="4762" w:type="dxa"/>
            <w:vAlign w:val="center"/>
          </w:tcPr>
          <w:p w14:paraId="10FF06D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2B520F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599E46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3C32A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6FA2B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7C2C20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394190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BDB174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przycisków</w:t>
            </w:r>
            <w:proofErr w:type="spellEnd"/>
          </w:p>
        </w:tc>
        <w:tc>
          <w:tcPr>
            <w:tcW w:w="4762" w:type="dxa"/>
            <w:vAlign w:val="center"/>
          </w:tcPr>
          <w:p w14:paraId="2F1A02C6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3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E92DF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33AE08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909D93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Rolka </w:t>
            </w:r>
            <w:proofErr w:type="spellStart"/>
            <w:r>
              <w:rPr>
                <w:b/>
                <w:sz w:val="17"/>
              </w:rPr>
              <w:t>przewijania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DF9D24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404479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7D316D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4C4FDE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bezprzewodowy</w:t>
            </w:r>
            <w:proofErr w:type="spellEnd"/>
          </w:p>
        </w:tc>
        <w:tc>
          <w:tcPr>
            <w:tcW w:w="4762" w:type="dxa"/>
            <w:vAlign w:val="center"/>
          </w:tcPr>
          <w:p w14:paraId="244E473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0FB65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820D62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8215F1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34A261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1 × </w:t>
            </w:r>
            <w:proofErr w:type="spellStart"/>
            <w:r>
              <w:rPr>
                <w:sz w:val="17"/>
              </w:rPr>
              <w:t>bateria</w:t>
            </w:r>
            <w:proofErr w:type="spellEnd"/>
            <w:r>
              <w:rPr>
                <w:sz w:val="17"/>
              </w:rPr>
              <w:t xml:space="preserve"> AA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A4ECE5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1C7DA4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EC52CA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baterii</w:t>
            </w:r>
            <w:proofErr w:type="spellEnd"/>
          </w:p>
        </w:tc>
        <w:tc>
          <w:tcPr>
            <w:tcW w:w="4762" w:type="dxa"/>
            <w:vAlign w:val="center"/>
          </w:tcPr>
          <w:p w14:paraId="6D4FC8C1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według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deklaracji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8D5812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46DAF5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B0DC95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oszczędzania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energii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AF19F2B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273ED92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046243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EEB6F8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Wyłącznik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zasilania</w:t>
            </w:r>
            <w:proofErr w:type="spellEnd"/>
          </w:p>
        </w:tc>
        <w:tc>
          <w:tcPr>
            <w:tcW w:w="4762" w:type="dxa"/>
            <w:vAlign w:val="center"/>
          </w:tcPr>
          <w:p w14:paraId="29222AE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ED4441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16C127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E737D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Profil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568E0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Uniwersalny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osób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prawo</w:t>
            </w:r>
            <w:proofErr w:type="spellEnd"/>
            <w:r>
              <w:rPr>
                <w:sz w:val="17"/>
              </w:rPr>
              <w:t xml:space="preserve">-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leworęcznych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59432C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F22360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A0E59B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Konstrukcja</w:t>
            </w:r>
            <w:proofErr w:type="spellEnd"/>
          </w:p>
        </w:tc>
        <w:tc>
          <w:tcPr>
            <w:tcW w:w="4762" w:type="dxa"/>
            <w:vAlign w:val="center"/>
          </w:tcPr>
          <w:p w14:paraId="2393C70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Kompaktowa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747F8D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C861D6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7EC5C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Interfejs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odbiornika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075BE47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118E2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C4660E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02369C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Instalacja</w:t>
            </w:r>
            <w:proofErr w:type="spellEnd"/>
          </w:p>
        </w:tc>
        <w:tc>
          <w:tcPr>
            <w:tcW w:w="4762" w:type="dxa"/>
            <w:vAlign w:val="center"/>
          </w:tcPr>
          <w:p w14:paraId="099D3A28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Plug &amp; Play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CCBB9D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3163DB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2FF98D7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Masa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29748A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80 g z </w:t>
            </w:r>
            <w:proofErr w:type="spellStart"/>
            <w:r>
              <w:rPr>
                <w:sz w:val="17"/>
              </w:rPr>
              <w:t>baterią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0CBBCC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F071E4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74B69E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</w:p>
        </w:tc>
        <w:tc>
          <w:tcPr>
            <w:tcW w:w="4762" w:type="dxa"/>
            <w:vAlign w:val="center"/>
          </w:tcPr>
          <w:p w14:paraId="4329BDFF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ok. 100 × 60 × 40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6AB0A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32E2BB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207090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A8B330E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Szary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328BE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208134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D5086B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systemy</w:t>
            </w:r>
            <w:proofErr w:type="spellEnd"/>
          </w:p>
        </w:tc>
        <w:tc>
          <w:tcPr>
            <w:tcW w:w="4762" w:type="dxa"/>
            <w:vAlign w:val="center"/>
          </w:tcPr>
          <w:p w14:paraId="354CF5E5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Windows 10/11, macOS, ChromeOS, Linux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48233B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8C983E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AD7A1E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D6A9CA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Mysz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2,4 GHz, </w:t>
            </w:r>
            <w:proofErr w:type="spellStart"/>
            <w:r>
              <w:rPr>
                <w:sz w:val="17"/>
              </w:rPr>
              <w:t>bateria</w:t>
            </w:r>
            <w:proofErr w:type="spellEnd"/>
            <w:r>
              <w:rPr>
                <w:sz w:val="17"/>
              </w:rPr>
              <w:t xml:space="preserve"> AA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E08203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C27D87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5D6E4C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01288C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16B4EF" w14:textId="77777777" w:rsidR="007C4D21" w:rsidRDefault="007C4D21" w:rsidP="00E73126">
            <w:pPr>
              <w:keepLines/>
              <w:spacing w:after="0"/>
            </w:pPr>
          </w:p>
        </w:tc>
      </w:tr>
    </w:tbl>
    <w:p w14:paraId="5FA91EEF" w14:textId="77777777" w:rsidR="007C4D21" w:rsidRDefault="007C4D21" w:rsidP="007C4D21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559B5EB6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9FA6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18BAD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F986D06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17D8EED4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5CA9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927D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588B01B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47D4126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E798" w14:textId="0B93E748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B559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694C603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182D00A2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2365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DCAA" w14:textId="62904607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915314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623BA263" w14:textId="77777777" w:rsidR="00AF05CA" w:rsidRDefault="00AF05CA" w:rsidP="007C4D21"/>
    <w:p w14:paraId="76149A67" w14:textId="77777777" w:rsidR="007C4D21" w:rsidRDefault="007C4D21" w:rsidP="007C4D21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0F744A9F" w14:textId="77777777" w:rsidR="007C4D21" w:rsidRDefault="007C4D21" w:rsidP="007C4D21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3E9416A3" w14:textId="52354EA5" w:rsidR="007C4D21" w:rsidRDefault="007C4D21">
      <w:pPr>
        <w:spacing w:after="200"/>
      </w:pPr>
      <w:r>
        <w:br w:type="page"/>
      </w:r>
    </w:p>
    <w:p w14:paraId="66F74F7F" w14:textId="77777777" w:rsidR="007C4D21" w:rsidRPr="00C577E6" w:rsidRDefault="007C4D21" w:rsidP="007C4D21">
      <w:pPr>
        <w:jc w:val="right"/>
        <w:rPr>
          <w:b/>
          <w:color w:val="1C324B"/>
          <w:szCs w:val="18"/>
        </w:rPr>
      </w:pPr>
      <w:proofErr w:type="spellStart"/>
      <w:r w:rsidRPr="00C577E6">
        <w:rPr>
          <w:b/>
          <w:color w:val="1C324B"/>
          <w:szCs w:val="18"/>
        </w:rPr>
        <w:lastRenderedPageBreak/>
        <w:t>Załącznik</w:t>
      </w:r>
      <w:proofErr w:type="spellEnd"/>
      <w:r w:rsidRPr="00C577E6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6</w:t>
      </w:r>
    </w:p>
    <w:p w14:paraId="38B19D98" w14:textId="77777777" w:rsidR="007C4D21" w:rsidRDefault="007C4D21" w:rsidP="007C4D21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10F79D9F" w14:textId="77777777" w:rsidR="007C4D21" w:rsidRDefault="007C4D21" w:rsidP="007C4D21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Mysz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– 4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0666A898" w14:textId="77777777" w:rsidR="007C4D21" w:rsidRDefault="007C4D21" w:rsidP="007C4D21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7C4D21" w14:paraId="666A066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B5E7BCD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62C0443B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50686B2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7C4D21" w14:paraId="7463AF2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C853A1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vAlign w:val="center"/>
          </w:tcPr>
          <w:p w14:paraId="6E11A06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5435D6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2706B4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4370D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94CC3B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0FE2F7C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6929C9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DCF9A3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komunikacji</w:t>
            </w:r>
            <w:proofErr w:type="spellEnd"/>
          </w:p>
        </w:tc>
        <w:tc>
          <w:tcPr>
            <w:tcW w:w="4762" w:type="dxa"/>
            <w:vAlign w:val="center"/>
          </w:tcPr>
          <w:p w14:paraId="605B341F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3: 2,4 GHz, Bluetooth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EB7FCD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BB7E53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18DFA69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ECC78C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Bluetooth 5.0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41E34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A5CF25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8E250F0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Sensor</w:t>
            </w:r>
          </w:p>
        </w:tc>
        <w:tc>
          <w:tcPr>
            <w:tcW w:w="4762" w:type="dxa"/>
            <w:vAlign w:val="center"/>
          </w:tcPr>
          <w:p w14:paraId="1D480A1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klasy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PixArt</w:t>
            </w:r>
            <w:proofErr w:type="spellEnd"/>
            <w:r>
              <w:rPr>
                <w:sz w:val="17"/>
              </w:rPr>
              <w:t xml:space="preserve"> PAW3311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FB7D46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10153E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AC931E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38BECA3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12 000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A02303C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31C584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AFD74A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Zakres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rozdzielczości</w:t>
            </w:r>
            <w:proofErr w:type="spellEnd"/>
          </w:p>
        </w:tc>
        <w:tc>
          <w:tcPr>
            <w:tcW w:w="4762" w:type="dxa"/>
            <w:vAlign w:val="center"/>
          </w:tcPr>
          <w:p w14:paraId="7871F8E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200–12 000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7675B0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47890C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173D79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próbkowania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421907E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B1222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909FC6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057154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śledzenia</w:t>
            </w:r>
            <w:proofErr w:type="spellEnd"/>
          </w:p>
        </w:tc>
        <w:tc>
          <w:tcPr>
            <w:tcW w:w="4762" w:type="dxa"/>
            <w:vAlign w:val="center"/>
          </w:tcPr>
          <w:p w14:paraId="47D94A92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300 IPS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0E98D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07A101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24806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Akceleracja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660290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35 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2137B9E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040EAA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C875A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przycisków</w:t>
            </w:r>
            <w:proofErr w:type="spellEnd"/>
          </w:p>
        </w:tc>
        <w:tc>
          <w:tcPr>
            <w:tcW w:w="4762" w:type="dxa"/>
            <w:vAlign w:val="center"/>
          </w:tcPr>
          <w:p w14:paraId="3656A16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6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47B7B9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85258F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577F01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Programowalne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42D595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6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08AFF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93A46C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A2AC55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makr</w:t>
            </w:r>
            <w:proofErr w:type="spellEnd"/>
          </w:p>
        </w:tc>
        <w:tc>
          <w:tcPr>
            <w:tcW w:w="4762" w:type="dxa"/>
            <w:vAlign w:val="center"/>
          </w:tcPr>
          <w:p w14:paraId="35E2098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9549B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7FE9A9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BBB055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0C8661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Mechaniczne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300927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AE068B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D7E87A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Żywotność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vAlign w:val="center"/>
          </w:tcPr>
          <w:p w14:paraId="3A25D201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90 </w:t>
            </w:r>
            <w:proofErr w:type="spellStart"/>
            <w:r>
              <w:rPr>
                <w:sz w:val="17"/>
              </w:rPr>
              <w:t>mln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kliknięć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7F631C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BFBA3A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1E5B5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wbudowana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DA32C83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EF8CD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EC50D1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FC1D4F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DPI</w:t>
            </w:r>
          </w:p>
        </w:tc>
        <w:tc>
          <w:tcPr>
            <w:tcW w:w="4762" w:type="dxa"/>
            <w:vAlign w:val="center"/>
          </w:tcPr>
          <w:p w14:paraId="6A141AB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52AD0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EBD655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893BE2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6F31B70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706AC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0A2AD6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2E620B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vAlign w:val="center"/>
          </w:tcPr>
          <w:p w14:paraId="2181B8F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, min. 400 </w:t>
            </w:r>
            <w:proofErr w:type="spellStart"/>
            <w:r>
              <w:rPr>
                <w:sz w:val="17"/>
              </w:rPr>
              <w:t>mAh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8A297B5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D3508C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BE3408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akumulatorze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82F5B67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do 80 </w:t>
            </w:r>
            <w:proofErr w:type="spellStart"/>
            <w:r>
              <w:rPr>
                <w:sz w:val="17"/>
              </w:rPr>
              <w:t>godzin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BD2488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2E13FC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69FB5A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Podświetlenie</w:t>
            </w:r>
            <w:proofErr w:type="spellEnd"/>
          </w:p>
        </w:tc>
        <w:tc>
          <w:tcPr>
            <w:tcW w:w="4762" w:type="dxa"/>
            <w:vAlign w:val="center"/>
          </w:tcPr>
          <w:p w14:paraId="0808BA50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Tak, </w:t>
            </w:r>
            <w:proofErr w:type="spellStart"/>
            <w:r>
              <w:rPr>
                <w:sz w:val="17"/>
              </w:rPr>
              <w:t>wielotrybowe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1E03F1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C42E11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57A64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Ślizgacze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B91EEF8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PTFE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889746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C10043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CC1209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Materiał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obudowy</w:t>
            </w:r>
            <w:proofErr w:type="spellEnd"/>
          </w:p>
        </w:tc>
        <w:tc>
          <w:tcPr>
            <w:tcW w:w="4762" w:type="dxa"/>
            <w:vAlign w:val="center"/>
          </w:tcPr>
          <w:p w14:paraId="280D264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ABS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81C28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3A66AF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D7D952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Złącza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5CFF2B5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USB-A /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9EAED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0B04A9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261443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Przewód</w:t>
            </w:r>
            <w:proofErr w:type="spellEnd"/>
          </w:p>
        </w:tc>
        <w:tc>
          <w:tcPr>
            <w:tcW w:w="4762" w:type="dxa"/>
            <w:vAlign w:val="center"/>
          </w:tcPr>
          <w:p w14:paraId="0881DED3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Odłączany, </w:t>
            </w:r>
            <w:proofErr w:type="spellStart"/>
            <w:r>
              <w:rPr>
                <w:sz w:val="17"/>
              </w:rPr>
              <w:t>długość</w:t>
            </w:r>
            <w:proofErr w:type="spellEnd"/>
            <w:r>
              <w:rPr>
                <w:sz w:val="17"/>
              </w:rPr>
              <w:t xml:space="preserve"> min. 1,8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94E020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F84079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62A5580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Masa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11EF6C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60 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BED092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323DD7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724D69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</w:p>
        </w:tc>
        <w:tc>
          <w:tcPr>
            <w:tcW w:w="4762" w:type="dxa"/>
            <w:vAlign w:val="center"/>
          </w:tcPr>
          <w:p w14:paraId="7B4966C6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ok. 123 × 63 × 40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9F8A6CD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60187D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F3F3A5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6D703D8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Czarny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1BB358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9E8DD7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3C5DAA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Oprogramowanie</w:t>
            </w:r>
            <w:proofErr w:type="spellEnd"/>
          </w:p>
        </w:tc>
        <w:tc>
          <w:tcPr>
            <w:tcW w:w="4762" w:type="dxa"/>
            <w:vAlign w:val="center"/>
          </w:tcPr>
          <w:p w14:paraId="08627A2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Dedykowane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oprogramowanie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F4443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FE1125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85445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systemy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49BD890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Windows 10/11, Linux, Android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9CFB1B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DBBB89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88A810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vAlign w:val="center"/>
          </w:tcPr>
          <w:p w14:paraId="5484E46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2,4 GHz,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USB-A –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3BFF3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C32C0E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5A5C5F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3A7416F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86107A" w14:textId="77777777" w:rsidR="007C4D21" w:rsidRDefault="007C4D21" w:rsidP="00E73126">
            <w:pPr>
              <w:keepLines/>
              <w:spacing w:after="0"/>
            </w:pPr>
          </w:p>
        </w:tc>
      </w:tr>
    </w:tbl>
    <w:p w14:paraId="72205588" w14:textId="77777777" w:rsidR="007C4D21" w:rsidRDefault="007C4D21" w:rsidP="007C4D21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21D3DEEE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6123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5B40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8E77081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14A11C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C10AC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89E0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D8E25B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9DC6505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1A5E" w14:textId="5AFF17B1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4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484A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13A04F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5DC1EDE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57FF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889C2" w14:textId="28D2272B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679B331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1433FA81" w14:textId="77777777" w:rsidR="00AF05CA" w:rsidRDefault="00AF05CA" w:rsidP="007C4D21"/>
    <w:p w14:paraId="5D7E48E7" w14:textId="77777777" w:rsidR="007C4D21" w:rsidRDefault="007C4D21" w:rsidP="007C4D21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0BFA18E" w14:textId="77777777" w:rsidR="007C4D21" w:rsidRDefault="007C4D21" w:rsidP="007C4D21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0D8C0DA" w14:textId="266B5D8A" w:rsidR="007C4D21" w:rsidRDefault="007C4D21">
      <w:pPr>
        <w:spacing w:after="200"/>
      </w:pPr>
      <w:r>
        <w:br w:type="page"/>
      </w:r>
    </w:p>
    <w:p w14:paraId="7FF031A6" w14:textId="77777777" w:rsidR="007C4D21" w:rsidRDefault="007C4D21" w:rsidP="007C4D21"/>
    <w:p w14:paraId="2E83B018" w14:textId="77777777" w:rsidR="007C4D21" w:rsidRPr="00004890" w:rsidRDefault="007C4D21" w:rsidP="007C4D21">
      <w:pPr>
        <w:jc w:val="right"/>
        <w:rPr>
          <w:b/>
          <w:color w:val="1C324B"/>
          <w:szCs w:val="18"/>
        </w:rPr>
      </w:pPr>
      <w:proofErr w:type="spellStart"/>
      <w:r w:rsidRPr="00004890">
        <w:rPr>
          <w:b/>
          <w:color w:val="1C324B"/>
          <w:szCs w:val="18"/>
        </w:rPr>
        <w:t>Załącznik</w:t>
      </w:r>
      <w:proofErr w:type="spellEnd"/>
      <w:r w:rsidRPr="00004890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7</w:t>
      </w:r>
    </w:p>
    <w:p w14:paraId="0D075A2B" w14:textId="77777777" w:rsidR="007C4D21" w:rsidRDefault="007C4D21" w:rsidP="007C4D21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E1AE81A" w14:textId="77777777" w:rsidR="007C4D21" w:rsidRDefault="007C4D21" w:rsidP="007C4D21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Zestaw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bezprzewodowy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klawiatura</w:t>
      </w:r>
      <w:proofErr w:type="spellEnd"/>
      <w:r>
        <w:rPr>
          <w:b/>
          <w:sz w:val="22"/>
        </w:rPr>
        <w:t xml:space="preserve"> + </w:t>
      </w:r>
      <w:proofErr w:type="spellStart"/>
      <w:r>
        <w:rPr>
          <w:b/>
          <w:sz w:val="22"/>
        </w:rPr>
        <w:t>mysz</w:t>
      </w:r>
      <w:proofErr w:type="spellEnd"/>
      <w:r>
        <w:rPr>
          <w:b/>
          <w:sz w:val="22"/>
        </w:rPr>
        <w:t xml:space="preserve"> – 11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19472E66" w14:textId="77777777" w:rsidR="007C4D21" w:rsidRDefault="007C4D21" w:rsidP="007C4D21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7C4D21" w14:paraId="4423171D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5ACBC9C2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5707F4FC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674E5BC2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7C4D21" w14:paraId="19B930B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13A941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Zestaw</w:t>
            </w:r>
            <w:proofErr w:type="spellEnd"/>
          </w:p>
        </w:tc>
        <w:tc>
          <w:tcPr>
            <w:tcW w:w="4762" w:type="dxa"/>
            <w:vAlign w:val="center"/>
          </w:tcPr>
          <w:p w14:paraId="0F5121E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klawiatura</w:t>
            </w:r>
            <w:proofErr w:type="spellEnd"/>
            <w:r>
              <w:rPr>
                <w:sz w:val="17"/>
              </w:rPr>
              <w:t xml:space="preserve"> + </w:t>
            </w:r>
            <w:proofErr w:type="spellStart"/>
            <w:r>
              <w:rPr>
                <w:sz w:val="17"/>
              </w:rPr>
              <w:t>mysz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68EA76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8E1315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08F114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B96DC7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bezprzewodowa</w:t>
            </w:r>
            <w:proofErr w:type="spellEnd"/>
            <w:r>
              <w:rPr>
                <w:sz w:val="17"/>
              </w:rPr>
              <w:t xml:space="preserve"> 2,4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94648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F3E8FC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22F779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Odbiornik</w:t>
            </w:r>
            <w:proofErr w:type="spellEnd"/>
          </w:p>
        </w:tc>
        <w:tc>
          <w:tcPr>
            <w:tcW w:w="4762" w:type="dxa"/>
            <w:vAlign w:val="center"/>
          </w:tcPr>
          <w:p w14:paraId="720C3F5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pojedynczy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klawiatury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myszy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AE6B1C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6DE689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1ED4DA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Klawiatura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FD8B04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pełnowymiarowa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6F02C4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27D255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D5F64CA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Blok </w:t>
            </w:r>
            <w:proofErr w:type="spellStart"/>
            <w:r>
              <w:rPr>
                <w:b/>
                <w:sz w:val="17"/>
              </w:rPr>
              <w:t>numeryczny</w:t>
            </w:r>
            <w:proofErr w:type="spellEnd"/>
          </w:p>
        </w:tc>
        <w:tc>
          <w:tcPr>
            <w:tcW w:w="4762" w:type="dxa"/>
            <w:vAlign w:val="center"/>
          </w:tcPr>
          <w:p w14:paraId="1FAA5D7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5D188E2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C31EC0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0E28EA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Układ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8445639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QWERTY, </w:t>
            </w:r>
            <w:proofErr w:type="spellStart"/>
            <w:r>
              <w:rPr>
                <w:sz w:val="17"/>
              </w:rPr>
              <w:t>odpowiedni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użytkowania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Polsce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0ACB1E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598D46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238546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Klawisze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funkcyjne</w:t>
            </w:r>
            <w:proofErr w:type="spellEnd"/>
            <w:r>
              <w:rPr>
                <w:b/>
                <w:sz w:val="17"/>
              </w:rPr>
              <w:t>/</w:t>
            </w:r>
            <w:proofErr w:type="spellStart"/>
            <w:r>
              <w:rPr>
                <w:b/>
                <w:sz w:val="17"/>
              </w:rPr>
              <w:t>multimedialne</w:t>
            </w:r>
            <w:proofErr w:type="spellEnd"/>
          </w:p>
        </w:tc>
        <w:tc>
          <w:tcPr>
            <w:tcW w:w="4762" w:type="dxa"/>
            <w:vAlign w:val="center"/>
          </w:tcPr>
          <w:p w14:paraId="060A01E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F7CDA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AF3907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1A879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Mysz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D0302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optyczna</w:t>
            </w:r>
            <w:proofErr w:type="spellEnd"/>
            <w:r>
              <w:rPr>
                <w:sz w:val="17"/>
              </w:rPr>
              <w:t>, minimum 1000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D3230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B465A0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CFB208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vAlign w:val="center"/>
          </w:tcPr>
          <w:p w14:paraId="691B53C6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minimum 3 + </w:t>
            </w:r>
            <w:proofErr w:type="spellStart"/>
            <w:r>
              <w:rPr>
                <w:sz w:val="17"/>
              </w:rPr>
              <w:t>rolka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869BB6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ADC8A2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4F84D3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4B79AF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minimum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2C1AB7C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5F0699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9AC559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vAlign w:val="center"/>
          </w:tcPr>
          <w:p w14:paraId="535CDC9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bateryjne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baterie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zestawie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C86AEE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93DA64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0EF2D6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Cicha </w:t>
            </w:r>
            <w:proofErr w:type="spellStart"/>
            <w:r>
              <w:rPr>
                <w:b/>
                <w:sz w:val="17"/>
              </w:rPr>
              <w:t>praca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86CBB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ograniczające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hałas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klawiszy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przycisków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myszy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14117D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93CDF6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D2174B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vAlign w:val="center"/>
          </w:tcPr>
          <w:p w14:paraId="678893A2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Windows 11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D949C4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7F7BF5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F5383DB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1F631B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czarny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grafitowy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CDD119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741300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674716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1C2E6AF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BCB09BB" w14:textId="77777777" w:rsidR="007C4D21" w:rsidRDefault="007C4D21" w:rsidP="00E73126">
            <w:pPr>
              <w:keepLines/>
              <w:spacing w:after="0"/>
            </w:pPr>
          </w:p>
        </w:tc>
      </w:tr>
    </w:tbl>
    <w:p w14:paraId="1ADBBE35" w14:textId="77777777" w:rsidR="007C4D21" w:rsidRDefault="007C4D21" w:rsidP="007C4D21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65C9D1E0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704A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BB9F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5C79C73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580881C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6003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0FA34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B4B6FB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45F7A2EC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F2F9" w14:textId="42BFD045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3231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38665AE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F0A414D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201F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20F9" w14:textId="1A96F6A3" w:rsidR="00AF05CA" w:rsidRDefault="0025708B">
            <w:r>
              <w:t>B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E94D708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40E6DA1C" w14:textId="77777777" w:rsidR="00AF05CA" w:rsidRDefault="00AF05CA" w:rsidP="007C4D21"/>
    <w:p w14:paraId="7B1CA5EE" w14:textId="77777777" w:rsidR="007C4D21" w:rsidRDefault="007C4D21" w:rsidP="007C4D21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1516A1E3" w14:textId="77777777" w:rsidR="007C4D21" w:rsidRDefault="007C4D21" w:rsidP="007C4D21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C525BEF" w14:textId="0E9DAAFB" w:rsidR="007C4D21" w:rsidRDefault="007C4D21">
      <w:pPr>
        <w:spacing w:after="200"/>
      </w:pPr>
      <w:r>
        <w:br w:type="page"/>
      </w:r>
    </w:p>
    <w:p w14:paraId="742AA2EE" w14:textId="77777777" w:rsidR="006B66A7" w:rsidRPr="008C1485" w:rsidRDefault="006B66A7" w:rsidP="006B66A7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4.8</w:t>
      </w:r>
    </w:p>
    <w:p w14:paraId="22B98185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41AA84F0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Klawiatura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</w:t>
      </w:r>
      <w:r w:rsidRPr="002504D2">
        <w:rPr>
          <w:b/>
          <w:sz w:val="22"/>
        </w:rPr>
        <w:t xml:space="preserve"> - </w:t>
      </w:r>
      <w:r>
        <w:rPr>
          <w:b/>
          <w:sz w:val="22"/>
        </w:rPr>
        <w:t>1</w:t>
      </w:r>
      <w:r w:rsidRPr="002504D2">
        <w:rPr>
          <w:b/>
          <w:sz w:val="22"/>
        </w:rPr>
        <w:t xml:space="preserve"> </w:t>
      </w:r>
      <w:proofErr w:type="spellStart"/>
      <w:r w:rsidRPr="002504D2">
        <w:rPr>
          <w:b/>
          <w:sz w:val="22"/>
        </w:rPr>
        <w:t>szt</w:t>
      </w:r>
      <w:proofErr w:type="spellEnd"/>
      <w:r w:rsidRPr="002504D2">
        <w:rPr>
          <w:b/>
          <w:sz w:val="22"/>
        </w:rPr>
        <w:t>.</w:t>
      </w:r>
    </w:p>
    <w:p w14:paraId="45BAB8D0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470BD944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750E44C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6552FE31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3BEE7BB0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340744C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C9AE6B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klawiatury</w:t>
            </w:r>
            <w:proofErr w:type="spellEnd"/>
          </w:p>
        </w:tc>
        <w:tc>
          <w:tcPr>
            <w:tcW w:w="4762" w:type="dxa"/>
            <w:vAlign w:val="center"/>
          </w:tcPr>
          <w:p w14:paraId="4D929CC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Mechaniczna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niskoprofilowa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C94658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01416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E67F9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Rozmiar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6BA13B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TKL (Tenkeyless), ok. 80%, bez </w:t>
            </w:r>
            <w:proofErr w:type="spellStart"/>
            <w:r>
              <w:rPr>
                <w:sz w:val="17"/>
              </w:rPr>
              <w:t>bloku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numerycznego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92DBA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47EABC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737CF6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klawiszy</w:t>
            </w:r>
            <w:proofErr w:type="spellEnd"/>
          </w:p>
        </w:tc>
        <w:tc>
          <w:tcPr>
            <w:tcW w:w="4762" w:type="dxa"/>
            <w:vAlign w:val="center"/>
          </w:tcPr>
          <w:p w14:paraId="131DB14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87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262C4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A6E97E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A913D2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Układ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klawiszy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0E4A43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ANSI / US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7BB22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34B0AA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FC5433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vAlign w:val="center"/>
          </w:tcPr>
          <w:p w14:paraId="6DB082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Mechaniczne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liniowe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niskoprofilowe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wyciszone</w:t>
            </w:r>
            <w:proofErr w:type="spellEnd"/>
            <w:r>
              <w:rPr>
                <w:sz w:val="17"/>
              </w:rPr>
              <w:t xml:space="preserve"> (Silent)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797BD6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FEA33B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0E3FBB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Siła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aktywacji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3C4F8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40 gf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C4F4A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20FE30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6CF8C5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Punkt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aktywacji</w:t>
            </w:r>
            <w:proofErr w:type="spellEnd"/>
          </w:p>
        </w:tc>
        <w:tc>
          <w:tcPr>
            <w:tcW w:w="4762" w:type="dxa"/>
            <w:vAlign w:val="center"/>
          </w:tcPr>
          <w:p w14:paraId="0346AAD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1,5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913A78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DC4E7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86733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Żywotność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EFEEAB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50 </w:t>
            </w:r>
            <w:proofErr w:type="spellStart"/>
            <w:r>
              <w:rPr>
                <w:sz w:val="17"/>
              </w:rPr>
              <w:t>mln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naciśnięć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7FFB6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B5F9AA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ABA55D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vAlign w:val="center"/>
          </w:tcPr>
          <w:p w14:paraId="497AE3B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Hot Swap –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wymiany</w:t>
            </w:r>
            <w:proofErr w:type="spellEnd"/>
            <w:r>
              <w:rPr>
                <w:sz w:val="17"/>
              </w:rPr>
              <w:t xml:space="preserve"> bez </w:t>
            </w:r>
            <w:proofErr w:type="spellStart"/>
            <w:r>
              <w:rPr>
                <w:sz w:val="17"/>
              </w:rPr>
              <w:t>lutowania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A7E53C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C9F32B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DBDEC5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Konstrukcja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A1F908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Gasket Mount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konstrukcja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redukująca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drgania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7F77DB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3B1EBC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26A8B9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vAlign w:val="center"/>
          </w:tcPr>
          <w:p w14:paraId="7C7B427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2,4 GHz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Bluetooth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B23BE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ECBCAA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BB02F9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11E104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62CFD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748AFB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B2A9CA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Złącze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klawiatury</w:t>
            </w:r>
            <w:proofErr w:type="spellEnd"/>
          </w:p>
        </w:tc>
        <w:tc>
          <w:tcPr>
            <w:tcW w:w="4762" w:type="dxa"/>
            <w:vAlign w:val="center"/>
          </w:tcPr>
          <w:p w14:paraId="5CC84B7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B04193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B271DC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A8A040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C966B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8777DF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D36554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6AE40F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vAlign w:val="center"/>
          </w:tcPr>
          <w:p w14:paraId="45FF569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, min. 3000 </w:t>
            </w:r>
            <w:proofErr w:type="spellStart"/>
            <w:r>
              <w:rPr>
                <w:sz w:val="17"/>
              </w:rPr>
              <w:t>mAh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FA9B94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5E5617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87349E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próbkowania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9E7287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40744C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5CAF13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BD8619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reakcji</w:t>
            </w:r>
            <w:proofErr w:type="spellEnd"/>
          </w:p>
        </w:tc>
        <w:tc>
          <w:tcPr>
            <w:tcW w:w="4762" w:type="dxa"/>
            <w:vAlign w:val="center"/>
          </w:tcPr>
          <w:p w14:paraId="27252F3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1 </w:t>
            </w:r>
            <w:proofErr w:type="spellStart"/>
            <w:r>
              <w:rPr>
                <w:sz w:val="17"/>
              </w:rPr>
              <w:t>ms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890CB0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56CCEF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95957E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Anti-Ghosting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694BE9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5F989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FF28F8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A4D915B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N-Key Rollover</w:t>
            </w:r>
          </w:p>
        </w:tc>
        <w:tc>
          <w:tcPr>
            <w:tcW w:w="4762" w:type="dxa"/>
            <w:vAlign w:val="center"/>
          </w:tcPr>
          <w:p w14:paraId="3CCE3A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EB990B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8F922E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7792B5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Podświetlenie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E7FDD9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RGB, </w:t>
            </w:r>
            <w:proofErr w:type="spellStart"/>
            <w:r>
              <w:rPr>
                <w:sz w:val="17"/>
              </w:rPr>
              <w:t>wielotrybowe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A653D9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343119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8BD99B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Klawisze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multimedialne</w:t>
            </w:r>
            <w:proofErr w:type="spellEnd"/>
          </w:p>
        </w:tc>
        <w:tc>
          <w:tcPr>
            <w:tcW w:w="4762" w:type="dxa"/>
            <w:vAlign w:val="center"/>
          </w:tcPr>
          <w:p w14:paraId="3CBFD7F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6CD766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B961C1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05FFE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makr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4382AE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9D2807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022762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8C031D6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Profile </w:t>
            </w:r>
            <w:proofErr w:type="spellStart"/>
            <w:r>
              <w:rPr>
                <w:b/>
                <w:sz w:val="17"/>
              </w:rPr>
              <w:t>użytkownika</w:t>
            </w:r>
            <w:proofErr w:type="spellEnd"/>
          </w:p>
        </w:tc>
        <w:tc>
          <w:tcPr>
            <w:tcW w:w="4762" w:type="dxa"/>
            <w:vAlign w:val="center"/>
          </w:tcPr>
          <w:p w14:paraId="4044C14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8B76EC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F5230B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1C960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wbudowana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4B48A2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D24941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61113D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F23A7C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nachylenia</w:t>
            </w:r>
            <w:proofErr w:type="spellEnd"/>
          </w:p>
        </w:tc>
        <w:tc>
          <w:tcPr>
            <w:tcW w:w="4762" w:type="dxa"/>
            <w:vAlign w:val="center"/>
          </w:tcPr>
          <w:p w14:paraId="15E8928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Tak, </w:t>
            </w:r>
            <w:proofErr w:type="spellStart"/>
            <w:r>
              <w:rPr>
                <w:sz w:val="17"/>
              </w:rPr>
              <w:t>składane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nóżki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64AFE7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640650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33F00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Przewód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B8D431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Odłączany USB, </w:t>
            </w:r>
            <w:proofErr w:type="spellStart"/>
            <w:r>
              <w:rPr>
                <w:sz w:val="17"/>
              </w:rPr>
              <w:t>długość</w:t>
            </w:r>
            <w:proofErr w:type="spellEnd"/>
            <w:r>
              <w:rPr>
                <w:sz w:val="17"/>
              </w:rPr>
              <w:t xml:space="preserve"> min. 1,5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552D84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BE303A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F71793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vAlign w:val="center"/>
          </w:tcPr>
          <w:p w14:paraId="1F44167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Czarny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21F754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A71BCA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0FF5D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wymiary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257CAB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ok. 358 × 133 × 25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09C25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347BCC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8602BB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Maksymalna</w:t>
            </w:r>
            <w:proofErr w:type="spellEnd"/>
            <w:r>
              <w:rPr>
                <w:b/>
                <w:sz w:val="17"/>
              </w:rPr>
              <w:t xml:space="preserve"> masa</w:t>
            </w:r>
          </w:p>
        </w:tc>
        <w:tc>
          <w:tcPr>
            <w:tcW w:w="4762" w:type="dxa"/>
            <w:vAlign w:val="center"/>
          </w:tcPr>
          <w:p w14:paraId="2C79D06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ok. 750 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83D508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609A22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2215DA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systemy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511CCB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Windows 10/11, Linux, macOS, Android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6E68F0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D092EC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A9ED59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vAlign w:val="center"/>
          </w:tcPr>
          <w:p w14:paraId="5A74BB6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2,4 GHz,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USB, adapter USB-A/USB-C, </w:t>
            </w:r>
            <w:proofErr w:type="spellStart"/>
            <w:r>
              <w:rPr>
                <w:sz w:val="17"/>
              </w:rPr>
              <w:t>narzędzie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demontażu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klawiszy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przełączników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B46251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7479A0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538EA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495B0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DB36C1F" w14:textId="77777777" w:rsidR="006B66A7" w:rsidRDefault="006B66A7" w:rsidP="00E73126">
            <w:pPr>
              <w:keepLines/>
              <w:spacing w:after="0"/>
            </w:pPr>
          </w:p>
        </w:tc>
      </w:tr>
    </w:tbl>
    <w:p w14:paraId="19FD2969" w14:textId="77777777" w:rsidR="00AF05CA" w:rsidRDefault="00AF05CA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576680A8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F5F48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35AF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EA33CF5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54DF75B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9E67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38213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081F6A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1FEFFED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2D7F" w14:textId="5B5D42BE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0FF8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A264B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3EE8A4C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DE19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2500" w14:textId="16F964F5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A853928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1641A3CD" w14:textId="77777777" w:rsidR="00AF05CA" w:rsidRDefault="00AF05CA" w:rsidP="006B66A7"/>
    <w:p w14:paraId="50EDFF26" w14:textId="53A5C82C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5623C81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1B519C7" w14:textId="51CEE059" w:rsidR="006B66A7" w:rsidRDefault="006B66A7">
      <w:pPr>
        <w:spacing w:after="200"/>
      </w:pPr>
      <w:r>
        <w:br w:type="page"/>
      </w:r>
    </w:p>
    <w:p w14:paraId="771E4B63" w14:textId="77777777" w:rsidR="006B66A7" w:rsidRPr="00AB0717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AB0717">
        <w:rPr>
          <w:b/>
          <w:color w:val="1C324B"/>
          <w:szCs w:val="18"/>
        </w:rPr>
        <w:lastRenderedPageBreak/>
        <w:t>Załącznik</w:t>
      </w:r>
      <w:proofErr w:type="spellEnd"/>
      <w:r w:rsidRPr="00AB0717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9</w:t>
      </w:r>
    </w:p>
    <w:p w14:paraId="603F04E8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CAC2081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Ekran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10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2267E81B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59544E25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07401560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4080B4E1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24A7EDA3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29734AF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246C9A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40B371F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LCD LED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F292B6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54A738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70EB35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0264B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23,8”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DDEFE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622B9A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43FA5E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matrycy</w:t>
            </w:r>
            <w:proofErr w:type="spellEnd"/>
          </w:p>
        </w:tc>
        <w:tc>
          <w:tcPr>
            <w:tcW w:w="4762" w:type="dxa"/>
            <w:vAlign w:val="center"/>
          </w:tcPr>
          <w:p w14:paraId="08CBE21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IPS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0AE348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90DCD6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D39DB0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F9418F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1920 × 1080 (Full HD)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8FC1E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77262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18CA04A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5AEDE42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16:9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5607D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C23FED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400AEB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odświeżania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93B93E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A69EB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8C73CE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BF3691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</w:p>
        </w:tc>
        <w:tc>
          <w:tcPr>
            <w:tcW w:w="4762" w:type="dxa"/>
            <w:vAlign w:val="center"/>
          </w:tcPr>
          <w:p w14:paraId="2412CCE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300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04A987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B90E6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E7874E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Kontrast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statyczny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E29F4B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1500:1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9D39A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FB83F6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26AB71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vAlign w:val="center"/>
          </w:tcPr>
          <w:p w14:paraId="32FE212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178° w </w:t>
            </w:r>
            <w:proofErr w:type="spellStart"/>
            <w:r>
              <w:rPr>
                <w:sz w:val="17"/>
              </w:rPr>
              <w:t>pionie</w:t>
            </w:r>
            <w:proofErr w:type="spellEnd"/>
            <w:r>
              <w:rPr>
                <w:sz w:val="17"/>
              </w:rPr>
              <w:t xml:space="preserve"> i </w:t>
            </w:r>
            <w:proofErr w:type="spellStart"/>
            <w:r>
              <w:rPr>
                <w:sz w:val="17"/>
              </w:rPr>
              <w:t>poziomie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A4AB96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1E7C5D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A65EE3F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371C2D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E4BEDA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D6CFE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39E14EA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</w:t>
            </w:r>
          </w:p>
        </w:tc>
        <w:tc>
          <w:tcPr>
            <w:tcW w:w="4762" w:type="dxa"/>
            <w:vAlign w:val="center"/>
          </w:tcPr>
          <w:p w14:paraId="62950AE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DisplayPort IN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ACF4A9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E49A14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9754C82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4050BB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USB-C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jednoczesne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przesyłanie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ładowanie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0A03CC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6DC99E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9BDC11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Power Delivery</w:t>
            </w:r>
          </w:p>
        </w:tc>
        <w:tc>
          <w:tcPr>
            <w:tcW w:w="4762" w:type="dxa"/>
            <w:vAlign w:val="center"/>
          </w:tcPr>
          <w:p w14:paraId="2FA673F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65 W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BAA87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FFD13F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08AB6C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Hub USB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FA5482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4 porty USB do </w:t>
            </w:r>
            <w:proofErr w:type="spellStart"/>
            <w:r>
              <w:rPr>
                <w:sz w:val="17"/>
              </w:rPr>
              <w:t>podłączania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peryferyjnych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minimum 2 × 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2CD7B3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35FF46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AF4F2D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Sieć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vAlign w:val="center"/>
          </w:tcPr>
          <w:p w14:paraId="62149D0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RJ-45,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LAN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podłączonego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BD8487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19B3F4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330466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E0A74B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DisplayPort OUT z </w:t>
            </w:r>
            <w:proofErr w:type="spellStart"/>
            <w:r>
              <w:rPr>
                <w:sz w:val="17"/>
              </w:rPr>
              <w:t>możliwością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kolejnego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(Daisy Chain/MST)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22DC99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EE0FBE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BD690A2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Audio</w:t>
            </w:r>
          </w:p>
        </w:tc>
        <w:tc>
          <w:tcPr>
            <w:tcW w:w="4762" w:type="dxa"/>
            <w:vAlign w:val="center"/>
          </w:tcPr>
          <w:p w14:paraId="11775F8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głośniki</w:t>
            </w:r>
            <w:proofErr w:type="spellEnd"/>
            <w:r>
              <w:rPr>
                <w:sz w:val="17"/>
              </w:rPr>
              <w:t xml:space="preserve">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98C59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A71F62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82BF8A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audio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9EDDEB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gniazdo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słuchawkowe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5856B4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5C1E80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0FD5B8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wysokości</w:t>
            </w:r>
            <w:proofErr w:type="spellEnd"/>
          </w:p>
        </w:tc>
        <w:tc>
          <w:tcPr>
            <w:tcW w:w="4762" w:type="dxa"/>
            <w:vAlign w:val="center"/>
          </w:tcPr>
          <w:p w14:paraId="02AD6C0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150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2168A3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BE02C4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AEF494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pochylenia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8DB28D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,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zakresie</w:t>
            </w:r>
            <w:proofErr w:type="spellEnd"/>
            <w:r>
              <w:rPr>
                <w:sz w:val="17"/>
              </w:rPr>
              <w:t xml:space="preserve"> od -5° do +20°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ABAD09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4DD98B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210A02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Obrót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02DDB12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podstawy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lewo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prawo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DE1A75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55CE79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438625F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Pivot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222B1B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orientacji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pionowej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807FC0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EB6E3D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82CA10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  <w:r>
              <w:rPr>
                <w:b/>
                <w:sz w:val="17"/>
              </w:rPr>
              <w:t xml:space="preserve"> VESA</w:t>
            </w:r>
          </w:p>
        </w:tc>
        <w:tc>
          <w:tcPr>
            <w:tcW w:w="4762" w:type="dxa"/>
            <w:vAlign w:val="center"/>
          </w:tcPr>
          <w:p w14:paraId="5329A2D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VESA 100 × 100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5804A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8E4E9D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94E937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Ergonomia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67CA55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technologia</w:t>
            </w:r>
            <w:proofErr w:type="spellEnd"/>
            <w:r>
              <w:rPr>
                <w:sz w:val="17"/>
              </w:rPr>
              <w:t xml:space="preserve"> Flicker Free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ograniczająca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migotanie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6DF8B0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A9B3A3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0EB278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przewodami</w:t>
            </w:r>
            <w:proofErr w:type="spellEnd"/>
          </w:p>
        </w:tc>
        <w:tc>
          <w:tcPr>
            <w:tcW w:w="4762" w:type="dxa"/>
            <w:vAlign w:val="center"/>
          </w:tcPr>
          <w:p w14:paraId="28586B1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system </w:t>
            </w:r>
            <w:proofErr w:type="spellStart"/>
            <w:r>
              <w:rPr>
                <w:sz w:val="17"/>
              </w:rPr>
              <w:t>prowadzenia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przewodów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podstawie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312282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287FE7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015D00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FD9D01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czarny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grafitowy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11DE4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BF0ACE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638E99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vAlign w:val="center"/>
          </w:tcPr>
          <w:p w14:paraId="4065A9E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w monitor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33DEA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E56554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B26727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Kable w </w:t>
            </w:r>
            <w:proofErr w:type="spellStart"/>
            <w:r>
              <w:rPr>
                <w:b/>
                <w:sz w:val="17"/>
              </w:rPr>
              <w:t>zestawie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D01F07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HDMI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USB-C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przesyłanie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zgodnie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wymaganiami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E729F4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DD1474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111FB0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09D90A6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36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670BB6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24537E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0A8AD90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217325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kompletne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pochodzące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oficjalnego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kanału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dystrybucji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rynek</w:t>
            </w:r>
            <w:proofErr w:type="spellEnd"/>
            <w:r>
              <w:rPr>
                <w:sz w:val="17"/>
              </w:rPr>
              <w:t xml:space="preserve"> UE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F258C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A3001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47DFEF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lastRenderedPageBreak/>
              <w:t>Wymagania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funkcjonalne</w:t>
            </w:r>
            <w:proofErr w:type="spellEnd"/>
          </w:p>
        </w:tc>
        <w:tc>
          <w:tcPr>
            <w:tcW w:w="4762" w:type="dxa"/>
            <w:vAlign w:val="center"/>
          </w:tcPr>
          <w:p w14:paraId="70AC35F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wykorzystanie</w:t>
            </w:r>
            <w:proofErr w:type="spellEnd"/>
            <w:r>
              <w:rPr>
                <w:sz w:val="17"/>
              </w:rPr>
              <w:t xml:space="preserve"> go </w:t>
            </w:r>
            <w:proofErr w:type="spellStart"/>
            <w:r>
              <w:rPr>
                <w:sz w:val="17"/>
              </w:rPr>
              <w:t>jako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. Po </w:t>
            </w:r>
            <w:proofErr w:type="spellStart"/>
            <w:r>
              <w:rPr>
                <w:sz w:val="17"/>
              </w:rPr>
              <w:t>podłączeniu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przewodem</w:t>
            </w:r>
            <w:proofErr w:type="spellEnd"/>
            <w:r>
              <w:rPr>
                <w:sz w:val="17"/>
              </w:rPr>
              <w:t xml:space="preserve"> USB-C </w:t>
            </w:r>
            <w:proofErr w:type="spellStart"/>
            <w:r>
              <w:rPr>
                <w:sz w:val="17"/>
              </w:rPr>
              <w:t>użytkownik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mieć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jednoczesnego</w:t>
            </w:r>
            <w:proofErr w:type="spellEnd"/>
            <w:r>
              <w:rPr>
                <w:sz w:val="17"/>
              </w:rPr>
              <w:t>: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wyświetlania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monitorze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ładowania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mocą</w:t>
            </w:r>
            <w:proofErr w:type="spellEnd"/>
            <w:r>
              <w:rPr>
                <w:sz w:val="17"/>
              </w:rPr>
              <w:t xml:space="preserve"> minimum 65 W,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korzystania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przewodowej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LAN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port RJ-45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korzystania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podłączonych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huba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DisplayPort OUT.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Hub USB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typowych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wykorzystywanych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stanowisku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biurowym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klawiatury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myszy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czytnika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karty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podpisu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kwalifikowanego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USB.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9ED01F" w14:textId="77777777" w:rsidR="006B66A7" w:rsidRDefault="006B66A7" w:rsidP="00E73126">
            <w:pPr>
              <w:keepLines/>
              <w:spacing w:after="0"/>
            </w:pPr>
          </w:p>
        </w:tc>
      </w:tr>
    </w:tbl>
    <w:p w14:paraId="6F1BCE48" w14:textId="77777777" w:rsidR="00AF05CA" w:rsidRDefault="00AF05CA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2C522817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68D46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69B36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6D25DC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328DC589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B28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6ADE8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C8A593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7B6B909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ECD8" w14:textId="069C490D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10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C64D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9FD5BC8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D76351F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5CA5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FFFA2" w14:textId="35495673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79EAD96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7032C057" w14:textId="77777777" w:rsidR="00AF05CA" w:rsidRDefault="00AF05CA" w:rsidP="006B66A7"/>
    <w:p w14:paraId="144843FC" w14:textId="18C59D5D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3364E04E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08818B61" w14:textId="77777777" w:rsidR="007C4D21" w:rsidRDefault="007C4D21" w:rsidP="007C4D21"/>
    <w:p w14:paraId="6216EB34" w14:textId="46576BE1" w:rsidR="006B66A7" w:rsidRDefault="006B66A7">
      <w:pPr>
        <w:spacing w:after="200"/>
      </w:pPr>
      <w:r>
        <w:br w:type="page"/>
      </w:r>
    </w:p>
    <w:p w14:paraId="2A22BAEF" w14:textId="77777777" w:rsidR="006B66A7" w:rsidRPr="00F552D7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F552D7">
        <w:rPr>
          <w:b/>
          <w:color w:val="1C324B"/>
          <w:szCs w:val="18"/>
        </w:rPr>
        <w:lastRenderedPageBreak/>
        <w:t>Załącznik</w:t>
      </w:r>
      <w:proofErr w:type="spellEnd"/>
      <w:r w:rsidRPr="00F552D7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10</w:t>
      </w:r>
    </w:p>
    <w:p w14:paraId="116A32ED" w14:textId="77777777" w:rsidR="006B66A7" w:rsidRDefault="006B66A7" w:rsidP="006B66A7">
      <w:pPr>
        <w:jc w:val="center"/>
        <w:rPr>
          <w:b/>
          <w:color w:val="1C324B"/>
          <w:sz w:val="28"/>
        </w:rPr>
      </w:pPr>
    </w:p>
    <w:p w14:paraId="3230683E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061BEA91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Ekran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– 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7802808F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6FB0373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130ADD85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22E0FCA1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2C4860A4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5BDD5E9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643F9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08D3E56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LCD LED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biurowej</w:t>
            </w:r>
            <w:proofErr w:type="spellEnd"/>
            <w:r>
              <w:rPr>
                <w:sz w:val="17"/>
              </w:rPr>
              <w:t xml:space="preserve">, z </w:t>
            </w:r>
            <w:proofErr w:type="spellStart"/>
            <w:r>
              <w:rPr>
                <w:sz w:val="17"/>
              </w:rPr>
              <w:t>funkcją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dokującej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4145A6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73088D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683792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CCC08B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27"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A7720C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124C0D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BFF970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matrycy</w:t>
            </w:r>
            <w:proofErr w:type="spellEnd"/>
          </w:p>
        </w:tc>
        <w:tc>
          <w:tcPr>
            <w:tcW w:w="4762" w:type="dxa"/>
            <w:vAlign w:val="center"/>
          </w:tcPr>
          <w:p w14:paraId="57527E8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IPS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2CBD7D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06F10A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A07524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5ED050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2560 × 1440 (QHD)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0E79C9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62D2D8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FDF325C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209BBCC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16:9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1A5F17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3CA61C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38A94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odświeżania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EC3C23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6FEB09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50B76E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61715D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</w:p>
        </w:tc>
        <w:tc>
          <w:tcPr>
            <w:tcW w:w="4762" w:type="dxa"/>
            <w:vAlign w:val="center"/>
          </w:tcPr>
          <w:p w14:paraId="6EACE809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350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4E9DD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BAEA1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DDAF1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A922AF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178°/178°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8829D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C8C40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BB32FE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vAlign w:val="center"/>
          </w:tcPr>
          <w:p w14:paraId="74425A1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086C04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1ADD7D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9C4250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4A8E4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DisplayPort IN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655D0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82D8B1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53D2859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 OUT</w:t>
            </w:r>
          </w:p>
        </w:tc>
        <w:tc>
          <w:tcPr>
            <w:tcW w:w="4762" w:type="dxa"/>
            <w:vAlign w:val="center"/>
          </w:tcPr>
          <w:p w14:paraId="6641936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DisplayPort OUT,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kolejnego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CBFE12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289D91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3E610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21E0C3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USB-C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jednoczesne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przesyłanie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C6467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42D3CB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D5AE28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Power Delivery</w:t>
            </w:r>
          </w:p>
        </w:tc>
        <w:tc>
          <w:tcPr>
            <w:tcW w:w="4762" w:type="dxa"/>
            <w:vAlign w:val="center"/>
          </w:tcPr>
          <w:p w14:paraId="62B07F2C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90 W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80BB50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78E121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7F0A8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Hub USB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2C3B2E9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4 porty USB downstream,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minimum 2 × 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B374A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5A5BC3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059C345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LAN</w:t>
            </w:r>
          </w:p>
        </w:tc>
        <w:tc>
          <w:tcPr>
            <w:tcW w:w="4762" w:type="dxa"/>
            <w:vAlign w:val="center"/>
          </w:tcPr>
          <w:p w14:paraId="7EA4F4A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RJ-45 Gigabit Ethernet, </w:t>
            </w:r>
            <w:proofErr w:type="spellStart"/>
            <w:r>
              <w:rPr>
                <w:sz w:val="17"/>
              </w:rPr>
              <w:t>dostępny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4A623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2B13D9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231FEE4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KVM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30C4F2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funkcja</w:t>
            </w:r>
            <w:proofErr w:type="spellEnd"/>
            <w:r>
              <w:rPr>
                <w:sz w:val="17"/>
              </w:rPr>
              <w:t xml:space="preserve"> KVM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współdzielenie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pomiędzy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komputerami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A45CC0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C654C3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494151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Głośniki</w:t>
            </w:r>
            <w:proofErr w:type="spellEnd"/>
          </w:p>
        </w:tc>
        <w:tc>
          <w:tcPr>
            <w:tcW w:w="4762" w:type="dxa"/>
            <w:vAlign w:val="center"/>
          </w:tcPr>
          <w:p w14:paraId="2FFA8B7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głośniki</w:t>
            </w:r>
            <w:proofErr w:type="spellEnd"/>
            <w:r>
              <w:rPr>
                <w:sz w:val="17"/>
              </w:rPr>
              <w:t xml:space="preserve">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9C457B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A1F187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2999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audio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7FEDDD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7913EB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EDC060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FB6DD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wysokości</w:t>
            </w:r>
            <w:proofErr w:type="spellEnd"/>
          </w:p>
        </w:tc>
        <w:tc>
          <w:tcPr>
            <w:tcW w:w="4762" w:type="dxa"/>
            <w:vAlign w:val="center"/>
          </w:tcPr>
          <w:p w14:paraId="59B1C9A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150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92629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007193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9E1157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pochylenia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B01298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</w:t>
            </w:r>
            <w:proofErr w:type="spellStart"/>
            <w:r>
              <w:rPr>
                <w:sz w:val="17"/>
              </w:rPr>
              <w:t>od</w:t>
            </w:r>
            <w:proofErr w:type="spellEnd"/>
            <w:r>
              <w:rPr>
                <w:sz w:val="17"/>
              </w:rPr>
              <w:t xml:space="preserve"> -5° do +20°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A416A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504BAA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B5ED3C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Obrót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podstawy</w:t>
            </w:r>
            <w:proofErr w:type="spellEnd"/>
          </w:p>
        </w:tc>
        <w:tc>
          <w:tcPr>
            <w:tcW w:w="4762" w:type="dxa"/>
            <w:vAlign w:val="center"/>
          </w:tcPr>
          <w:p w14:paraId="7FF05F9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lewo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prawo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39061C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5456D0A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78A56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Pivot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C6F38D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orientacji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pionowej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1E5504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10E82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374E9C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VESA</w:t>
            </w:r>
          </w:p>
        </w:tc>
        <w:tc>
          <w:tcPr>
            <w:tcW w:w="4762" w:type="dxa"/>
            <w:vAlign w:val="center"/>
          </w:tcPr>
          <w:p w14:paraId="67396CA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100 × 100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10947B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2D3FCF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A82F7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Ochrona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wzroku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2319A5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Flicker Free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redukcja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światła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niebieskiego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3FB82C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E34427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99C0A7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przewodami</w:t>
            </w:r>
            <w:proofErr w:type="spellEnd"/>
          </w:p>
        </w:tc>
        <w:tc>
          <w:tcPr>
            <w:tcW w:w="4762" w:type="dxa"/>
            <w:vAlign w:val="center"/>
          </w:tcPr>
          <w:p w14:paraId="124B1BD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system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prowadzenia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6776A4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146F13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5E5A21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5876F2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w monitor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7BFB9C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1BA9C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9A1AB38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vAlign w:val="center"/>
          </w:tcPr>
          <w:p w14:paraId="0A32591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czarny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grafitowy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8F8CD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26A096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4D8A5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FC205C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36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1645DA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D074D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8F80C5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vAlign w:val="center"/>
          </w:tcPr>
          <w:p w14:paraId="1EFF1D7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C1B43D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2FB932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C48323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Funkcja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stacji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dokującej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8BC18B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przewodem</w:t>
            </w:r>
            <w:proofErr w:type="spellEnd"/>
            <w:r>
              <w:rPr>
                <w:sz w:val="17"/>
              </w:rPr>
              <w:t xml:space="preserve"> USB-C, </w:t>
            </w:r>
            <w:proofErr w:type="spellStart"/>
            <w:r>
              <w:rPr>
                <w:sz w:val="17"/>
              </w:rPr>
              <w:t>zapewniając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jednocześnie</w:t>
            </w:r>
            <w:proofErr w:type="spellEnd"/>
            <w:r>
              <w:rPr>
                <w:sz w:val="17"/>
              </w:rPr>
              <w:t>: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obraz</w:t>
            </w:r>
            <w:proofErr w:type="spellEnd"/>
            <w:r>
              <w:rPr>
                <w:sz w:val="17"/>
              </w:rPr>
              <w:t xml:space="preserve"> QHD + </w:t>
            </w:r>
            <w:proofErr w:type="spellStart"/>
            <w:r>
              <w:rPr>
                <w:sz w:val="17"/>
              </w:rPr>
              <w:t>ładowanie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min. 90 W +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LAN RJ-45 +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podłączonych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huba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Hub USB </w:t>
            </w:r>
            <w:proofErr w:type="spellStart"/>
            <w:r>
              <w:rPr>
                <w:sz w:val="17"/>
              </w:rPr>
              <w:t>powinien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typowych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peryferyjnych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stanowiska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biurowego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klawiatury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myszy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czytnika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karty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podpisu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kwalifikowanego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USB.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30CF40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89ACD2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84A1A3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lastRenderedPageBreak/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przewody</w:t>
            </w:r>
            <w:proofErr w:type="spellEnd"/>
          </w:p>
        </w:tc>
        <w:tc>
          <w:tcPr>
            <w:tcW w:w="4762" w:type="dxa"/>
            <w:vAlign w:val="center"/>
          </w:tcPr>
          <w:p w14:paraId="3DDD6E6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W </w:t>
            </w:r>
            <w:proofErr w:type="spellStart"/>
            <w:r>
              <w:rPr>
                <w:sz w:val="17"/>
              </w:rPr>
              <w:t>zestawie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znajdować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się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>: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USB-C ↔ USB-C </w:t>
            </w:r>
            <w:proofErr w:type="spellStart"/>
            <w:r>
              <w:rPr>
                <w:sz w:val="17"/>
              </w:rPr>
              <w:t>obsługujący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transmisję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Power Delivery </w:t>
            </w:r>
            <w:proofErr w:type="spellStart"/>
            <w:r>
              <w:rPr>
                <w:sz w:val="17"/>
              </w:rPr>
              <w:t>zgodnie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parametrami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HDMI.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Dostarczony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uruchomienie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przewodu</w:t>
            </w:r>
            <w:proofErr w:type="spellEnd"/>
            <w:r>
              <w:rPr>
                <w:sz w:val="17"/>
              </w:rPr>
              <w:t xml:space="preserve"> USB-C.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2E22463" w14:textId="77777777" w:rsidR="006B66A7" w:rsidRDefault="006B66A7" w:rsidP="00E73126">
            <w:pPr>
              <w:keepLines/>
              <w:spacing w:after="0"/>
            </w:pPr>
          </w:p>
        </w:tc>
      </w:tr>
    </w:tbl>
    <w:p w14:paraId="15BDD758" w14:textId="77777777" w:rsidR="006B66A7" w:rsidRDefault="006B66A7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2DEEC391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8146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17DE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8569DC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1DBE005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4C0C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2EF1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998B17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6095FB3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DA7C" w14:textId="77777777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A981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82A9E58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324FFF5C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925A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3AEA" w14:textId="5AB2C441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A3BC70D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240FC770" w14:textId="77777777" w:rsidR="00AF05CA" w:rsidRDefault="00AF05CA" w:rsidP="006B66A7"/>
    <w:p w14:paraId="2EFB13F3" w14:textId="77777777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713927F7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7DF2432D" w14:textId="5208055D" w:rsidR="006B66A7" w:rsidRDefault="006B66A7">
      <w:pPr>
        <w:spacing w:after="200"/>
      </w:pPr>
      <w:r>
        <w:br w:type="page"/>
      </w:r>
    </w:p>
    <w:p w14:paraId="16F50FC0" w14:textId="77777777" w:rsidR="006B66A7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5F17FA">
        <w:rPr>
          <w:b/>
          <w:color w:val="1C324B"/>
          <w:szCs w:val="18"/>
        </w:rPr>
        <w:lastRenderedPageBreak/>
        <w:t>Załącznik</w:t>
      </w:r>
      <w:proofErr w:type="spellEnd"/>
      <w:r w:rsidRPr="005F17FA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11</w:t>
      </w:r>
    </w:p>
    <w:p w14:paraId="5269FB49" w14:textId="77777777" w:rsidR="006B66A7" w:rsidRPr="005F17FA" w:rsidRDefault="006B66A7" w:rsidP="006B66A7">
      <w:pPr>
        <w:jc w:val="center"/>
        <w:rPr>
          <w:b/>
          <w:color w:val="1C324B"/>
          <w:sz w:val="28"/>
        </w:rPr>
      </w:pPr>
      <w:r>
        <w:rPr>
          <w:b/>
          <w:color w:val="1C324B"/>
          <w:sz w:val="28"/>
        </w:rPr>
        <w:br/>
        <w:t>OPIS PRZEDMIOTU ZAMÓWIENIA</w:t>
      </w:r>
    </w:p>
    <w:p w14:paraId="46DA04BF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Ekran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C – 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34F4FC70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5D8718F4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585217D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4F629938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149CC6E6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35111ED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2D539B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6913B24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29"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AAA88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08B5CB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CD9BE8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matrycy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6E39D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IPS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7AF062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E250FD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D7160FB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51A2380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21:9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4B486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A815B8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EDDEAC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natywna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28479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2560 × 1080 </w:t>
            </w:r>
            <w:proofErr w:type="spellStart"/>
            <w:r>
              <w:rPr>
                <w:sz w:val="17"/>
              </w:rPr>
              <w:t>px</w:t>
            </w:r>
            <w:proofErr w:type="spellEnd"/>
            <w:r>
              <w:rPr>
                <w:sz w:val="17"/>
              </w:rPr>
              <w:t xml:space="preserve"> (WFHD)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F487A1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FE980F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FA18F0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odświeżania</w:t>
            </w:r>
            <w:proofErr w:type="spellEnd"/>
          </w:p>
        </w:tc>
        <w:tc>
          <w:tcPr>
            <w:tcW w:w="4762" w:type="dxa"/>
            <w:vAlign w:val="center"/>
          </w:tcPr>
          <w:p w14:paraId="63F8EDD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C912F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8CACD0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C0591D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reakcji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CB9E17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5 </w:t>
            </w:r>
            <w:proofErr w:type="spellStart"/>
            <w:r>
              <w:rPr>
                <w:sz w:val="17"/>
              </w:rPr>
              <w:t>ms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GtG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20A863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710388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729885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typowa</w:t>
            </w:r>
            <w:proofErr w:type="spellEnd"/>
          </w:p>
        </w:tc>
        <w:tc>
          <w:tcPr>
            <w:tcW w:w="4762" w:type="dxa"/>
            <w:vAlign w:val="center"/>
          </w:tcPr>
          <w:p w14:paraId="1F5FBAC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250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68C7FD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E3B9C2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454CD4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Kontrast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statyczny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4543F3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1000:1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F0AD93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C1F13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FE1313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vAlign w:val="center"/>
          </w:tcPr>
          <w:p w14:paraId="2D2B0B8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178° w </w:t>
            </w:r>
            <w:proofErr w:type="spellStart"/>
            <w:r>
              <w:rPr>
                <w:sz w:val="17"/>
              </w:rPr>
              <w:t>pionie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178° w </w:t>
            </w:r>
            <w:proofErr w:type="spellStart"/>
            <w:r>
              <w:rPr>
                <w:sz w:val="17"/>
              </w:rPr>
              <w:t>poziomie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65815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5BB203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F44F12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wyświetlanych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kolorów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2E5626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16,7 </w:t>
            </w:r>
            <w:proofErr w:type="spellStart"/>
            <w:r>
              <w:rPr>
                <w:sz w:val="17"/>
              </w:rPr>
              <w:t>mln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4FCEA7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193E83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6D06B3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Pokrycie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przestrzeni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barw</w:t>
            </w:r>
            <w:proofErr w:type="spellEnd"/>
          </w:p>
        </w:tc>
        <w:tc>
          <w:tcPr>
            <w:tcW w:w="4762" w:type="dxa"/>
            <w:vAlign w:val="center"/>
          </w:tcPr>
          <w:p w14:paraId="74AD4F5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99% sRGB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7CA290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4EC17E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3FC865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3F7725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HDR10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6E9DDB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032623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05E42B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Redukcja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rozmycia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ruchu</w:t>
            </w:r>
            <w:proofErr w:type="spellEnd"/>
          </w:p>
        </w:tc>
        <w:tc>
          <w:tcPr>
            <w:tcW w:w="4762" w:type="dxa"/>
            <w:vAlign w:val="center"/>
          </w:tcPr>
          <w:p w14:paraId="5B31AD0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C719B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13C409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7EE9E9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Redukcja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migotania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845D83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A83E6D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634CC2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F86C35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ochrony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wzroku</w:t>
            </w:r>
            <w:proofErr w:type="spellEnd"/>
            <w:r>
              <w:rPr>
                <w:b/>
                <w:sz w:val="17"/>
              </w:rPr>
              <w:t xml:space="preserve"> / Reader Mode</w:t>
            </w:r>
          </w:p>
        </w:tc>
        <w:tc>
          <w:tcPr>
            <w:tcW w:w="4762" w:type="dxa"/>
            <w:vAlign w:val="center"/>
          </w:tcPr>
          <w:p w14:paraId="5FFFA19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CE7DDC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01B01A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89B7F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Automatyczne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źródła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sygnału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6220A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78B251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1C8D1C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71C42A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vAlign w:val="center"/>
          </w:tcPr>
          <w:p w14:paraId="6235133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 ×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2E56E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E8C641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024B4C8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B382F4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 × DisplayPort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7B843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CCA7BD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AE8709E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Standard DisplayPort</w:t>
            </w:r>
          </w:p>
        </w:tc>
        <w:tc>
          <w:tcPr>
            <w:tcW w:w="4762" w:type="dxa"/>
            <w:vAlign w:val="center"/>
          </w:tcPr>
          <w:p w14:paraId="323521F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DP 1.4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64959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392D15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EFCFE3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słuchawkowe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AB105B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34AB0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227333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275B24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  <w:r>
              <w:rPr>
                <w:b/>
                <w:sz w:val="17"/>
              </w:rPr>
              <w:t xml:space="preserve"> VESA</w:t>
            </w:r>
          </w:p>
        </w:tc>
        <w:tc>
          <w:tcPr>
            <w:tcW w:w="4762" w:type="dxa"/>
            <w:vAlign w:val="center"/>
          </w:tcPr>
          <w:p w14:paraId="78440B3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Tak, 100 × 100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56EAE7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3C35A8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E3A83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monitora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CB9B99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Regulacja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kąta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nachylenia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C11039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BDFFA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8758A9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Konstrukcja</w:t>
            </w:r>
            <w:proofErr w:type="spellEnd"/>
          </w:p>
        </w:tc>
        <w:tc>
          <w:tcPr>
            <w:tcW w:w="4762" w:type="dxa"/>
            <w:vAlign w:val="center"/>
          </w:tcPr>
          <w:p w14:paraId="0052CBF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Wąskie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obramowanie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z minimum 3 </w:t>
            </w:r>
            <w:proofErr w:type="spellStart"/>
            <w:r>
              <w:rPr>
                <w:sz w:val="17"/>
              </w:rPr>
              <w:t>stron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367F8B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4B1545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051966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8AC111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Czarny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1820D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EED1AE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1FC6A5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pobór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mocy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typowy</w:t>
            </w:r>
            <w:proofErr w:type="spellEnd"/>
          </w:p>
        </w:tc>
        <w:tc>
          <w:tcPr>
            <w:tcW w:w="4762" w:type="dxa"/>
            <w:vAlign w:val="center"/>
          </w:tcPr>
          <w:p w14:paraId="4B8846F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22 W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616ACB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FB057F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92D3C9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podstawą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77A940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ok. 688,5 × 408,7 × 220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48D66D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B96DDC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B2ABE1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Masa z </w:t>
            </w:r>
            <w:proofErr w:type="spellStart"/>
            <w:r>
              <w:rPr>
                <w:b/>
                <w:sz w:val="17"/>
              </w:rPr>
              <w:t>podstawą</w:t>
            </w:r>
            <w:proofErr w:type="spellEnd"/>
          </w:p>
        </w:tc>
        <w:tc>
          <w:tcPr>
            <w:tcW w:w="4762" w:type="dxa"/>
            <w:vAlign w:val="center"/>
          </w:tcPr>
          <w:p w14:paraId="51CAAC9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5,1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74C77A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ADAAD8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C6867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C214A3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27EDC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3ECE84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24129E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48F2674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670E424" w14:textId="77777777" w:rsidR="006B66A7" w:rsidRDefault="006B66A7" w:rsidP="00E73126">
            <w:pPr>
              <w:keepLines/>
              <w:spacing w:after="0"/>
            </w:pPr>
          </w:p>
        </w:tc>
      </w:tr>
    </w:tbl>
    <w:p w14:paraId="3297FCA1" w14:textId="77777777" w:rsidR="006B66A7" w:rsidRDefault="006B66A7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0F96BC11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BCEC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F4FA6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64F69B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AD126A2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88F5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7DBFE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A4F99E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A2DB13E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19A0" w14:textId="77777777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E3DF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98DA63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8416DDE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72A3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AC43" w14:textId="4B5B46BC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04C4009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33221BB7" w14:textId="77777777" w:rsidR="00AF05CA" w:rsidRDefault="00AF05CA" w:rsidP="006B66A7"/>
    <w:p w14:paraId="0BC38A9A" w14:textId="77777777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67A8EED0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C89A8AD" w14:textId="2818CCE4" w:rsidR="006B66A7" w:rsidRDefault="006B66A7">
      <w:pPr>
        <w:spacing w:after="200"/>
      </w:pPr>
      <w:r>
        <w:br w:type="page"/>
      </w:r>
    </w:p>
    <w:p w14:paraId="7EC8BAE6" w14:textId="77777777" w:rsidR="006B66A7" w:rsidRPr="004437AC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4437AC">
        <w:rPr>
          <w:b/>
          <w:color w:val="1C324B"/>
          <w:szCs w:val="18"/>
        </w:rPr>
        <w:lastRenderedPageBreak/>
        <w:t>Załącznik</w:t>
      </w:r>
      <w:proofErr w:type="spellEnd"/>
      <w:r w:rsidRPr="004437AC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12</w:t>
      </w:r>
    </w:p>
    <w:p w14:paraId="75B71585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0BC174D9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Przełącznik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17AC611B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0EC54BD0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4B160C18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27DAD2E8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10D9CE20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7F03ED2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1FA282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34E345D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Kompaktowy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zarządzalny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DFB5BF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38ABEA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4AE6DA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2B264C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5 × RJ-45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0D12BD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4F34AC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CBFE7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</w:p>
        </w:tc>
        <w:tc>
          <w:tcPr>
            <w:tcW w:w="4762" w:type="dxa"/>
            <w:vAlign w:val="center"/>
          </w:tcPr>
          <w:p w14:paraId="692D727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porty minimum 2,5 Gb/s (2.5 GbE)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F8D90A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B2A816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89AF8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prędkości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11ECC9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negocjacja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prędkości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59AB54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51BE09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8B3F16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vAlign w:val="center"/>
          </w:tcPr>
          <w:p w14:paraId="7A40450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centralny</w:t>
            </w:r>
            <w:proofErr w:type="spellEnd"/>
            <w:r>
              <w:rPr>
                <w:sz w:val="17"/>
              </w:rPr>
              <w:t xml:space="preserve"> system/</w:t>
            </w:r>
            <w:proofErr w:type="spellStart"/>
            <w:r>
              <w:rPr>
                <w:sz w:val="17"/>
              </w:rPr>
              <w:t>kontroler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EA5AE4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F70E95A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983D1EE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VLAN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1195F7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IEEE 802.1Q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70476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0A6BE1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9B509E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portami</w:t>
            </w:r>
            <w:proofErr w:type="spellEnd"/>
          </w:p>
        </w:tc>
        <w:tc>
          <w:tcPr>
            <w:tcW w:w="4762" w:type="dxa"/>
            <w:vAlign w:val="center"/>
          </w:tcPr>
          <w:p w14:paraId="114A6FB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poszczególnych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AB7B5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F0AD83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7D79FA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615541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48B31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947CB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E166B1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Alternatywne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vAlign w:val="center"/>
          </w:tcPr>
          <w:p w14:paraId="2D16028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za </w:t>
            </w:r>
            <w:proofErr w:type="spellStart"/>
            <w:r>
              <w:rPr>
                <w:sz w:val="17"/>
              </w:rPr>
              <w:t>pomocą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06CCED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1413CB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69D0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Chłodzenie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07D0AA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pasywne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bezwentylatorowe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80EF7B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862B84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EC2CBC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vAlign w:val="center"/>
          </w:tcPr>
          <w:p w14:paraId="1211BF2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praca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wewnątrz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pomieszczeń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punkcie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dystrybucyjnym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DDF3E3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D5F9E6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44054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Sygnalizacja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28C842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diody</w:t>
            </w:r>
            <w:proofErr w:type="spellEnd"/>
            <w:r>
              <w:rPr>
                <w:sz w:val="17"/>
              </w:rPr>
              <w:t xml:space="preserve"> LED </w:t>
            </w:r>
            <w:proofErr w:type="spellStart"/>
            <w:r>
              <w:rPr>
                <w:sz w:val="17"/>
              </w:rPr>
              <w:t>informujące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połączeń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3B6F84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D59D3D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84C8A6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B66084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4585FA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3FC1B7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A21DBD2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FFAB78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060286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E663EB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9B688B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vAlign w:val="center"/>
          </w:tcPr>
          <w:p w14:paraId="4AA777D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 jest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oferowanym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Omada,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System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monitoring </w:t>
            </w:r>
            <w:proofErr w:type="spellStart"/>
            <w:r>
              <w:rPr>
                <w:sz w:val="17"/>
              </w:rPr>
              <w:t>stanu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AD8F7C" w14:textId="77777777" w:rsidR="006B66A7" w:rsidRDefault="006B66A7" w:rsidP="00E73126">
            <w:pPr>
              <w:keepLines/>
              <w:spacing w:after="0"/>
            </w:pPr>
          </w:p>
        </w:tc>
      </w:tr>
    </w:tbl>
    <w:p w14:paraId="7381EFCA" w14:textId="77777777" w:rsidR="006B66A7" w:rsidRDefault="006B66A7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5BA6FFE5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D711A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8D2A7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1C6333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453B8E8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3E26A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1B768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CE5BB6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44123CCF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9D75" w14:textId="50DD3660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2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7109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5DF56C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D71BE52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A379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1D5E" w14:textId="1123F023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DA72C5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7509D03A" w14:textId="77777777" w:rsidR="00AF05CA" w:rsidRDefault="00AF05CA" w:rsidP="006B66A7"/>
    <w:p w14:paraId="5AD90062" w14:textId="77777777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1F08DEF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A790AB6" w14:textId="7D36E4E7" w:rsidR="006B66A7" w:rsidRDefault="006B66A7">
      <w:pPr>
        <w:spacing w:after="200"/>
      </w:pPr>
      <w:r>
        <w:br w:type="page"/>
      </w:r>
    </w:p>
    <w:p w14:paraId="1BF2EC30" w14:textId="77777777" w:rsidR="00F352C3" w:rsidRPr="003121F4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3121F4">
        <w:rPr>
          <w:b/>
          <w:color w:val="1C324B"/>
          <w:szCs w:val="18"/>
        </w:rPr>
        <w:lastRenderedPageBreak/>
        <w:t>Załącznik</w:t>
      </w:r>
      <w:proofErr w:type="spellEnd"/>
      <w:r w:rsidRPr="003121F4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13</w:t>
      </w:r>
    </w:p>
    <w:p w14:paraId="515BA58F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br/>
        <w:t>OPIS PRZEDMIOTU ZAMÓWIENIA</w:t>
      </w:r>
    </w:p>
    <w:p w14:paraId="43EB3AA9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Przełącznik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– 3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32364BD3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711C68A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68079CBD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0714FC9E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B2BF9D6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60E2CAF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9E877D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164A0F3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Zarządzalny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warstwy</w:t>
            </w:r>
            <w:proofErr w:type="spellEnd"/>
            <w:r>
              <w:rPr>
                <w:sz w:val="17"/>
              </w:rPr>
              <w:t xml:space="preserve"> 2 (Layer 2),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2361C2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E8B8C7A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791A53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  <w:r>
              <w:rPr>
                <w:b/>
                <w:sz w:val="17"/>
              </w:rPr>
              <w:t xml:space="preserve"> RJ-45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97D463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16 × RJ-45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5FB8E3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0F655F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A98FC8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  <w:r>
              <w:rPr>
                <w:b/>
                <w:sz w:val="17"/>
              </w:rPr>
              <w:t xml:space="preserve"> RJ-45</w:t>
            </w:r>
          </w:p>
        </w:tc>
        <w:tc>
          <w:tcPr>
            <w:tcW w:w="4762" w:type="dxa"/>
            <w:vAlign w:val="center"/>
          </w:tcPr>
          <w:p w14:paraId="4A1BFF6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porty minimum 10/100/1000 Mb/s (Gigabit Ethernet)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F22467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112D17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4BCB0E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Porty uplink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7B99D06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2 × SFP 1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6C9A6D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6098D4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9FA74A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prędkości</w:t>
            </w:r>
            <w:proofErr w:type="spellEnd"/>
          </w:p>
        </w:tc>
        <w:tc>
          <w:tcPr>
            <w:tcW w:w="4762" w:type="dxa"/>
            <w:vAlign w:val="center"/>
          </w:tcPr>
          <w:p w14:paraId="685A343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negocjacja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prędkości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92CE8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2733B5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77E734D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Porty PoE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91A30E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8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 RJ-45 </w:t>
            </w:r>
            <w:proofErr w:type="spellStart"/>
            <w:r>
              <w:rPr>
                <w:sz w:val="17"/>
              </w:rPr>
              <w:t>obsługujących</w:t>
            </w:r>
            <w:proofErr w:type="spellEnd"/>
            <w:r>
              <w:rPr>
                <w:sz w:val="17"/>
              </w:rPr>
              <w:t xml:space="preserve"> PoE/PoE+ </w:t>
            </w:r>
            <w:proofErr w:type="spellStart"/>
            <w:r>
              <w:rPr>
                <w:sz w:val="17"/>
              </w:rPr>
              <w:t>zgodnie</w:t>
            </w:r>
            <w:proofErr w:type="spellEnd"/>
            <w:r>
              <w:rPr>
                <w:sz w:val="17"/>
              </w:rPr>
              <w:t xml:space="preserve"> z IEEE 802.3af/at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CD214C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1CB032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9B7F21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Budżet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zasilania</w:t>
            </w:r>
            <w:proofErr w:type="spellEnd"/>
            <w:r>
              <w:rPr>
                <w:b/>
                <w:sz w:val="17"/>
              </w:rPr>
              <w:t xml:space="preserve"> PoE</w:t>
            </w:r>
          </w:p>
        </w:tc>
        <w:tc>
          <w:tcPr>
            <w:tcW w:w="4762" w:type="dxa"/>
            <w:vAlign w:val="center"/>
          </w:tcPr>
          <w:p w14:paraId="70CF176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42 W </w:t>
            </w:r>
            <w:proofErr w:type="spellStart"/>
            <w:r>
              <w:rPr>
                <w:sz w:val="17"/>
              </w:rPr>
              <w:t>łącznej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C182F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8624B0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444771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19A50C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centralny</w:t>
            </w:r>
            <w:proofErr w:type="spellEnd"/>
            <w:r>
              <w:rPr>
                <w:sz w:val="17"/>
              </w:rPr>
              <w:t xml:space="preserve"> system/</w:t>
            </w:r>
            <w:proofErr w:type="spellStart"/>
            <w:r>
              <w:rPr>
                <w:sz w:val="17"/>
              </w:rPr>
              <w:t>kontroler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18BEF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33EAF5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DE4B10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VLAN</w:t>
            </w:r>
          </w:p>
        </w:tc>
        <w:tc>
          <w:tcPr>
            <w:tcW w:w="4762" w:type="dxa"/>
            <w:vAlign w:val="center"/>
          </w:tcPr>
          <w:p w14:paraId="7967DB4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IEEE 802.1Q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53A07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25E117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6D9A7D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portami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7080FD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indywidualnej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przypisywania</w:t>
            </w:r>
            <w:proofErr w:type="spellEnd"/>
            <w:r>
              <w:rPr>
                <w:sz w:val="17"/>
              </w:rPr>
              <w:t xml:space="preserve"> VLAN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funkcji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B554C5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9AE371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DD047F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Funkcje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sieciowe</w:t>
            </w:r>
            <w:proofErr w:type="spellEnd"/>
          </w:p>
        </w:tc>
        <w:tc>
          <w:tcPr>
            <w:tcW w:w="4762" w:type="dxa"/>
            <w:vAlign w:val="center"/>
          </w:tcPr>
          <w:p w14:paraId="4A648FE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STP/RSTP, </w:t>
            </w:r>
            <w:proofErr w:type="spellStart"/>
            <w:r>
              <w:rPr>
                <w:sz w:val="17"/>
              </w:rPr>
              <w:t>agregacji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łączy</w:t>
            </w:r>
            <w:proofErr w:type="spellEnd"/>
            <w:r>
              <w:rPr>
                <w:sz w:val="17"/>
              </w:rPr>
              <w:t xml:space="preserve"> LACP, IGMP Snooping, LLDP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port mirroring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EF0DF2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EED5BE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B83FEE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1D637A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36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22134A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3386F7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2EBB57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non-blocking</w:t>
            </w:r>
          </w:p>
        </w:tc>
        <w:tc>
          <w:tcPr>
            <w:tcW w:w="4762" w:type="dxa"/>
            <w:vAlign w:val="center"/>
          </w:tcPr>
          <w:p w14:paraId="479C61BA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18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55E06D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A2A4C9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71A205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058B00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</w:t>
            </w:r>
            <w:proofErr w:type="spellEnd"/>
            <w:r>
              <w:rPr>
                <w:sz w:val="17"/>
              </w:rPr>
              <w:t xml:space="preserve"> 100–240 V AC, 50/60 Hz, </w:t>
            </w:r>
            <w:proofErr w:type="spellStart"/>
            <w:r>
              <w:rPr>
                <w:sz w:val="17"/>
              </w:rPr>
              <w:t>wewnętrzny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zasilacz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66F74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14596D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3C9343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Chłodzenie</w:t>
            </w:r>
            <w:proofErr w:type="spellEnd"/>
          </w:p>
        </w:tc>
        <w:tc>
          <w:tcPr>
            <w:tcW w:w="4762" w:type="dxa"/>
            <w:vAlign w:val="center"/>
          </w:tcPr>
          <w:p w14:paraId="18E5097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Pasywne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bezwentylatorowe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A8A16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3A7BBB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5B93B9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E30804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montażu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standardowej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szafie</w:t>
            </w:r>
            <w:proofErr w:type="spellEnd"/>
            <w:r>
              <w:rPr>
                <w:sz w:val="17"/>
              </w:rPr>
              <w:t xml:space="preserve"> Rack 19", </w:t>
            </w:r>
            <w:proofErr w:type="spellStart"/>
            <w:r>
              <w:rPr>
                <w:sz w:val="17"/>
              </w:rPr>
              <w:t>wysokość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1U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B6DF7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72E73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4D9FD8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Wyświetlacz</w:t>
            </w:r>
            <w:proofErr w:type="spellEnd"/>
          </w:p>
        </w:tc>
        <w:tc>
          <w:tcPr>
            <w:tcW w:w="4762" w:type="dxa"/>
            <w:vAlign w:val="center"/>
          </w:tcPr>
          <w:p w14:paraId="19E002E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wyświetlacz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informujący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1DC301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5D2BDB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C24BE9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Sygnalizacja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B0DFE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Diody</w:t>
            </w:r>
            <w:proofErr w:type="spellEnd"/>
            <w:r>
              <w:rPr>
                <w:sz w:val="17"/>
              </w:rPr>
              <w:t xml:space="preserve"> LED </w:t>
            </w:r>
            <w:proofErr w:type="spellStart"/>
            <w:r>
              <w:rPr>
                <w:sz w:val="17"/>
              </w:rPr>
              <w:t>informujące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aktywności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prędkości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zasilaniu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48B79F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C1155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0C5E0A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248ADE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944501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72CD69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5B762F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DD18D9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30B8C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E16C22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E31899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vAlign w:val="center"/>
          </w:tcPr>
          <w:p w14:paraId="6D794AA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 jest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oferowanym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. System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monitoring </w:t>
            </w:r>
            <w:proofErr w:type="spellStart"/>
            <w:r>
              <w:rPr>
                <w:sz w:val="17"/>
              </w:rPr>
              <w:t>stanu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przypisywanie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zasilaniem</w:t>
            </w:r>
            <w:proofErr w:type="spellEnd"/>
            <w:r>
              <w:rPr>
                <w:sz w:val="17"/>
              </w:rPr>
              <w:t xml:space="preserve"> PoE. </w:t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zapewnienia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istniejącą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132348C" w14:textId="77777777" w:rsidR="00F352C3" w:rsidRDefault="00F352C3" w:rsidP="00E73126">
            <w:pPr>
              <w:keepLines/>
              <w:spacing w:after="0"/>
            </w:pPr>
          </w:p>
        </w:tc>
      </w:tr>
    </w:tbl>
    <w:p w14:paraId="189383DE" w14:textId="77777777" w:rsidR="00AF05CA" w:rsidRDefault="00AF05CA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7D4059C8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1347D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7664B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24C1EA4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FF66250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568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233AB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724F5CB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1046F90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64A4F" w14:textId="280B7120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3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DC232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70FB7A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805591F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9326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D63F" w14:textId="0FD0A328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D351220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429E3C70" w14:textId="77777777" w:rsidR="00AF05CA" w:rsidRDefault="00AF05CA" w:rsidP="00F352C3"/>
    <w:p w14:paraId="2A22AC68" w14:textId="6E36AD2B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3BFEC438" w14:textId="3F5A88D4" w:rsidR="00F352C3" w:rsidRPr="00AF05CA" w:rsidRDefault="00F352C3" w:rsidP="0025708B">
      <w:pPr>
        <w:jc w:val="right"/>
      </w:pPr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  <w:r>
        <w:br w:type="page"/>
      </w:r>
      <w:proofErr w:type="spellStart"/>
      <w:r w:rsidRPr="00102EC8">
        <w:rPr>
          <w:b/>
          <w:color w:val="1C324B"/>
          <w:szCs w:val="18"/>
        </w:rPr>
        <w:lastRenderedPageBreak/>
        <w:t>Załacznik</w:t>
      </w:r>
      <w:proofErr w:type="spellEnd"/>
      <w:r w:rsidRPr="00102EC8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14</w:t>
      </w:r>
    </w:p>
    <w:p w14:paraId="37BA6B84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br/>
        <w:t>OPIS PRZEDMIOTU ZAMÓWIENIA</w:t>
      </w:r>
    </w:p>
    <w:p w14:paraId="05BB7243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– Most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Wi-Fi – Ethernet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3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031B1683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19750963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413B4C79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1AF1903C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03702D9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492F07D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9F5EA8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2A33863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Bezprzewodowy</w:t>
            </w:r>
            <w:proofErr w:type="spellEnd"/>
            <w:r>
              <w:rPr>
                <w:sz w:val="17"/>
              </w:rPr>
              <w:t xml:space="preserve"> most </w:t>
            </w:r>
            <w:proofErr w:type="spellStart"/>
            <w:r>
              <w:rPr>
                <w:sz w:val="17"/>
              </w:rPr>
              <w:t>sieciowy</w:t>
            </w:r>
            <w:proofErr w:type="spellEnd"/>
            <w:r>
              <w:rPr>
                <w:sz w:val="17"/>
              </w:rPr>
              <w:t xml:space="preserve"> Wi-Fi –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B12D9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B4549D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C4CCB5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921118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wyposażonego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interfejs</w:t>
            </w:r>
            <w:proofErr w:type="spellEnd"/>
            <w:r>
              <w:rPr>
                <w:sz w:val="17"/>
              </w:rPr>
              <w:t xml:space="preserve"> Ethernet RJ45 do </w:t>
            </w:r>
            <w:proofErr w:type="spellStart"/>
            <w:r>
              <w:rPr>
                <w:sz w:val="17"/>
              </w:rPr>
              <w:t>istniejącej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Wi-Fi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AA7B3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A91BA8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C2E8FA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Interfejs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przewodowy</w:t>
            </w:r>
            <w:proofErr w:type="spellEnd"/>
          </w:p>
        </w:tc>
        <w:tc>
          <w:tcPr>
            <w:tcW w:w="4762" w:type="dxa"/>
            <w:vAlign w:val="center"/>
          </w:tcPr>
          <w:p w14:paraId="514AC02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 × RJ45 Gigabit Ethernet 10/100/1000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B99B9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CCFAA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3ADB75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A60615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Wi-Fi 5 (802.11ac)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826E4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227371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EB79062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Pasmo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vAlign w:val="center"/>
          </w:tcPr>
          <w:p w14:paraId="732AEBA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5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09F164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E28C97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579C3F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radiowa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5F238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866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E2281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8715BC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DC6465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vAlign w:val="center"/>
          </w:tcPr>
          <w:p w14:paraId="5A84EBC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klient</w:t>
            </w:r>
            <w:proofErr w:type="spellEnd"/>
            <w:r>
              <w:rPr>
                <w:sz w:val="17"/>
              </w:rPr>
              <w:t xml:space="preserve">/bridge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przekazanie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sieciowego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portu</w:t>
            </w:r>
            <w:proofErr w:type="spellEnd"/>
            <w:r>
              <w:rPr>
                <w:sz w:val="17"/>
              </w:rPr>
              <w:t xml:space="preserve">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855A39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0400AC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FD9BFA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F9B0B0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A036B8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8221B4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3EA691C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PoE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porcie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vAlign w:val="center"/>
          </w:tcPr>
          <w:p w14:paraId="52CF117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wyjścia</w:t>
            </w:r>
            <w:proofErr w:type="spellEnd"/>
            <w:r>
              <w:rPr>
                <w:sz w:val="17"/>
              </w:rPr>
              <w:t xml:space="preserve"> PoE </w:t>
            </w:r>
            <w:proofErr w:type="spellStart"/>
            <w:r>
              <w:rPr>
                <w:sz w:val="17"/>
              </w:rPr>
              <w:t>umożliwiającego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CDDE83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B56004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7CA34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9158C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UniFi Network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208815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47644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D5492C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</w:p>
        </w:tc>
        <w:tc>
          <w:tcPr>
            <w:tcW w:w="4762" w:type="dxa"/>
            <w:vAlign w:val="center"/>
          </w:tcPr>
          <w:p w14:paraId="3090D6D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środowiska</w:t>
            </w:r>
            <w:proofErr w:type="spellEnd"/>
            <w:r>
              <w:rPr>
                <w:sz w:val="17"/>
              </w:rPr>
              <w:t xml:space="preserve"> UniFi Network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F8E75B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CD184B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DF778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F9273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WPA2/WPA3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6188F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A18419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CDC3D0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vAlign w:val="center"/>
          </w:tcPr>
          <w:p w14:paraId="581F629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15CAF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DEAA9D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99323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wewnętrzne</w:t>
            </w:r>
            <w:proofErr w:type="spellEnd"/>
            <w:r>
              <w:rPr>
                <w:b/>
                <w:sz w:val="17"/>
              </w:rPr>
              <w:t>/</w:t>
            </w:r>
            <w:proofErr w:type="spellStart"/>
            <w:r>
              <w:rPr>
                <w:b/>
                <w:sz w:val="17"/>
              </w:rPr>
              <w:t>zewnętrzne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3286B8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przystosowane</w:t>
            </w:r>
            <w:proofErr w:type="spellEnd"/>
            <w:r>
              <w:rPr>
                <w:sz w:val="17"/>
              </w:rPr>
              <w:t xml:space="preserve"> minimum do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modelu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referencyjnego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0B2FEE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67C2BC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E8315A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55E221A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F32AF4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C09486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4A89FC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40756E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Zamawiający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eksploatuje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siecią</w:t>
            </w:r>
            <w:proofErr w:type="spellEnd"/>
            <w:r>
              <w:rPr>
                <w:sz w:val="17"/>
              </w:rPr>
              <w:t xml:space="preserve"> UniFi Network. </w:t>
            </w:r>
            <w:proofErr w:type="spellStart"/>
            <w:r>
              <w:rPr>
                <w:sz w:val="17"/>
              </w:rPr>
              <w:t>Oferowane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bezpośrednią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Network,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odrębnego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. </w:t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zachowania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istniejącej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89D0D0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11F204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B2AFA6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Zawartość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zestawu</w:t>
            </w:r>
            <w:proofErr w:type="spellEnd"/>
          </w:p>
        </w:tc>
        <w:tc>
          <w:tcPr>
            <w:tcW w:w="4762" w:type="dxa"/>
            <w:vAlign w:val="center"/>
          </w:tcPr>
          <w:p w14:paraId="1AD5CFC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zawierać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uruchomienia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kompletnego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2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radiowe</w:t>
            </w:r>
            <w:proofErr w:type="spellEnd"/>
            <w:r>
              <w:rPr>
                <w:sz w:val="17"/>
              </w:rPr>
              <w:t xml:space="preserve">, 2 </w:t>
            </w:r>
            <w:proofErr w:type="spellStart"/>
            <w:r>
              <w:rPr>
                <w:sz w:val="17"/>
              </w:rPr>
              <w:t>adaptery</w:t>
            </w:r>
            <w:proofErr w:type="spellEnd"/>
            <w:r>
              <w:rPr>
                <w:sz w:val="17"/>
              </w:rPr>
              <w:t xml:space="preserve"> Gigabit PoE, 2 </w:t>
            </w:r>
            <w:proofErr w:type="spellStart"/>
            <w:r>
              <w:rPr>
                <w:sz w:val="17"/>
              </w:rPr>
              <w:t>przewody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902D1B" w14:textId="77777777" w:rsidR="00F352C3" w:rsidRDefault="00F352C3" w:rsidP="00E73126">
            <w:pPr>
              <w:keepLines/>
              <w:spacing w:after="0"/>
            </w:pPr>
          </w:p>
        </w:tc>
      </w:tr>
    </w:tbl>
    <w:p w14:paraId="72270C5A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04307424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9F24C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2AE6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237728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4756D995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4422C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7B8F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54FF42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2F0A04B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F94D" w14:textId="58183935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3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E673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92A9DB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694548F7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FC90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1DAB" w14:textId="1DC4A4F2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B16158C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2587BA6A" w14:textId="77777777" w:rsidR="00AF05CA" w:rsidRDefault="00AF05CA" w:rsidP="00F352C3"/>
    <w:p w14:paraId="5F11C57D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47D242B9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693EA4BD" w14:textId="03F0EB3C" w:rsidR="00F352C3" w:rsidRDefault="00F352C3">
      <w:pPr>
        <w:spacing w:after="200"/>
      </w:pPr>
      <w:r>
        <w:br w:type="page"/>
      </w:r>
    </w:p>
    <w:p w14:paraId="7BC7E942" w14:textId="77777777" w:rsidR="00F352C3" w:rsidRPr="000F4DA0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0F4DA0">
        <w:rPr>
          <w:b/>
          <w:color w:val="1C324B"/>
          <w:szCs w:val="18"/>
        </w:rPr>
        <w:lastRenderedPageBreak/>
        <w:t>Załącznik</w:t>
      </w:r>
      <w:proofErr w:type="spellEnd"/>
      <w:r w:rsidRPr="000F4DA0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15</w:t>
      </w:r>
    </w:p>
    <w:p w14:paraId="4A43E5B4" w14:textId="77777777" w:rsidR="0025708B" w:rsidRDefault="0025708B" w:rsidP="00F352C3">
      <w:pPr>
        <w:jc w:val="center"/>
        <w:rPr>
          <w:b/>
          <w:color w:val="1C324B"/>
          <w:sz w:val="28"/>
        </w:rPr>
      </w:pPr>
    </w:p>
    <w:p w14:paraId="3F4C7699" w14:textId="5E219AFE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736E9B87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– Most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Punkt-Punkt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- </w:t>
      </w:r>
      <w:proofErr w:type="spellStart"/>
      <w:r>
        <w:rPr>
          <w:b/>
          <w:sz w:val="22"/>
        </w:rPr>
        <w:t>Komplet</w:t>
      </w:r>
      <w:proofErr w:type="spellEnd"/>
      <w:r>
        <w:rPr>
          <w:b/>
          <w:sz w:val="22"/>
        </w:rPr>
        <w:t xml:space="preserve"> 2 </w:t>
      </w:r>
      <w:proofErr w:type="spellStart"/>
      <w:r>
        <w:rPr>
          <w:b/>
          <w:sz w:val="22"/>
        </w:rPr>
        <w:t>urządzeń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wraz</w:t>
      </w:r>
      <w:proofErr w:type="spellEnd"/>
      <w:r>
        <w:rPr>
          <w:b/>
          <w:sz w:val="22"/>
        </w:rPr>
        <w:t xml:space="preserve"> z </w:t>
      </w:r>
      <w:proofErr w:type="spellStart"/>
      <w:r>
        <w:rPr>
          <w:b/>
          <w:sz w:val="22"/>
        </w:rPr>
        <w:t>dwoma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zasilaczami</w:t>
      </w:r>
      <w:proofErr w:type="spellEnd"/>
      <w:r>
        <w:rPr>
          <w:b/>
          <w:sz w:val="22"/>
        </w:rPr>
        <w:t>/</w:t>
      </w:r>
      <w:proofErr w:type="spellStart"/>
      <w:r>
        <w:rPr>
          <w:b/>
          <w:sz w:val="22"/>
        </w:rPr>
        <w:t>injektorami</w:t>
      </w:r>
      <w:proofErr w:type="spellEnd"/>
      <w:r>
        <w:rPr>
          <w:b/>
          <w:sz w:val="22"/>
        </w:rPr>
        <w:t xml:space="preserve"> PoE </w:t>
      </w:r>
      <w:proofErr w:type="spellStart"/>
      <w:r>
        <w:rPr>
          <w:b/>
          <w:sz w:val="22"/>
        </w:rPr>
        <w:t>oraz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elementami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niezbędnymi</w:t>
      </w:r>
      <w:proofErr w:type="spellEnd"/>
      <w:r>
        <w:rPr>
          <w:b/>
          <w:sz w:val="22"/>
        </w:rPr>
        <w:t xml:space="preserve"> do </w:t>
      </w:r>
      <w:proofErr w:type="spellStart"/>
      <w:r>
        <w:rPr>
          <w:b/>
          <w:sz w:val="22"/>
        </w:rPr>
        <w:t>uruchomienia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mostu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punkt-punkt</w:t>
      </w:r>
      <w:proofErr w:type="spellEnd"/>
      <w:r>
        <w:rPr>
          <w:b/>
          <w:sz w:val="22"/>
        </w:rPr>
        <w:t xml:space="preserve"> </w:t>
      </w:r>
      <w:r>
        <w:rPr>
          <w:b/>
          <w:sz w:val="22"/>
        </w:rPr>
        <w:br/>
        <w:t xml:space="preserve">– 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 xml:space="preserve">. </w:t>
      </w:r>
      <w:proofErr w:type="spellStart"/>
      <w:r>
        <w:rPr>
          <w:b/>
          <w:sz w:val="22"/>
        </w:rPr>
        <w:t>komplet</w:t>
      </w:r>
      <w:proofErr w:type="spellEnd"/>
    </w:p>
    <w:p w14:paraId="755182F9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77D2F4A2" w14:textId="77777777" w:rsidTr="0025708B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531A9141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D433BC3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575876D0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09E2C588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72FFDA5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5C68469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Bezprzewodowy</w:t>
            </w:r>
            <w:proofErr w:type="spellEnd"/>
            <w:r>
              <w:rPr>
                <w:sz w:val="17"/>
              </w:rPr>
              <w:t xml:space="preserve"> most </w:t>
            </w:r>
            <w:proofErr w:type="spellStart"/>
            <w:r>
              <w:rPr>
                <w:sz w:val="17"/>
              </w:rPr>
              <w:t>sieciowy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PtP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769335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D36689B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BC0A5B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urządzeń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8A2E109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</w:t>
            </w:r>
            <w:proofErr w:type="spellStart"/>
            <w:r>
              <w:rPr>
                <w:sz w:val="17"/>
              </w:rPr>
              <w:t>szt</w:t>
            </w:r>
            <w:proofErr w:type="spellEnd"/>
            <w:r>
              <w:rPr>
                <w:sz w:val="17"/>
              </w:rPr>
              <w:t xml:space="preserve">. – </w:t>
            </w:r>
            <w:proofErr w:type="spellStart"/>
            <w:r>
              <w:rPr>
                <w:sz w:val="17"/>
              </w:rPr>
              <w:t>kompletny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zestawienia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mostu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9FD18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5AE3765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5B57FB9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Główne</w:t>
            </w:r>
            <w:proofErr w:type="spellEnd"/>
            <w:r>
              <w:rPr>
                <w:b/>
                <w:sz w:val="17"/>
              </w:rPr>
              <w:t xml:space="preserve"> pasmo </w:t>
            </w:r>
            <w:proofErr w:type="spellStart"/>
            <w:r>
              <w:rPr>
                <w:b/>
                <w:sz w:val="17"/>
              </w:rPr>
              <w:t>transmisji</w:t>
            </w:r>
            <w:proofErr w:type="spellEnd"/>
          </w:p>
        </w:tc>
        <w:tc>
          <w:tcPr>
            <w:tcW w:w="4762" w:type="dxa"/>
            <w:vAlign w:val="center"/>
          </w:tcPr>
          <w:p w14:paraId="595CB93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60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53B0EA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EE16A62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78FFAE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zapasowe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999484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5 GHz, </w:t>
            </w:r>
            <w:proofErr w:type="spellStart"/>
            <w:r>
              <w:rPr>
                <w:sz w:val="17"/>
              </w:rPr>
              <w:t>automatycznie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wykorzystywane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niedostępności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łącza</w:t>
            </w:r>
            <w:proofErr w:type="spellEnd"/>
            <w:r>
              <w:rPr>
                <w:sz w:val="17"/>
              </w:rPr>
              <w:t xml:space="preserve"> 60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875EBB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3E3D919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68BAF85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60 GHz</w:t>
            </w:r>
          </w:p>
        </w:tc>
        <w:tc>
          <w:tcPr>
            <w:tcW w:w="4762" w:type="dxa"/>
            <w:vAlign w:val="center"/>
          </w:tcPr>
          <w:p w14:paraId="67D5C0B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1,7 Gb/s </w:t>
            </w:r>
            <w:proofErr w:type="spellStart"/>
            <w:r>
              <w:rPr>
                <w:sz w:val="17"/>
              </w:rPr>
              <w:t>warstwy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radiowej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E4E7B7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6B2BD49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70C95D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5 GHz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8DDE37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866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36C8EE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D8424C8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0214680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Interfejs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sieciowy</w:t>
            </w:r>
            <w:proofErr w:type="spellEnd"/>
          </w:p>
        </w:tc>
        <w:tc>
          <w:tcPr>
            <w:tcW w:w="4762" w:type="dxa"/>
            <w:vAlign w:val="center"/>
          </w:tcPr>
          <w:p w14:paraId="63E8559F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Gigabit Ethernet RJ45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każde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329969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BDA4ED8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183F06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DA9D6B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9FE32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6BEDA90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310FA21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Zasilacze</w:t>
            </w:r>
            <w:proofErr w:type="spellEnd"/>
          </w:p>
        </w:tc>
        <w:tc>
          <w:tcPr>
            <w:tcW w:w="4762" w:type="dxa"/>
            <w:vAlign w:val="center"/>
          </w:tcPr>
          <w:p w14:paraId="3FCA1C4E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× adapter/injector Gigabit PoE </w:t>
            </w:r>
            <w:proofErr w:type="spellStart"/>
            <w:r>
              <w:rPr>
                <w:sz w:val="17"/>
              </w:rPr>
              <w:t>wraz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przewodami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zasilającymi</w:t>
            </w:r>
            <w:proofErr w:type="spellEnd"/>
            <w:r>
              <w:rPr>
                <w:sz w:val="17"/>
              </w:rPr>
              <w:t xml:space="preserve"> – w </w:t>
            </w:r>
            <w:proofErr w:type="spellStart"/>
            <w:r>
              <w:rPr>
                <w:sz w:val="17"/>
              </w:rPr>
              <w:t>komplecie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ACAEE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EE04EBD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2D3AFD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E0C8ED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transparentne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Ethernet </w:t>
            </w:r>
            <w:proofErr w:type="spellStart"/>
            <w:r>
              <w:rPr>
                <w:sz w:val="17"/>
              </w:rPr>
              <w:t>pomiędzy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lokalizacjami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2CF89A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E048689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5E3993A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vAlign w:val="center"/>
          </w:tcPr>
          <w:p w14:paraId="61E27C8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posiadanego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UniFi Network / UniFi Controller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8D13C5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8F3114C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AA00B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AE99F1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adopcję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samodzielnie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hostowanego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środowiska</w:t>
            </w:r>
            <w:proofErr w:type="spellEnd"/>
            <w:r>
              <w:rPr>
                <w:sz w:val="17"/>
              </w:rPr>
              <w:t xml:space="preserve"> UniFi Network Server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F88AA1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CD17DB6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5FEB66B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vAlign w:val="center"/>
          </w:tcPr>
          <w:p w14:paraId="64CFD5E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precyzyjne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ustawienie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zestawie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44E59A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9899FC2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BD06B2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AAE42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segmentów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LAN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wykonywania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pomiędzy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7FF55C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811047A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0FC2BCB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radiowe</w:t>
            </w:r>
            <w:proofErr w:type="spellEnd"/>
          </w:p>
        </w:tc>
        <w:tc>
          <w:tcPr>
            <w:tcW w:w="4762" w:type="dxa"/>
            <w:vAlign w:val="center"/>
          </w:tcPr>
          <w:p w14:paraId="3CCF10F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WPA2/AES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CA0AE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9C4C77D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FE59DF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Odporność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6E9671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przystosowane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warunkach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sposobu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325BCB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36E4214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6D25E38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61975A3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66D8AB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739BD99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7E9BF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D5DA69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Zamawiający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eksploatuje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siecią</w:t>
            </w:r>
            <w:proofErr w:type="spellEnd"/>
            <w:r>
              <w:rPr>
                <w:sz w:val="17"/>
              </w:rPr>
              <w:t xml:space="preserve"> UniFi Network. </w:t>
            </w:r>
            <w:proofErr w:type="spellStart"/>
            <w:r>
              <w:rPr>
                <w:sz w:val="17"/>
              </w:rPr>
              <w:t>Oferowane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bezpośrednią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Network,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odrębnego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. </w:t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zachowania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istniejącej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CCE08F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09F3FAA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6D2B6B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Zawartość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zestawu</w:t>
            </w:r>
            <w:proofErr w:type="spellEnd"/>
          </w:p>
        </w:tc>
        <w:tc>
          <w:tcPr>
            <w:tcW w:w="4762" w:type="dxa"/>
            <w:vAlign w:val="center"/>
          </w:tcPr>
          <w:p w14:paraId="35C139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zawierać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uruchomienia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kompletnego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2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radiowe</w:t>
            </w:r>
            <w:proofErr w:type="spellEnd"/>
            <w:r>
              <w:rPr>
                <w:sz w:val="17"/>
              </w:rPr>
              <w:t xml:space="preserve">, 2 </w:t>
            </w:r>
            <w:proofErr w:type="spellStart"/>
            <w:r>
              <w:rPr>
                <w:sz w:val="17"/>
              </w:rPr>
              <w:t>adaptery</w:t>
            </w:r>
            <w:proofErr w:type="spellEnd"/>
            <w:r>
              <w:rPr>
                <w:sz w:val="17"/>
              </w:rPr>
              <w:t xml:space="preserve"> Gigabit PoE, 2 </w:t>
            </w:r>
            <w:proofErr w:type="spellStart"/>
            <w:r>
              <w:rPr>
                <w:sz w:val="17"/>
              </w:rPr>
              <w:t>przewody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0CF6D41" w14:textId="77777777" w:rsidR="00F352C3" w:rsidRDefault="00F352C3" w:rsidP="00E73126">
            <w:pPr>
              <w:keepLines/>
              <w:spacing w:after="0"/>
            </w:pPr>
          </w:p>
        </w:tc>
      </w:tr>
    </w:tbl>
    <w:p w14:paraId="385A298F" w14:textId="77777777" w:rsidR="00F352C3" w:rsidRDefault="00F352C3" w:rsidP="00F352C3"/>
    <w:p w14:paraId="2C75BAA6" w14:textId="77777777" w:rsidR="0025708B" w:rsidRDefault="0025708B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5C4B57" w14:paraId="0D0CDFAB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82F3" w14:textId="77777777" w:rsidR="005C4B57" w:rsidRDefault="005C4B57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9305" w14:textId="77777777" w:rsidR="005C4B57" w:rsidRDefault="005C4B57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B912A4" w14:textId="77777777" w:rsidR="005C4B57" w:rsidRDefault="005C4B57">
            <w:pPr>
              <w:rPr>
                <w:highlight w:val="yellow"/>
              </w:rPr>
            </w:pPr>
          </w:p>
        </w:tc>
      </w:tr>
      <w:tr w:rsidR="005C4B57" w14:paraId="752BAA14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D5E8A" w14:textId="77777777" w:rsidR="005C4B57" w:rsidRDefault="005C4B57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AF8C" w14:textId="77777777" w:rsidR="005C4B57" w:rsidRDefault="005C4B57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46B586A" w14:textId="77777777" w:rsidR="005C4B57" w:rsidRDefault="005C4B57">
            <w:pPr>
              <w:rPr>
                <w:highlight w:val="yellow"/>
              </w:rPr>
            </w:pPr>
          </w:p>
        </w:tc>
      </w:tr>
      <w:tr w:rsidR="005C4B57" w14:paraId="506582B2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8BDB9" w14:textId="77777777" w:rsidR="005C4B57" w:rsidRDefault="005C4B57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330CE" w14:textId="77777777" w:rsidR="005C4B57" w:rsidRDefault="005C4B57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2743D6E" w14:textId="77777777" w:rsidR="005C4B57" w:rsidRDefault="005C4B57">
            <w:pPr>
              <w:rPr>
                <w:highlight w:val="yellow"/>
              </w:rPr>
            </w:pPr>
          </w:p>
        </w:tc>
      </w:tr>
      <w:tr w:rsidR="005C4B57" w14:paraId="6A010E3F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C96B" w14:textId="77777777" w:rsidR="005C4B57" w:rsidRDefault="005C4B57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2F725" w14:textId="1BF890CA" w:rsidR="005C4B57" w:rsidRDefault="0025708B">
            <w:r>
              <w:t>Br</w:t>
            </w:r>
            <w:r w:rsidR="005C4B57">
              <w:t xml:space="preserve">utto w </w:t>
            </w:r>
            <w:proofErr w:type="spellStart"/>
            <w:r w:rsidR="005C4B57">
              <w:t>zł</w:t>
            </w:r>
            <w:proofErr w:type="spellEnd"/>
            <w:r w:rsidR="005C4B57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DB02825" w14:textId="77777777" w:rsidR="005C4B57" w:rsidRDefault="005C4B57">
            <w:pPr>
              <w:rPr>
                <w:highlight w:val="yellow"/>
              </w:rPr>
            </w:pPr>
          </w:p>
        </w:tc>
      </w:tr>
    </w:tbl>
    <w:p w14:paraId="6AA4D7F6" w14:textId="77777777" w:rsidR="005C4B57" w:rsidRDefault="005C4B57" w:rsidP="00F352C3"/>
    <w:p w14:paraId="75F933C1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74436706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C7D0A81" w14:textId="314FF75A" w:rsidR="00F352C3" w:rsidRDefault="00F352C3">
      <w:pPr>
        <w:spacing w:after="200"/>
      </w:pPr>
      <w:r>
        <w:br w:type="page"/>
      </w:r>
    </w:p>
    <w:p w14:paraId="5185CB17" w14:textId="77777777" w:rsidR="00F352C3" w:rsidRPr="00267FCD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267FCD">
        <w:rPr>
          <w:b/>
          <w:color w:val="1C324B"/>
          <w:szCs w:val="18"/>
        </w:rPr>
        <w:lastRenderedPageBreak/>
        <w:t>Załącznik</w:t>
      </w:r>
      <w:proofErr w:type="spellEnd"/>
      <w:r w:rsidRPr="00267FCD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16</w:t>
      </w:r>
    </w:p>
    <w:p w14:paraId="14CD0C65" w14:textId="77777777" w:rsidR="00F352C3" w:rsidRPr="00267FCD" w:rsidRDefault="00F352C3" w:rsidP="00F352C3">
      <w:pPr>
        <w:jc w:val="center"/>
        <w:rPr>
          <w:b/>
          <w:color w:val="1C324B"/>
          <w:sz w:val="28"/>
        </w:rPr>
      </w:pPr>
      <w:r>
        <w:rPr>
          <w:b/>
          <w:color w:val="1C324B"/>
          <w:sz w:val="28"/>
        </w:rPr>
        <w:br/>
        <w:t>OPIS PRZEDMIOTU ZAMÓWIENIA</w:t>
      </w:r>
    </w:p>
    <w:p w14:paraId="19614CC5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Punkt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dostępowy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sieci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bezprzewodowej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4CADF62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2737C29A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5E886D2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489066C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7C838CD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5D42E897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131554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7CA15BA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Wewnętrzny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dostępowy</w:t>
            </w:r>
            <w:proofErr w:type="spellEnd"/>
            <w:r>
              <w:rPr>
                <w:sz w:val="17"/>
              </w:rPr>
              <w:t xml:space="preserve"> Wi-Fi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montażu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ściennego</w:t>
            </w:r>
            <w:proofErr w:type="spellEnd"/>
            <w:r>
              <w:rPr>
                <w:sz w:val="17"/>
              </w:rPr>
              <w:t xml:space="preserve">, ze </w:t>
            </w:r>
            <w:proofErr w:type="spellStart"/>
            <w:r>
              <w:rPr>
                <w:sz w:val="17"/>
              </w:rPr>
              <w:t>zintegrowanym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przełącznikiem</w:t>
            </w:r>
            <w:proofErr w:type="spellEnd"/>
            <w:r>
              <w:rPr>
                <w:sz w:val="17"/>
              </w:rPr>
              <w:t xml:space="preserve">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54543B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8A96E9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AE1DC65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Standard Wi-Fi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5D0EBF9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Wi-Fi 6 (IEEE 802.11ax), </w:t>
            </w:r>
            <w:proofErr w:type="spellStart"/>
            <w:r>
              <w:rPr>
                <w:sz w:val="17"/>
              </w:rPr>
              <w:t>zgodność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wsteczna</w:t>
            </w:r>
            <w:proofErr w:type="spellEnd"/>
            <w:r>
              <w:rPr>
                <w:sz w:val="17"/>
              </w:rPr>
              <w:t xml:space="preserve"> z 802.11a/b/g/n/ac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F9B53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8DE2F1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703B96B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Pasma</w:t>
            </w:r>
          </w:p>
        </w:tc>
        <w:tc>
          <w:tcPr>
            <w:tcW w:w="4762" w:type="dxa"/>
            <w:vAlign w:val="center"/>
          </w:tcPr>
          <w:p w14:paraId="14ED2AA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Jednoczesna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praca</w:t>
            </w:r>
            <w:proofErr w:type="spellEnd"/>
            <w:r>
              <w:rPr>
                <w:sz w:val="17"/>
              </w:rPr>
              <w:t xml:space="preserve"> 2,4 GHz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5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98AB21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4E2018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C2257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MIMO 2,4 GHz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923BCA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2×2 MU-MIMO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08AFD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B32BD1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B322EE1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MIMO 5 GHz</w:t>
            </w:r>
          </w:p>
        </w:tc>
        <w:tc>
          <w:tcPr>
            <w:tcW w:w="4762" w:type="dxa"/>
            <w:vAlign w:val="center"/>
          </w:tcPr>
          <w:p w14:paraId="7F3D58B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4×4 MU-MIMO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820CD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49EBA89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8DDFD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Strumienie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przestrzenne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1D23BD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6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4F5C9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30713D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866D26B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5 GHz</w:t>
            </w:r>
          </w:p>
        </w:tc>
        <w:tc>
          <w:tcPr>
            <w:tcW w:w="4762" w:type="dxa"/>
            <w:vAlign w:val="center"/>
          </w:tcPr>
          <w:p w14:paraId="0BA312A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4,8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A0EC0C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571F02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904497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2,4 GHz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6A444E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573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6F30E2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AAAA841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F165AF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Szerokość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kanału</w:t>
            </w:r>
            <w:proofErr w:type="spellEnd"/>
          </w:p>
        </w:tc>
        <w:tc>
          <w:tcPr>
            <w:tcW w:w="4762" w:type="dxa"/>
            <w:vAlign w:val="center"/>
          </w:tcPr>
          <w:p w14:paraId="67AD617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do 160 MHz w </w:t>
            </w:r>
            <w:proofErr w:type="spellStart"/>
            <w:r>
              <w:rPr>
                <w:sz w:val="17"/>
              </w:rPr>
              <w:t>paśmie</w:t>
            </w:r>
            <w:proofErr w:type="spellEnd"/>
            <w:r>
              <w:rPr>
                <w:sz w:val="17"/>
              </w:rPr>
              <w:t xml:space="preserve"> 5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801B7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C720C4A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005A16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klientów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30DBEF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minimum 250 </w:t>
            </w:r>
            <w:proofErr w:type="spellStart"/>
            <w:r>
              <w:rPr>
                <w:sz w:val="17"/>
              </w:rPr>
              <w:t>jednocześnie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163604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556F716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E4E541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Uplink</w:t>
            </w:r>
          </w:p>
        </w:tc>
        <w:tc>
          <w:tcPr>
            <w:tcW w:w="4762" w:type="dxa"/>
            <w:vAlign w:val="center"/>
          </w:tcPr>
          <w:p w14:paraId="1DFBDA3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1× RJ45 Gigabit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1EEE86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989C20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51D2E6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Switch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214751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minimum 4× RJ45 Gigabit Ethernet </w:t>
            </w:r>
            <w:proofErr w:type="spellStart"/>
            <w:r>
              <w:rPr>
                <w:sz w:val="17"/>
              </w:rPr>
              <w:t>dostępny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5DD657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725B62E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4E614F5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PoE Out</w:t>
            </w:r>
          </w:p>
        </w:tc>
        <w:tc>
          <w:tcPr>
            <w:tcW w:w="4762" w:type="dxa"/>
            <w:vAlign w:val="center"/>
          </w:tcPr>
          <w:p w14:paraId="19BEE99A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 port LAN z </w:t>
            </w:r>
            <w:proofErr w:type="spellStart"/>
            <w:r>
              <w:rPr>
                <w:sz w:val="17"/>
              </w:rPr>
              <w:t>możliwością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C14705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E113C2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CCAEBF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  <w:r>
              <w:rPr>
                <w:b/>
                <w:sz w:val="17"/>
              </w:rPr>
              <w:t xml:space="preserve"> AP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FCC044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PoE / PoE+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0CC060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2C0EE2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63C66D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Pobór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mocy</w:t>
            </w:r>
            <w:proofErr w:type="spellEnd"/>
          </w:p>
        </w:tc>
        <w:tc>
          <w:tcPr>
            <w:tcW w:w="4762" w:type="dxa"/>
            <w:vAlign w:val="center"/>
          </w:tcPr>
          <w:p w14:paraId="2641864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15 W bez </w:t>
            </w:r>
            <w:proofErr w:type="spellStart"/>
            <w:r>
              <w:rPr>
                <w:sz w:val="17"/>
              </w:rPr>
              <w:t>obciążenia</w:t>
            </w:r>
            <w:proofErr w:type="spellEnd"/>
            <w:r>
              <w:rPr>
                <w:sz w:val="17"/>
              </w:rPr>
              <w:t xml:space="preserve"> PoE Out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AC8C1D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BB74A15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7C5B7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VLAN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3CD477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IEEE 802.1Q VLAN. </w:t>
            </w: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Ethernet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portach</w:t>
            </w:r>
            <w:proofErr w:type="spellEnd"/>
            <w:r>
              <w:rPr>
                <w:sz w:val="17"/>
              </w:rPr>
              <w:t xml:space="preserve"> LAN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celu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należących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różnych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logicznych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segmentów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3B36E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420DCC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1A2111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  <w:r>
              <w:rPr>
                <w:b/>
                <w:sz w:val="17"/>
              </w:rPr>
              <w:t xml:space="preserve"> Wi-Fi</w:t>
            </w:r>
          </w:p>
        </w:tc>
        <w:tc>
          <w:tcPr>
            <w:tcW w:w="4762" w:type="dxa"/>
            <w:vAlign w:val="center"/>
          </w:tcPr>
          <w:p w14:paraId="0177B81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WPA2/WPA3, WPA-Enterprise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DE1E6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36DFE8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D18140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RADIUS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FC4AD2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uwierzytelniania</w:t>
            </w:r>
            <w:proofErr w:type="spellEnd"/>
            <w:r>
              <w:rPr>
                <w:sz w:val="17"/>
              </w:rPr>
              <w:t xml:space="preserve"> RADIUS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dynamicznego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przypisywania</w:t>
            </w:r>
            <w:proofErr w:type="spellEnd"/>
            <w:r>
              <w:rPr>
                <w:sz w:val="17"/>
              </w:rPr>
              <w:t xml:space="preserve"> VLAN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347B6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0FB89B8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DCA1CB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Roaming</w:t>
            </w:r>
          </w:p>
        </w:tc>
        <w:tc>
          <w:tcPr>
            <w:tcW w:w="4762" w:type="dxa"/>
            <w:vAlign w:val="center"/>
          </w:tcPr>
          <w:p w14:paraId="4DBB8D1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802.11k, 802.11r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802.11v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F21711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3C2B9C4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CDF2AF1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Band Steering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87F23E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090881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39176AF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05D905C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Mesh</w:t>
            </w:r>
          </w:p>
        </w:tc>
        <w:tc>
          <w:tcPr>
            <w:tcW w:w="4762" w:type="dxa"/>
            <w:vAlign w:val="center"/>
          </w:tcPr>
          <w:p w14:paraId="6077F26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bezprzewodowego</w:t>
            </w:r>
            <w:proofErr w:type="spellEnd"/>
            <w:r>
              <w:rPr>
                <w:sz w:val="17"/>
              </w:rPr>
              <w:t xml:space="preserve"> Mesh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9C846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FB9583D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E82E1D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Izolacja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E1E5C1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izolacji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klientów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gościnnej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DBF51F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63DB6E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47AE34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SSID/BSSID</w:t>
            </w:r>
          </w:p>
        </w:tc>
        <w:tc>
          <w:tcPr>
            <w:tcW w:w="4762" w:type="dxa"/>
            <w:vAlign w:val="center"/>
          </w:tcPr>
          <w:p w14:paraId="096D900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8 BSSID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każde</w:t>
            </w:r>
            <w:proofErr w:type="spellEnd"/>
            <w:r>
              <w:rPr>
                <w:sz w:val="17"/>
              </w:rPr>
              <w:t xml:space="preserve"> radio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B3A4A3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A17CA1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89ED27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FC5C6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platformę</w:t>
            </w:r>
            <w:proofErr w:type="spellEnd"/>
            <w:r>
              <w:rPr>
                <w:sz w:val="17"/>
              </w:rPr>
              <w:t xml:space="preserve"> UniFi Network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7167A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6A1827A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A37111F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Monitoring</w:t>
            </w:r>
          </w:p>
        </w:tc>
        <w:tc>
          <w:tcPr>
            <w:tcW w:w="4762" w:type="dxa"/>
            <w:vAlign w:val="center"/>
          </w:tcPr>
          <w:p w14:paraId="7D9883A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centralny</w:t>
            </w:r>
            <w:proofErr w:type="spellEnd"/>
            <w:r>
              <w:rPr>
                <w:sz w:val="17"/>
              </w:rPr>
              <w:t xml:space="preserve"> monitoring AP, </w:t>
            </w:r>
            <w:proofErr w:type="spellStart"/>
            <w:r>
              <w:rPr>
                <w:sz w:val="17"/>
              </w:rPr>
              <w:t>klientów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pasma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WLAN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VLAN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FEF8F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71C260B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177A5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BDCE9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ścienny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uchwyt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zestawie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4AB9FB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4E3CAD4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3DEC750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Temperatura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vAlign w:val="center"/>
          </w:tcPr>
          <w:p w14:paraId="335238C7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od -30°C do +60°C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58FCB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7AA47F2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1E8F27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Certyfikacja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0AABC0F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CE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0FD7CD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0F1696B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A970FF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604B622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011E3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AB1B05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865F94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lastRenderedPageBreak/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17DBC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 jest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oferowanym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Omada,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System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monitoring </w:t>
            </w:r>
            <w:proofErr w:type="spellStart"/>
            <w:r>
              <w:rPr>
                <w:sz w:val="17"/>
              </w:rPr>
              <w:t>stanu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D5623DF" w14:textId="77777777" w:rsidR="00F352C3" w:rsidRDefault="00F352C3" w:rsidP="00E73126">
            <w:pPr>
              <w:keepLines/>
              <w:spacing w:after="0"/>
            </w:pPr>
          </w:p>
        </w:tc>
      </w:tr>
    </w:tbl>
    <w:p w14:paraId="7B387624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0979CCF2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E7BF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5E62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46FA0D4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78165DE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10EB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D944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134F400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60005625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9C2A" w14:textId="1C7A4CCB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2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B8A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2D567EA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3D481156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B6FE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D0D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44CB1A6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48C5C95E" w14:textId="77777777" w:rsidR="00D8712A" w:rsidRDefault="00D8712A" w:rsidP="00F352C3"/>
    <w:p w14:paraId="40192F80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2140150C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63D110EF" w14:textId="6F8A7009" w:rsidR="00F352C3" w:rsidRDefault="00F352C3">
      <w:pPr>
        <w:spacing w:after="200"/>
      </w:pPr>
      <w:r>
        <w:br w:type="page"/>
      </w:r>
    </w:p>
    <w:p w14:paraId="5528906C" w14:textId="77777777" w:rsidR="00F352C3" w:rsidRPr="00F352C3" w:rsidRDefault="00F352C3" w:rsidP="00F352C3">
      <w:pPr>
        <w:spacing w:after="80"/>
        <w:jc w:val="right"/>
      </w:pPr>
      <w:proofErr w:type="spellStart"/>
      <w:r w:rsidRPr="00F352C3">
        <w:rPr>
          <w:b/>
        </w:rPr>
        <w:lastRenderedPageBreak/>
        <w:t>Załącznik</w:t>
      </w:r>
      <w:proofErr w:type="spellEnd"/>
      <w:r w:rsidRPr="00F352C3">
        <w:rPr>
          <w:b/>
        </w:rPr>
        <w:t xml:space="preserve"> nr 4.17</w:t>
      </w:r>
    </w:p>
    <w:p w14:paraId="1039581B" w14:textId="77777777" w:rsidR="00F352C3" w:rsidRPr="00F352C3" w:rsidRDefault="00F352C3" w:rsidP="00F352C3">
      <w:pPr>
        <w:spacing w:after="80"/>
        <w:jc w:val="center"/>
      </w:pPr>
      <w:r w:rsidRPr="00F352C3">
        <w:rPr>
          <w:b/>
          <w:color w:val="1C324B"/>
          <w:sz w:val="28"/>
        </w:rPr>
        <w:t>OPIS PRZEDMIOTU ZAMÓWIENIA</w:t>
      </w:r>
    </w:p>
    <w:p w14:paraId="02F5ACB9" w14:textId="77777777" w:rsidR="00F352C3" w:rsidRPr="00F352C3" w:rsidRDefault="00F352C3" w:rsidP="00F352C3">
      <w:pPr>
        <w:spacing w:after="80"/>
        <w:jc w:val="center"/>
      </w:pPr>
      <w:bookmarkStart w:id="0" w:name="_Hlk244003399"/>
      <w:proofErr w:type="spellStart"/>
      <w:r w:rsidRPr="00F352C3">
        <w:rPr>
          <w:b/>
        </w:rPr>
        <w:t>Specyfikacja</w:t>
      </w:r>
      <w:proofErr w:type="spellEnd"/>
      <w:r w:rsidRPr="00F352C3">
        <w:rPr>
          <w:b/>
        </w:rPr>
        <w:t xml:space="preserve"> </w:t>
      </w:r>
      <w:proofErr w:type="spellStart"/>
      <w:r w:rsidRPr="00F352C3">
        <w:rPr>
          <w:b/>
        </w:rPr>
        <w:t>techniczna</w:t>
      </w:r>
      <w:proofErr w:type="spellEnd"/>
      <w:r w:rsidRPr="00F352C3">
        <w:rPr>
          <w:b/>
        </w:rPr>
        <w:t xml:space="preserve"> – </w:t>
      </w:r>
      <w:proofErr w:type="spellStart"/>
      <w:r w:rsidRPr="00F352C3">
        <w:rPr>
          <w:b/>
        </w:rPr>
        <w:t>urządzenia</w:t>
      </w:r>
      <w:proofErr w:type="spellEnd"/>
      <w:r w:rsidRPr="00F352C3">
        <w:rPr>
          <w:b/>
        </w:rPr>
        <w:t xml:space="preserve"> do </w:t>
      </w:r>
      <w:proofErr w:type="spellStart"/>
      <w:r w:rsidRPr="00F352C3">
        <w:rPr>
          <w:b/>
        </w:rPr>
        <w:t>doposażenia</w:t>
      </w:r>
      <w:proofErr w:type="spellEnd"/>
      <w:r w:rsidRPr="00F352C3">
        <w:rPr>
          <w:b/>
        </w:rPr>
        <w:t xml:space="preserve"> </w:t>
      </w:r>
      <w:proofErr w:type="spellStart"/>
      <w:r w:rsidRPr="00F352C3">
        <w:rPr>
          <w:b/>
        </w:rPr>
        <w:t>sali</w:t>
      </w:r>
      <w:proofErr w:type="spellEnd"/>
      <w:r w:rsidRPr="00F352C3">
        <w:rPr>
          <w:b/>
        </w:rPr>
        <w:t xml:space="preserve"> </w:t>
      </w:r>
      <w:proofErr w:type="spellStart"/>
      <w:r w:rsidRPr="00F352C3">
        <w:rPr>
          <w:b/>
        </w:rPr>
        <w:t>konferencyjnej</w:t>
      </w:r>
      <w:proofErr w:type="spellEnd"/>
    </w:p>
    <w:p w14:paraId="25EFEF6E" w14:textId="77777777" w:rsidR="00F352C3" w:rsidRPr="00F352C3" w:rsidRDefault="00F352C3" w:rsidP="00F352C3">
      <w:pPr>
        <w:spacing w:after="80"/>
      </w:pPr>
      <w:proofErr w:type="spellStart"/>
      <w:r w:rsidRPr="00F352C3">
        <w:t>Przedmiot</w:t>
      </w:r>
      <w:proofErr w:type="spellEnd"/>
      <w:r w:rsidRPr="00F352C3">
        <w:t xml:space="preserve"> </w:t>
      </w:r>
      <w:proofErr w:type="spellStart"/>
      <w:r w:rsidRPr="00F352C3">
        <w:t>zamówienia</w:t>
      </w:r>
      <w:proofErr w:type="spellEnd"/>
      <w:r w:rsidRPr="00F352C3">
        <w:t xml:space="preserve">: </w:t>
      </w:r>
      <w:proofErr w:type="spellStart"/>
      <w:r w:rsidRPr="00F352C3">
        <w:t>dostawa</w:t>
      </w:r>
      <w:proofErr w:type="spellEnd"/>
      <w:r w:rsidRPr="00F352C3">
        <w:t xml:space="preserve"> </w:t>
      </w:r>
      <w:proofErr w:type="spellStart"/>
      <w:r w:rsidRPr="00F352C3">
        <w:t>urządzeń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akcesoriów</w:t>
      </w:r>
      <w:proofErr w:type="spellEnd"/>
      <w:r w:rsidRPr="00F352C3">
        <w:t xml:space="preserve"> AV </w:t>
      </w:r>
      <w:proofErr w:type="spellStart"/>
      <w:r w:rsidRPr="00F352C3">
        <w:t>umożliwiających</w:t>
      </w:r>
      <w:proofErr w:type="spellEnd"/>
      <w:r w:rsidRPr="00F352C3">
        <w:t xml:space="preserve"> </w:t>
      </w:r>
      <w:proofErr w:type="spellStart"/>
      <w:r w:rsidRPr="00F352C3">
        <w:t>realizację</w:t>
      </w:r>
      <w:proofErr w:type="spellEnd"/>
      <w:r w:rsidRPr="00F352C3">
        <w:t xml:space="preserve"> </w:t>
      </w:r>
      <w:proofErr w:type="spellStart"/>
      <w:r w:rsidRPr="00F352C3">
        <w:t>funkcjonalności</w:t>
      </w:r>
      <w:proofErr w:type="spellEnd"/>
      <w:r w:rsidRPr="00F352C3">
        <w:t xml:space="preserve"> </w:t>
      </w:r>
      <w:proofErr w:type="spellStart"/>
      <w:r w:rsidRPr="00F352C3">
        <w:t>przedstawionych</w:t>
      </w:r>
      <w:proofErr w:type="spellEnd"/>
      <w:r w:rsidRPr="00F352C3">
        <w:t xml:space="preserve"> </w:t>
      </w:r>
      <w:proofErr w:type="spellStart"/>
      <w:r w:rsidRPr="00F352C3">
        <w:t>na</w:t>
      </w:r>
      <w:proofErr w:type="spellEnd"/>
      <w:r w:rsidRPr="00F352C3">
        <w:t xml:space="preserve"> </w:t>
      </w:r>
      <w:proofErr w:type="spellStart"/>
      <w:r w:rsidRPr="00F352C3">
        <w:t>pomocniczym</w:t>
      </w:r>
      <w:proofErr w:type="spellEnd"/>
      <w:r w:rsidRPr="00F352C3">
        <w:t xml:space="preserve"> </w:t>
      </w:r>
      <w:proofErr w:type="spellStart"/>
      <w:r w:rsidRPr="00F352C3">
        <w:t>schemacie</w:t>
      </w:r>
      <w:proofErr w:type="spellEnd"/>
      <w:r w:rsidRPr="00F352C3">
        <w:t xml:space="preserve"> </w:t>
      </w:r>
      <w:proofErr w:type="spellStart"/>
      <w:r w:rsidRPr="00F352C3">
        <w:t>połączeń</w:t>
      </w:r>
      <w:proofErr w:type="spellEnd"/>
      <w:r w:rsidRPr="00F352C3">
        <w:t xml:space="preserve"> </w:t>
      </w:r>
      <w:proofErr w:type="spellStart"/>
      <w:r w:rsidRPr="00F352C3">
        <w:t>sali</w:t>
      </w:r>
      <w:proofErr w:type="spellEnd"/>
      <w:r w:rsidRPr="00F352C3">
        <w:t xml:space="preserve"> </w:t>
      </w:r>
      <w:proofErr w:type="spellStart"/>
      <w:r w:rsidRPr="00F352C3">
        <w:t>konferencyjnej</w:t>
      </w:r>
      <w:proofErr w:type="spellEnd"/>
      <w:r w:rsidRPr="00F352C3">
        <w:t xml:space="preserve">. </w:t>
      </w:r>
      <w:proofErr w:type="spellStart"/>
      <w:r w:rsidRPr="00F352C3">
        <w:t>Zamówienie</w:t>
      </w:r>
      <w:proofErr w:type="spellEnd"/>
      <w:r w:rsidRPr="00F352C3">
        <w:t xml:space="preserve"> </w:t>
      </w:r>
      <w:proofErr w:type="spellStart"/>
      <w:r w:rsidRPr="00F352C3">
        <w:t>dotyczy</w:t>
      </w:r>
      <w:proofErr w:type="spellEnd"/>
      <w:r w:rsidRPr="00F352C3">
        <w:t xml:space="preserve"> </w:t>
      </w:r>
      <w:proofErr w:type="spellStart"/>
      <w:r w:rsidRPr="00F352C3">
        <w:t>wyłącznie</w:t>
      </w:r>
      <w:proofErr w:type="spellEnd"/>
      <w:r w:rsidRPr="00F352C3">
        <w:t xml:space="preserve"> </w:t>
      </w:r>
      <w:proofErr w:type="spellStart"/>
      <w:r w:rsidRPr="00F352C3">
        <w:t>dostawy</w:t>
      </w:r>
      <w:proofErr w:type="spellEnd"/>
      <w:r w:rsidRPr="00F352C3">
        <w:t xml:space="preserve"> </w:t>
      </w:r>
      <w:proofErr w:type="spellStart"/>
      <w:r w:rsidRPr="00F352C3">
        <w:t>sprzętu</w:t>
      </w:r>
      <w:proofErr w:type="spellEnd"/>
      <w:r w:rsidRPr="00F352C3">
        <w:t xml:space="preserve">, bez </w:t>
      </w:r>
      <w:proofErr w:type="spellStart"/>
      <w:r w:rsidRPr="00F352C3">
        <w:t>usług</w:t>
      </w:r>
      <w:proofErr w:type="spellEnd"/>
      <w:r w:rsidRPr="00F352C3">
        <w:t xml:space="preserve"> </w:t>
      </w:r>
      <w:proofErr w:type="spellStart"/>
      <w:r w:rsidRPr="00F352C3">
        <w:t>montażu</w:t>
      </w:r>
      <w:proofErr w:type="spellEnd"/>
      <w:r w:rsidRPr="00F352C3">
        <w:t xml:space="preserve">, </w:t>
      </w:r>
      <w:proofErr w:type="spellStart"/>
      <w:r w:rsidRPr="00F352C3">
        <w:t>konfiguracji</w:t>
      </w:r>
      <w:proofErr w:type="spellEnd"/>
      <w:r w:rsidRPr="00F352C3">
        <w:t xml:space="preserve">, </w:t>
      </w:r>
      <w:proofErr w:type="spellStart"/>
      <w:r w:rsidRPr="00F352C3">
        <w:t>uruchomienia</w:t>
      </w:r>
      <w:proofErr w:type="spellEnd"/>
      <w:r w:rsidRPr="00F352C3">
        <w:t xml:space="preserve">, </w:t>
      </w:r>
      <w:proofErr w:type="spellStart"/>
      <w:r w:rsidRPr="00F352C3">
        <w:t>szkolenia</w:t>
      </w:r>
      <w:proofErr w:type="spellEnd"/>
      <w:r w:rsidRPr="00F352C3">
        <w:t xml:space="preserve"> </w:t>
      </w:r>
      <w:proofErr w:type="spellStart"/>
      <w:r w:rsidRPr="00F352C3">
        <w:t>lub</w:t>
      </w:r>
      <w:proofErr w:type="spellEnd"/>
      <w:r w:rsidRPr="00F352C3">
        <w:t xml:space="preserve"> </w:t>
      </w:r>
      <w:proofErr w:type="spellStart"/>
      <w:r w:rsidRPr="00F352C3">
        <w:t>testów</w:t>
      </w:r>
      <w:proofErr w:type="spellEnd"/>
      <w:r w:rsidRPr="00F352C3">
        <w:t>.</w:t>
      </w:r>
    </w:p>
    <w:p w14:paraId="00C1079D" w14:textId="77777777" w:rsidR="00F352C3" w:rsidRPr="00F352C3" w:rsidRDefault="00F352C3" w:rsidP="00F352C3">
      <w:pPr>
        <w:spacing w:after="80"/>
      </w:pPr>
      <w:r w:rsidRPr="00F352C3">
        <w:t xml:space="preserve">Producent </w:t>
      </w:r>
      <w:proofErr w:type="spellStart"/>
      <w:r w:rsidRPr="00F352C3">
        <w:t>oferowanych</w:t>
      </w:r>
      <w:proofErr w:type="spellEnd"/>
      <w:r w:rsidRPr="00F352C3">
        <w:t xml:space="preserve"> urządzeń: ...........................................     Model / </w:t>
      </w:r>
      <w:proofErr w:type="spellStart"/>
      <w:r w:rsidRPr="00F352C3">
        <w:t>oznaczenie</w:t>
      </w:r>
      <w:proofErr w:type="spellEnd"/>
      <w:r w:rsidRPr="00F352C3">
        <w:t>: ...........................................</w:t>
      </w:r>
      <w:bookmarkEnd w:id="0"/>
    </w:p>
    <w:p w14:paraId="084DC271" w14:textId="77777777" w:rsidR="00F352C3" w:rsidRPr="00F352C3" w:rsidRDefault="00F352C3" w:rsidP="00F352C3">
      <w:pPr>
        <w:spacing w:after="80"/>
      </w:pPr>
    </w:p>
    <w:tbl>
      <w:tblPr>
        <w:tblStyle w:val="Tabelasiatki6kolorowaak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9"/>
        <w:gridCol w:w="6574"/>
        <w:gridCol w:w="1657"/>
      </w:tblGrid>
      <w:tr w:rsidR="00F352C3" w:rsidRPr="00F352C3" w14:paraId="7BA043BB" w14:textId="77777777" w:rsidTr="00D871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none" w:sz="0" w:space="0" w:color="auto"/>
            </w:tcBorders>
          </w:tcPr>
          <w:p w14:paraId="2A292991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bookmarkStart w:id="1" w:name="_Hlk244003455"/>
            <w:proofErr w:type="spellStart"/>
            <w:r w:rsidRPr="00F352C3">
              <w:rPr>
                <w:color w:val="000000" w:themeColor="text1"/>
                <w:sz w:val="15"/>
              </w:rPr>
              <w:t>Cecha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/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</w:t>
            </w:r>
            <w:proofErr w:type="spellEnd"/>
          </w:p>
        </w:tc>
        <w:tc>
          <w:tcPr>
            <w:tcW w:w="0" w:type="auto"/>
            <w:tcBorders>
              <w:bottom w:val="none" w:sz="0" w:space="0" w:color="auto"/>
            </w:tcBorders>
          </w:tcPr>
          <w:p w14:paraId="082C6DB8" w14:textId="77777777" w:rsidR="00F352C3" w:rsidRPr="00F352C3" w:rsidRDefault="00F352C3" w:rsidP="00F352C3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Minimalne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techniczne</w:t>
            </w:r>
            <w:proofErr w:type="spellEnd"/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FFFF99"/>
          </w:tcPr>
          <w:p w14:paraId="2B79D2FF" w14:textId="77777777" w:rsidR="00F352C3" w:rsidRPr="00F352C3" w:rsidRDefault="00F352C3" w:rsidP="00F352C3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Oferowane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(</w:t>
            </w:r>
            <w:proofErr w:type="spellStart"/>
            <w:r w:rsidRPr="00F352C3">
              <w:rPr>
                <w:color w:val="000000" w:themeColor="text1"/>
                <w:sz w:val="15"/>
              </w:rPr>
              <w:t>wypełnia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Wykonawca</w:t>
            </w:r>
            <w:proofErr w:type="spellEnd"/>
            <w:r w:rsidRPr="00F352C3">
              <w:rPr>
                <w:color w:val="000000" w:themeColor="text1"/>
                <w:sz w:val="15"/>
              </w:rPr>
              <w:t>)</w:t>
            </w:r>
          </w:p>
        </w:tc>
      </w:tr>
      <w:tr w:rsidR="00F352C3" w:rsidRPr="00F352C3" w14:paraId="589F8CCB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E53633E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Przeznaczenie</w:t>
            </w:r>
            <w:proofErr w:type="spellEnd"/>
          </w:p>
        </w:tc>
        <w:tc>
          <w:tcPr>
            <w:tcW w:w="0" w:type="auto"/>
          </w:tcPr>
          <w:p w14:paraId="70131EF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Zestaw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dystrybucji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AV w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konferencyjnej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o </w:t>
            </w:r>
            <w:proofErr w:type="spellStart"/>
            <w:r w:rsidRPr="00F352C3">
              <w:rPr>
                <w:color w:val="000000" w:themeColor="text1"/>
                <w:sz w:val="15"/>
              </w:rPr>
              <w:t>powierzchni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ok. 25 m²: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28978A4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1865DA5A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BE935E3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Zakres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dostawy</w:t>
            </w:r>
            <w:proofErr w:type="spellEnd"/>
          </w:p>
        </w:tc>
        <w:tc>
          <w:tcPr>
            <w:tcW w:w="0" w:type="auto"/>
          </w:tcPr>
          <w:p w14:paraId="3CC5461E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Co </w:t>
            </w:r>
            <w:proofErr w:type="spellStart"/>
            <w:r w:rsidRPr="00F352C3">
              <w:rPr>
                <w:color w:val="000000" w:themeColor="text1"/>
                <w:sz w:val="15"/>
              </w:rPr>
              <w:t>najmniej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: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audio, system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komplet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nadajnika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do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niezbędne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adaptery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elementy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zasilające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Sprzęt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sterujący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</w:t>
            </w:r>
            <w:proofErr w:type="spellStart"/>
            <w:r w:rsidRPr="00F352C3">
              <w:rPr>
                <w:color w:val="000000" w:themeColor="text1"/>
                <w:sz w:val="15"/>
              </w:rPr>
              <w:t>jeżeli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realizacji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zapewniony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Zamawiającego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71FC217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046B89C8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6767B0D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</w:p>
        </w:tc>
        <w:tc>
          <w:tcPr>
            <w:tcW w:w="0" w:type="auto"/>
          </w:tcPr>
          <w:p w14:paraId="5A5B58B8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Windows,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DisplayPort; </w:t>
            </w:r>
            <w:proofErr w:type="spellStart"/>
            <w:r w:rsidRPr="00F352C3">
              <w:rPr>
                <w:color w:val="000000" w:themeColor="text1"/>
                <w:sz w:val="15"/>
              </w:rPr>
              <w:t>pozostaje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własnością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Zamawiającego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W </w:t>
            </w:r>
            <w:proofErr w:type="spellStart"/>
            <w:r w:rsidRPr="00F352C3">
              <w:rPr>
                <w:color w:val="000000" w:themeColor="text1"/>
                <w:sz w:val="15"/>
              </w:rPr>
              <w:t>razie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dostarczyć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aktywny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adapter DisplayPort → HDMI o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dostosowanych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toru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wideo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D67711E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3446117D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C917721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</w:t>
            </w:r>
            <w:proofErr w:type="spellEnd"/>
          </w:p>
        </w:tc>
        <w:tc>
          <w:tcPr>
            <w:tcW w:w="0" w:type="auto"/>
          </w:tcPr>
          <w:p w14:paraId="6393ECAD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Telewizor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65 </w:t>
            </w:r>
            <w:proofErr w:type="spellStart"/>
            <w:r w:rsidRPr="00F352C3">
              <w:rPr>
                <w:color w:val="000000" w:themeColor="text1"/>
                <w:sz w:val="15"/>
              </w:rPr>
              <w:t>cali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4K UHD z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HDMI;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pierwszego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CEB91D3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5BB3BCC8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F19A6F9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</w:t>
            </w:r>
            <w:proofErr w:type="spellEnd"/>
          </w:p>
        </w:tc>
        <w:tc>
          <w:tcPr>
            <w:tcW w:w="0" w:type="auto"/>
          </w:tcPr>
          <w:p w14:paraId="1627920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Projektor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HDMI;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drugiego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przedłużacz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HDMI.</w:t>
            </w:r>
          </w:p>
        </w:tc>
        <w:tc>
          <w:tcPr>
            <w:tcW w:w="0" w:type="auto"/>
            <w:shd w:val="clear" w:color="auto" w:fill="FFFF99"/>
          </w:tcPr>
          <w:p w14:paraId="0718C113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0818275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5E3E6B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system audio</w:t>
            </w:r>
          </w:p>
        </w:tc>
        <w:tc>
          <w:tcPr>
            <w:tcW w:w="0" w:type="auto"/>
          </w:tcPr>
          <w:p w14:paraId="4F8D48B7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Soundbar z </w:t>
            </w:r>
            <w:proofErr w:type="spellStart"/>
            <w:r w:rsidRPr="00F352C3">
              <w:rPr>
                <w:color w:val="000000" w:themeColor="text1"/>
                <w:sz w:val="15"/>
              </w:rPr>
              <w:t>subwooferem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wyposażony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podania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dźwięku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ze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źródła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wybranego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(TOSLINK).</w:t>
            </w:r>
          </w:p>
        </w:tc>
        <w:tc>
          <w:tcPr>
            <w:tcW w:w="0" w:type="auto"/>
            <w:shd w:val="clear" w:color="auto" w:fill="FFFF99"/>
          </w:tcPr>
          <w:p w14:paraId="7A2B7702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6D86AA82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376B0B9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zestaw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wideokonferencyjny</w:t>
            </w:r>
            <w:proofErr w:type="spellEnd"/>
          </w:p>
        </w:tc>
        <w:tc>
          <w:tcPr>
            <w:tcW w:w="0" w:type="auto"/>
          </w:tcPr>
          <w:p w14:paraId="6B668A8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Zestaw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kamera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PTZ + </w:t>
            </w:r>
            <w:proofErr w:type="spellStart"/>
            <w:r w:rsidRPr="00F352C3">
              <w:rPr>
                <w:color w:val="000000" w:themeColor="text1"/>
                <w:sz w:val="15"/>
              </w:rPr>
              <w:t>mikrofony</w:t>
            </w:r>
            <w:proofErr w:type="spellEnd"/>
            <w:r w:rsidRPr="00F352C3">
              <w:rPr>
                <w:color w:val="000000" w:themeColor="text1"/>
                <w:sz w:val="15"/>
              </w:rPr>
              <w:t>/</w:t>
            </w:r>
            <w:proofErr w:type="spellStart"/>
            <w:r w:rsidRPr="00F352C3">
              <w:rPr>
                <w:color w:val="000000" w:themeColor="text1"/>
                <w:sz w:val="15"/>
              </w:rPr>
              <w:t>głośnik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USB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bezpośrednio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obejmuje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wyłącznie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ewentualne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kable</w:t>
            </w:r>
            <w:proofErr w:type="spellEnd"/>
            <w:r w:rsidRPr="00F352C3">
              <w:rPr>
                <w:color w:val="000000" w:themeColor="text1"/>
                <w:sz w:val="15"/>
              </w:rPr>
              <w:t>/</w:t>
            </w:r>
            <w:proofErr w:type="spellStart"/>
            <w:r w:rsidRPr="00F352C3">
              <w:rPr>
                <w:color w:val="000000" w:themeColor="text1"/>
                <w:sz w:val="15"/>
              </w:rPr>
              <w:t>przedłużacze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kompatybilności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połączeń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bez </w:t>
            </w:r>
            <w:proofErr w:type="spellStart"/>
            <w:r w:rsidRPr="00F352C3">
              <w:rPr>
                <w:color w:val="000000" w:themeColor="text1"/>
                <w:sz w:val="15"/>
              </w:rPr>
              <w:t>wymiany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zestawu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7DDA81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16752663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2483EDA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Matryca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</w:t>
            </w:r>
          </w:p>
        </w:tc>
        <w:tc>
          <w:tcPr>
            <w:tcW w:w="0" w:type="auto"/>
          </w:tcPr>
          <w:p w14:paraId="08A01454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Minimum 2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2 </w:t>
            </w:r>
            <w:proofErr w:type="spellStart"/>
            <w:r w:rsidRPr="00F352C3">
              <w:rPr>
                <w:color w:val="000000" w:themeColor="text1"/>
                <w:sz w:val="15"/>
              </w:rPr>
              <w:t>niezależnie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(2×2), </w:t>
            </w:r>
            <w:proofErr w:type="spellStart"/>
            <w:r w:rsidRPr="00F352C3">
              <w:rPr>
                <w:color w:val="000000" w:themeColor="text1"/>
                <w:sz w:val="15"/>
              </w:rPr>
              <w:t>umożliwiające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skierowanie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dowolnego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minimum </w:t>
            </w:r>
            <w:proofErr w:type="spellStart"/>
            <w:r w:rsidRPr="00F352C3">
              <w:rPr>
                <w:color w:val="000000" w:themeColor="text1"/>
                <w:sz w:val="15"/>
              </w:rPr>
              <w:t>dwóch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każdego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niezależnie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jednocześnie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obu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wyjść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003899E9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B6407C9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74E53EC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Rozdzielczość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</w:p>
        </w:tc>
        <w:tc>
          <w:tcPr>
            <w:tcW w:w="0" w:type="auto"/>
          </w:tcPr>
          <w:p w14:paraId="02F6502C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3840 × 2160, 60 Hz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HDCP 2.2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nowszego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negocjacji</w:t>
            </w:r>
            <w:proofErr w:type="spellEnd"/>
            <w:r w:rsidRPr="00F352C3">
              <w:rPr>
                <w:color w:val="000000" w:themeColor="text1"/>
                <w:sz w:val="15"/>
              </w:rPr>
              <w:t>/</w:t>
            </w:r>
            <w:proofErr w:type="spellStart"/>
            <w:r w:rsidRPr="00F352C3">
              <w:rPr>
                <w:color w:val="000000" w:themeColor="text1"/>
                <w:sz w:val="15"/>
              </w:rPr>
              <w:t>zarządzania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EDID.</w:t>
            </w:r>
          </w:p>
        </w:tc>
        <w:tc>
          <w:tcPr>
            <w:tcW w:w="0" w:type="auto"/>
            <w:shd w:val="clear" w:color="auto" w:fill="FFFF99"/>
          </w:tcPr>
          <w:p w14:paraId="3E6E5FF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41612608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78B62F7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Ekstrakcja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</w:t>
            </w:r>
          </w:p>
        </w:tc>
        <w:tc>
          <w:tcPr>
            <w:tcW w:w="0" w:type="auto"/>
          </w:tcPr>
          <w:p w14:paraId="7960795D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Wbudowany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ekstraktor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zapewniający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cyfrowe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S/PDIF (TOSLINK) do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soundbara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PCM stereo. </w:t>
            </w:r>
            <w:proofErr w:type="spellStart"/>
            <w:r w:rsidRPr="00F352C3">
              <w:rPr>
                <w:color w:val="000000" w:themeColor="text1"/>
                <w:sz w:val="15"/>
              </w:rPr>
              <w:t>Dopuszczalny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zewnętrzny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ekstraktor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dostarczony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komplecie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gwarantuje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tę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samą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funkcjonalność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051CEA9C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57307F2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6FCE60F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Sterowanie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matrycą</w:t>
            </w:r>
            <w:proofErr w:type="spellEnd"/>
          </w:p>
        </w:tc>
        <w:tc>
          <w:tcPr>
            <w:tcW w:w="0" w:type="auto"/>
          </w:tcPr>
          <w:p w14:paraId="6F12AF87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Zmiana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każdego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panel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pilot;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integracji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ze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zdalnym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IP/RS-232/IR </w:t>
            </w:r>
            <w:proofErr w:type="spellStart"/>
            <w:r w:rsidRPr="00F352C3">
              <w:rPr>
                <w:color w:val="000000" w:themeColor="text1"/>
                <w:sz w:val="15"/>
              </w:rPr>
              <w:t>albo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funkcjonalnie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interfejs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AE4C554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4D7AE33E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904C659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Bezprzewodowa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źródła</w:t>
            </w:r>
            <w:proofErr w:type="spellEnd"/>
          </w:p>
        </w:tc>
        <w:tc>
          <w:tcPr>
            <w:tcW w:w="0" w:type="auto"/>
          </w:tcPr>
          <w:p w14:paraId="273A32DA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Dedykowany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obrazu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HDMI, </w:t>
            </w:r>
            <w:proofErr w:type="spellStart"/>
            <w:r w:rsidRPr="00F352C3">
              <w:rPr>
                <w:color w:val="000000" w:themeColor="text1"/>
                <w:sz w:val="15"/>
              </w:rPr>
              <w:t>umożliwiający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ekranu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laptopów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Windows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macOS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mobilnych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Android/iOS bez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popularnych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standardów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ekranu</w:t>
            </w:r>
            <w:proofErr w:type="spellEnd"/>
            <w:r w:rsidRPr="00F352C3">
              <w:rPr>
                <w:color w:val="000000" w:themeColor="text1"/>
                <w:sz w:val="15"/>
              </w:rPr>
              <w:t>, np. Miracast/</w:t>
            </w:r>
            <w:proofErr w:type="spellStart"/>
            <w:r w:rsidRPr="00F352C3">
              <w:rPr>
                <w:color w:val="000000" w:themeColor="text1"/>
                <w:sz w:val="15"/>
              </w:rPr>
              <w:t>AirPlay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funkcjonalnie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równoważnych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EBDABF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B8B3560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E6CAA7F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Bezprzewodowa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parametry</w:t>
            </w:r>
            <w:proofErr w:type="spellEnd"/>
          </w:p>
        </w:tc>
        <w:tc>
          <w:tcPr>
            <w:tcW w:w="0" w:type="auto"/>
          </w:tcPr>
          <w:p w14:paraId="29D5B656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Wyjście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kompatybilne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Full HD 1920 × 1080;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pracy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wydzielonej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Wi-Fi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zabezpieczenia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dostępu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użytkowników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kodem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PIN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mechanizmem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równoważnym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06C0BFD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0AA91182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68B812A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Podłączenie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</w:p>
        </w:tc>
        <w:tc>
          <w:tcPr>
            <w:tcW w:w="0" w:type="auto"/>
          </w:tcPr>
          <w:p w14:paraId="00E6E13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1: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2: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Rozwiązanie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musi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realizować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wszystkie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cztery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tryby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pracy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opisane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poniżej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45A6387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0C02002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3115094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Dodatkowe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przyłącze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BYOD</w:t>
            </w:r>
          </w:p>
        </w:tc>
        <w:tc>
          <w:tcPr>
            <w:tcW w:w="0" w:type="auto"/>
          </w:tcPr>
          <w:p w14:paraId="1A4CFD4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Jeżeli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oferowane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rozwiązanie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także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HDMI/USB-C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laptopa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dostarczyć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odpowiedni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zastosować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matrycę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większą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liczbą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bez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przepinania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stałych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połączeń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Przyłącze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opcjonalne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zastępuje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obowiązkowej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bezprzewodowej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169D0471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9117021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598AA5C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Bezprzewodowe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do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projektora</w:t>
            </w:r>
            <w:proofErr w:type="spellEnd"/>
          </w:p>
        </w:tc>
        <w:tc>
          <w:tcPr>
            <w:tcW w:w="0" w:type="auto"/>
          </w:tcPr>
          <w:p w14:paraId="4CCC3B0A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Komplet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nadajnik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TX +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RX do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przekazania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bez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prowadzenia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pomieszczenie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201C5E3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5501D06F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D077396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Parametry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</w:t>
            </w:r>
          </w:p>
        </w:tc>
        <w:tc>
          <w:tcPr>
            <w:tcW w:w="0" w:type="auto"/>
          </w:tcPr>
          <w:p w14:paraId="41EA13EA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1920 × 1080 </w:t>
            </w:r>
            <w:proofErr w:type="spellStart"/>
            <w:r w:rsidRPr="00F352C3">
              <w:rPr>
                <w:color w:val="000000" w:themeColor="text1"/>
                <w:sz w:val="15"/>
              </w:rPr>
              <w:t>przy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60 Hz, </w:t>
            </w:r>
            <w:proofErr w:type="spellStart"/>
            <w:r w:rsidRPr="00F352C3">
              <w:rPr>
                <w:color w:val="000000" w:themeColor="text1"/>
                <w:sz w:val="15"/>
              </w:rPr>
              <w:t>zasięg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deklarowany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producenta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20 m </w:t>
            </w:r>
            <w:proofErr w:type="spellStart"/>
            <w:r w:rsidRPr="00F352C3">
              <w:rPr>
                <w:color w:val="000000" w:themeColor="text1"/>
                <w:sz w:val="15"/>
              </w:rPr>
              <w:t>wewnątrz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pomieszczeń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opóźnienie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większe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niż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150 </w:t>
            </w:r>
            <w:proofErr w:type="spellStart"/>
            <w:r w:rsidRPr="00F352C3">
              <w:rPr>
                <w:color w:val="000000" w:themeColor="text1"/>
                <w:sz w:val="15"/>
              </w:rPr>
              <w:t>ms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automatyczne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zestawianie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łącza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po </w:t>
            </w:r>
            <w:proofErr w:type="spellStart"/>
            <w:r w:rsidRPr="00F352C3">
              <w:rPr>
                <w:color w:val="000000" w:themeColor="text1"/>
                <w:sz w:val="15"/>
              </w:rPr>
              <w:t>uruchomieniu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4C0ACA5B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8077442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1A62830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Sieć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</w:p>
        </w:tc>
        <w:tc>
          <w:tcPr>
            <w:tcW w:w="0" w:type="auto"/>
          </w:tcPr>
          <w:p w14:paraId="1E608890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LAN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korzystania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wydzielonej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Wi-Fi (np. SSID KONFERENCJA / VLAN 60).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może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dostępu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produkcyjnej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wewnętrznej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serwerów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863CEF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8CF647F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103C724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sieciowe</w:t>
            </w:r>
            <w:proofErr w:type="spellEnd"/>
          </w:p>
        </w:tc>
        <w:tc>
          <w:tcPr>
            <w:tcW w:w="0" w:type="auto"/>
          </w:tcPr>
          <w:p w14:paraId="48FB8EA3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Punkt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dostępowy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Wi-Fi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PoE,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oferowane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działania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muszą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obsługiwać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wydzieloną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gościnną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/VLAN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połączenie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Nie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się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ich </w:t>
            </w:r>
            <w:proofErr w:type="spellStart"/>
            <w:r w:rsidRPr="00F352C3">
              <w:rPr>
                <w:color w:val="000000" w:themeColor="text1"/>
                <w:sz w:val="15"/>
              </w:rPr>
              <w:t>ponownej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Zamawiający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dysponuje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już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zgodnymi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elementami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59BE5E4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4FEB23D1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74F41F7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Sterowanie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r w:rsidRPr="00F352C3">
              <w:rPr>
                <w:color w:val="000000" w:themeColor="text1"/>
                <w:sz w:val="15"/>
              </w:rPr>
              <w:lastRenderedPageBreak/>
              <w:t>AV</w:t>
            </w:r>
          </w:p>
        </w:tc>
        <w:tc>
          <w:tcPr>
            <w:tcW w:w="0" w:type="auto"/>
          </w:tcPr>
          <w:p w14:paraId="46A274E0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lastRenderedPageBreak/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lokalnego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zdalnego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za </w:t>
            </w:r>
            <w:proofErr w:type="spellStart"/>
            <w:r w:rsidRPr="00F352C3">
              <w:rPr>
                <w:color w:val="000000" w:themeColor="text1"/>
                <w:sz w:val="15"/>
              </w:rPr>
              <w:t>pomocą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lastRenderedPageBreak/>
              <w:t>kompatybilnego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nadajnika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IR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po IP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rozwiązania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w </w:t>
            </w:r>
            <w:proofErr w:type="spellStart"/>
            <w:r w:rsidRPr="00F352C3">
              <w:rPr>
                <w:color w:val="000000" w:themeColor="text1"/>
                <w:sz w:val="15"/>
              </w:rPr>
              <w:t>zakresie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obsługiwanych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potrzebny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dodatkowy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kontroler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IR, </w:t>
            </w:r>
            <w:proofErr w:type="spellStart"/>
            <w:r w:rsidRPr="00F352C3">
              <w:rPr>
                <w:color w:val="000000" w:themeColor="text1"/>
                <w:sz w:val="15"/>
              </w:rPr>
              <w:t>uwzględnić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go w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dostawie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616A8E8A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10F894EB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AC9E10C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1 –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</w:p>
        </w:tc>
        <w:tc>
          <w:tcPr>
            <w:tcW w:w="0" w:type="auto"/>
          </w:tcPr>
          <w:p w14:paraId="7DCB2DD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jednocześnie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istniejącym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soundbarze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6AAC947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19FB932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B75B30B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2 –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</w:p>
        </w:tc>
        <w:tc>
          <w:tcPr>
            <w:tcW w:w="0" w:type="auto"/>
          </w:tcPr>
          <w:p w14:paraId="5D628543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jednocześnie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z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możliwością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odtwarzania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soundbar.</w:t>
            </w:r>
          </w:p>
        </w:tc>
        <w:tc>
          <w:tcPr>
            <w:tcW w:w="0" w:type="auto"/>
            <w:shd w:val="clear" w:color="auto" w:fill="FFFF99"/>
          </w:tcPr>
          <w:p w14:paraId="279F3422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547A4FE6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7907987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3 – </w:t>
            </w:r>
            <w:proofErr w:type="spellStart"/>
            <w:r w:rsidRPr="00F352C3">
              <w:rPr>
                <w:color w:val="000000" w:themeColor="text1"/>
                <w:sz w:val="15"/>
              </w:rPr>
              <w:t>mieszany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</w:t>
            </w:r>
          </w:p>
        </w:tc>
        <w:tc>
          <w:tcPr>
            <w:tcW w:w="0" w:type="auto"/>
          </w:tcPr>
          <w:p w14:paraId="4C92D2A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a </w:t>
            </w: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7A87416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01E92D3A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581793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4 – </w:t>
            </w:r>
            <w:proofErr w:type="spellStart"/>
            <w:r w:rsidRPr="00F352C3">
              <w:rPr>
                <w:color w:val="000000" w:themeColor="text1"/>
                <w:sz w:val="15"/>
              </w:rPr>
              <w:t>mieszany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B</w:t>
            </w:r>
          </w:p>
        </w:tc>
        <w:tc>
          <w:tcPr>
            <w:tcW w:w="0" w:type="auto"/>
          </w:tcPr>
          <w:p w14:paraId="158D4742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a </w:t>
            </w: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67F3755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CEF9F1D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978BA66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użytkownika</w:t>
            </w:r>
            <w:proofErr w:type="spellEnd"/>
          </w:p>
        </w:tc>
        <w:tc>
          <w:tcPr>
            <w:tcW w:w="0" w:type="auto"/>
          </w:tcPr>
          <w:p w14:paraId="5793BAF7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Przełączanie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trybów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bez </w:t>
            </w:r>
            <w:proofErr w:type="spellStart"/>
            <w:r w:rsidRPr="00F352C3">
              <w:rPr>
                <w:color w:val="000000" w:themeColor="text1"/>
                <w:sz w:val="15"/>
              </w:rPr>
              <w:t>fizycznego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kabli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za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czytelne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oznaczenie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sterujących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9787364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765CB65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FB808EF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akcesoria</w:t>
            </w:r>
            <w:proofErr w:type="spellEnd"/>
          </w:p>
        </w:tc>
        <w:tc>
          <w:tcPr>
            <w:tcW w:w="0" w:type="auto"/>
          </w:tcPr>
          <w:p w14:paraId="223B73CC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W </w:t>
            </w:r>
            <w:proofErr w:type="spellStart"/>
            <w:r w:rsidRPr="00F352C3">
              <w:rPr>
                <w:color w:val="000000" w:themeColor="text1"/>
                <w:sz w:val="15"/>
              </w:rPr>
              <w:t>komplecie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wszystkie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HDMI, </w:t>
            </w:r>
            <w:proofErr w:type="spellStart"/>
            <w:r w:rsidRPr="00F352C3">
              <w:rPr>
                <w:color w:val="000000" w:themeColor="text1"/>
                <w:sz w:val="15"/>
              </w:rPr>
              <w:t>przewód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TOSLINK,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adaptery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DP/HDMI,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USB (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niezbędne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), </w:t>
            </w:r>
            <w:proofErr w:type="spellStart"/>
            <w:r w:rsidRPr="00F352C3">
              <w:rPr>
                <w:color w:val="000000" w:themeColor="text1"/>
                <w:sz w:val="15"/>
              </w:rPr>
              <w:t>zasilacze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niezbędne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drobne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akcesoria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o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pozwalających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uzyskać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rozdzielczość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częstotliwość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DD60AB6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FBB3B5B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738D562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Kompatybilność</w:t>
            </w:r>
            <w:proofErr w:type="spellEnd"/>
          </w:p>
        </w:tc>
        <w:tc>
          <w:tcPr>
            <w:tcW w:w="0" w:type="auto"/>
          </w:tcPr>
          <w:p w14:paraId="7A5ED57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muszą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być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kompatybilne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wzajemnie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wyposażeniem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istniejącym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Elementy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dodatkowe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realizacji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opisanych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należy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ująć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cenie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dostawy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232FE6F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616514B3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E11EC6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Gwarancja</w:t>
            </w:r>
            <w:proofErr w:type="spellEnd"/>
          </w:p>
        </w:tc>
        <w:tc>
          <w:tcPr>
            <w:tcW w:w="0" w:type="auto"/>
          </w:tcPr>
          <w:p w14:paraId="73667090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Minimum 24 </w:t>
            </w:r>
            <w:proofErr w:type="spellStart"/>
            <w:r w:rsidRPr="00F352C3">
              <w:rPr>
                <w:color w:val="000000" w:themeColor="text1"/>
                <w:sz w:val="15"/>
              </w:rPr>
              <w:t>miesiące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gwarancji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wszystkie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dostarczone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BF92DF6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43136FA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DD80B2A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Charakter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zamówienia</w:t>
            </w:r>
            <w:proofErr w:type="spellEnd"/>
          </w:p>
        </w:tc>
        <w:tc>
          <w:tcPr>
            <w:tcW w:w="0" w:type="auto"/>
          </w:tcPr>
          <w:p w14:paraId="643138ED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Dostawa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sprzętu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akcesoriów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bez </w:t>
            </w:r>
            <w:proofErr w:type="spellStart"/>
            <w:r w:rsidRPr="00F352C3">
              <w:rPr>
                <w:color w:val="000000" w:themeColor="text1"/>
                <w:sz w:val="15"/>
              </w:rPr>
              <w:t>montażu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okablowania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instalacyjnego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pomieszczeniu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konfiguracji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uruchomienia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testów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odbiorowych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szkoleń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usług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4F61C0E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bookmarkEnd w:id="1"/>
    <w:p w14:paraId="1F16FA5A" w14:textId="77777777" w:rsidR="00F352C3" w:rsidRPr="00F352C3" w:rsidRDefault="00F352C3" w:rsidP="00F352C3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</w:pPr>
      <w:proofErr w:type="spellStart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>Postanowienia</w:t>
      </w:r>
      <w:proofErr w:type="spellEnd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 xml:space="preserve"> </w:t>
      </w:r>
      <w:proofErr w:type="spellStart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>dotyczące</w:t>
      </w:r>
      <w:proofErr w:type="spellEnd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 xml:space="preserve"> </w:t>
      </w:r>
      <w:proofErr w:type="spellStart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>schematu</w:t>
      </w:r>
      <w:proofErr w:type="spellEnd"/>
    </w:p>
    <w:p w14:paraId="4F8F06F7" w14:textId="77777777" w:rsidR="00F352C3" w:rsidRPr="00F352C3" w:rsidRDefault="00F352C3" w:rsidP="00F352C3">
      <w:pPr>
        <w:spacing w:after="80"/>
      </w:pPr>
      <w:proofErr w:type="spellStart"/>
      <w:r w:rsidRPr="00F352C3">
        <w:t>Załączony</w:t>
      </w:r>
      <w:proofErr w:type="spellEnd"/>
      <w:r w:rsidRPr="00F352C3">
        <w:t xml:space="preserve"> </w:t>
      </w:r>
      <w:proofErr w:type="spellStart"/>
      <w:r w:rsidRPr="00F352C3">
        <w:t>schemat</w:t>
      </w:r>
      <w:proofErr w:type="spellEnd"/>
      <w:r w:rsidRPr="00F352C3">
        <w:t xml:space="preserve"> </w:t>
      </w:r>
      <w:proofErr w:type="spellStart"/>
      <w:r w:rsidRPr="00F352C3">
        <w:t>połączeń</w:t>
      </w:r>
      <w:proofErr w:type="spellEnd"/>
      <w:r w:rsidRPr="00F352C3">
        <w:t xml:space="preserve"> jest </w:t>
      </w:r>
      <w:proofErr w:type="spellStart"/>
      <w:r w:rsidRPr="00F352C3">
        <w:t>poglądowy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przedstawia</w:t>
      </w:r>
      <w:proofErr w:type="spellEnd"/>
      <w:r w:rsidRPr="00F352C3">
        <w:t xml:space="preserve"> </w:t>
      </w:r>
      <w:proofErr w:type="spellStart"/>
      <w:r w:rsidRPr="00F352C3">
        <w:t>wymaganą</w:t>
      </w:r>
      <w:proofErr w:type="spellEnd"/>
      <w:r w:rsidRPr="00F352C3">
        <w:t xml:space="preserve"> </w:t>
      </w:r>
      <w:proofErr w:type="spellStart"/>
      <w:r w:rsidRPr="00F352C3">
        <w:t>funkcjonalność</w:t>
      </w:r>
      <w:proofErr w:type="spellEnd"/>
      <w:r w:rsidRPr="00F352C3">
        <w:t xml:space="preserve">. </w:t>
      </w:r>
      <w:proofErr w:type="spellStart"/>
      <w:r w:rsidRPr="00F352C3">
        <w:t>Dopuszcza</w:t>
      </w:r>
      <w:proofErr w:type="spellEnd"/>
      <w:r w:rsidRPr="00F352C3">
        <w:t xml:space="preserve"> </w:t>
      </w:r>
      <w:proofErr w:type="spellStart"/>
      <w:r w:rsidRPr="00F352C3">
        <w:t>się</w:t>
      </w:r>
      <w:proofErr w:type="spellEnd"/>
      <w:r w:rsidRPr="00F352C3">
        <w:t xml:space="preserve"> </w:t>
      </w:r>
      <w:proofErr w:type="spellStart"/>
      <w:r w:rsidRPr="00F352C3">
        <w:t>inne</w:t>
      </w:r>
      <w:proofErr w:type="spellEnd"/>
      <w:r w:rsidRPr="00F352C3">
        <w:t xml:space="preserve"> </w:t>
      </w:r>
      <w:proofErr w:type="spellStart"/>
      <w:r w:rsidRPr="00F352C3">
        <w:t>rozwiązania</w:t>
      </w:r>
      <w:proofErr w:type="spellEnd"/>
      <w:r w:rsidRPr="00F352C3">
        <w:t xml:space="preserve"> </w:t>
      </w:r>
      <w:proofErr w:type="spellStart"/>
      <w:r w:rsidRPr="00F352C3">
        <w:t>techniczne</w:t>
      </w:r>
      <w:proofErr w:type="spellEnd"/>
      <w:r w:rsidRPr="00F352C3">
        <w:t xml:space="preserve"> </w:t>
      </w:r>
      <w:proofErr w:type="spellStart"/>
      <w:r w:rsidRPr="00F352C3">
        <w:t>oraz</w:t>
      </w:r>
      <w:proofErr w:type="spellEnd"/>
      <w:r w:rsidRPr="00F352C3">
        <w:t xml:space="preserve"> </w:t>
      </w:r>
      <w:proofErr w:type="spellStart"/>
      <w:r w:rsidRPr="00F352C3">
        <w:t>urządzenia</w:t>
      </w:r>
      <w:proofErr w:type="spellEnd"/>
      <w:r w:rsidRPr="00F352C3">
        <w:t xml:space="preserve"> </w:t>
      </w:r>
      <w:proofErr w:type="spellStart"/>
      <w:r w:rsidRPr="00F352C3">
        <w:t>równoważne</w:t>
      </w:r>
      <w:proofErr w:type="spellEnd"/>
      <w:r w:rsidRPr="00F352C3">
        <w:t xml:space="preserve">, pod </w:t>
      </w:r>
      <w:proofErr w:type="spellStart"/>
      <w:r w:rsidRPr="00F352C3">
        <w:t>warunkiem</w:t>
      </w:r>
      <w:proofErr w:type="spellEnd"/>
      <w:r w:rsidRPr="00F352C3">
        <w:t xml:space="preserve"> </w:t>
      </w:r>
      <w:proofErr w:type="spellStart"/>
      <w:r w:rsidRPr="00F352C3">
        <w:t>zapewnienia</w:t>
      </w:r>
      <w:proofErr w:type="spellEnd"/>
      <w:r w:rsidRPr="00F352C3">
        <w:t xml:space="preserve"> co </w:t>
      </w:r>
      <w:proofErr w:type="spellStart"/>
      <w:r w:rsidRPr="00F352C3">
        <w:t>najmniej</w:t>
      </w:r>
      <w:proofErr w:type="spellEnd"/>
      <w:r w:rsidRPr="00F352C3">
        <w:t xml:space="preserve"> </w:t>
      </w:r>
      <w:proofErr w:type="spellStart"/>
      <w:r w:rsidRPr="00F352C3">
        <w:t>opisanych</w:t>
      </w:r>
      <w:proofErr w:type="spellEnd"/>
      <w:r w:rsidRPr="00F352C3">
        <w:t xml:space="preserve"> </w:t>
      </w:r>
      <w:proofErr w:type="spellStart"/>
      <w:r w:rsidRPr="00F352C3">
        <w:t>parametrów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wszystkich</w:t>
      </w:r>
      <w:proofErr w:type="spellEnd"/>
      <w:r w:rsidRPr="00F352C3">
        <w:t xml:space="preserve"> </w:t>
      </w:r>
      <w:proofErr w:type="spellStart"/>
      <w:r w:rsidRPr="00F352C3">
        <w:t>czterech</w:t>
      </w:r>
      <w:proofErr w:type="spellEnd"/>
      <w:r w:rsidRPr="00F352C3">
        <w:t xml:space="preserve"> </w:t>
      </w:r>
      <w:proofErr w:type="spellStart"/>
      <w:r w:rsidRPr="00F352C3">
        <w:t>trybów</w:t>
      </w:r>
      <w:proofErr w:type="spellEnd"/>
      <w:r w:rsidRPr="00F352C3">
        <w:t xml:space="preserve"> </w:t>
      </w:r>
      <w:proofErr w:type="spellStart"/>
      <w:r w:rsidRPr="00F352C3">
        <w:t>pracy</w:t>
      </w:r>
      <w:proofErr w:type="spellEnd"/>
      <w:r w:rsidRPr="00F352C3">
        <w:t xml:space="preserve">. </w:t>
      </w:r>
      <w:proofErr w:type="spellStart"/>
      <w:r w:rsidRPr="00F352C3">
        <w:t>Oferent</w:t>
      </w:r>
      <w:proofErr w:type="spellEnd"/>
      <w:r w:rsidRPr="00F352C3">
        <w:t xml:space="preserve"> </w:t>
      </w:r>
      <w:proofErr w:type="spellStart"/>
      <w:r w:rsidRPr="00F352C3">
        <w:t>powinien</w:t>
      </w:r>
      <w:proofErr w:type="spellEnd"/>
      <w:r w:rsidRPr="00F352C3">
        <w:t xml:space="preserve"> </w:t>
      </w:r>
      <w:proofErr w:type="spellStart"/>
      <w:r w:rsidRPr="00F352C3">
        <w:t>podać</w:t>
      </w:r>
      <w:proofErr w:type="spellEnd"/>
      <w:r w:rsidRPr="00F352C3">
        <w:t xml:space="preserve"> </w:t>
      </w:r>
      <w:proofErr w:type="spellStart"/>
      <w:r w:rsidRPr="00F352C3">
        <w:t>producenta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model </w:t>
      </w:r>
      <w:proofErr w:type="spellStart"/>
      <w:r w:rsidRPr="00F352C3">
        <w:t>proponowanych</w:t>
      </w:r>
      <w:proofErr w:type="spellEnd"/>
      <w:r w:rsidRPr="00F352C3">
        <w:t xml:space="preserve"> </w:t>
      </w:r>
      <w:proofErr w:type="spellStart"/>
      <w:r w:rsidRPr="00F352C3">
        <w:t>urządzeń</w:t>
      </w:r>
      <w:proofErr w:type="spellEnd"/>
      <w:r w:rsidRPr="00F352C3">
        <w:t xml:space="preserve"> w </w:t>
      </w:r>
      <w:proofErr w:type="spellStart"/>
      <w:r w:rsidRPr="00F352C3">
        <w:t>ofercie</w:t>
      </w:r>
      <w:proofErr w:type="spellEnd"/>
      <w:r w:rsidRPr="00F352C3">
        <w:t>.</w:t>
      </w:r>
    </w:p>
    <w:p w14:paraId="3D0B1B61" w14:textId="77777777" w:rsidR="00F352C3" w:rsidRPr="00F352C3" w:rsidRDefault="00F352C3" w:rsidP="00F352C3">
      <w:pPr>
        <w:spacing w:after="80"/>
      </w:pPr>
      <w:proofErr w:type="spellStart"/>
      <w:r w:rsidRPr="00F352C3">
        <w:t>Wskazane</w:t>
      </w:r>
      <w:proofErr w:type="spellEnd"/>
      <w:r w:rsidRPr="00F352C3">
        <w:t xml:space="preserve"> </w:t>
      </w:r>
      <w:proofErr w:type="spellStart"/>
      <w:r w:rsidRPr="00F352C3">
        <w:t>wyposażenie</w:t>
      </w:r>
      <w:proofErr w:type="spellEnd"/>
      <w:r w:rsidRPr="00F352C3">
        <w:t xml:space="preserve"> </w:t>
      </w:r>
      <w:proofErr w:type="spellStart"/>
      <w:r w:rsidRPr="00F352C3">
        <w:t>istniejące</w:t>
      </w:r>
      <w:proofErr w:type="spellEnd"/>
      <w:r w:rsidRPr="00F352C3">
        <w:t xml:space="preserve"> </w:t>
      </w:r>
      <w:proofErr w:type="spellStart"/>
      <w:r w:rsidRPr="00F352C3">
        <w:t>służy</w:t>
      </w:r>
      <w:proofErr w:type="spellEnd"/>
      <w:r w:rsidRPr="00F352C3">
        <w:t xml:space="preserve"> </w:t>
      </w:r>
      <w:proofErr w:type="spellStart"/>
      <w:r w:rsidRPr="00F352C3">
        <w:t>wyłącznie</w:t>
      </w:r>
      <w:proofErr w:type="spellEnd"/>
      <w:r w:rsidRPr="00F352C3">
        <w:t xml:space="preserve"> </w:t>
      </w:r>
      <w:proofErr w:type="spellStart"/>
      <w:r w:rsidRPr="00F352C3">
        <w:t>określeniu</w:t>
      </w:r>
      <w:proofErr w:type="spellEnd"/>
      <w:r w:rsidRPr="00F352C3">
        <w:t xml:space="preserve"> </w:t>
      </w:r>
      <w:proofErr w:type="spellStart"/>
      <w:r w:rsidRPr="00F352C3">
        <w:t>warunków</w:t>
      </w:r>
      <w:proofErr w:type="spellEnd"/>
      <w:r w:rsidRPr="00F352C3">
        <w:t xml:space="preserve"> </w:t>
      </w:r>
      <w:proofErr w:type="spellStart"/>
      <w:r w:rsidRPr="00F352C3">
        <w:t>kompatybilności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nie</w:t>
      </w:r>
      <w:proofErr w:type="spellEnd"/>
      <w:r w:rsidRPr="00F352C3">
        <w:t xml:space="preserve"> </w:t>
      </w:r>
      <w:proofErr w:type="spellStart"/>
      <w:r w:rsidRPr="00F352C3">
        <w:t>stanowi</w:t>
      </w:r>
      <w:proofErr w:type="spellEnd"/>
      <w:r w:rsidRPr="00F352C3">
        <w:t xml:space="preserve"> </w:t>
      </w:r>
      <w:proofErr w:type="spellStart"/>
      <w:r w:rsidRPr="00F352C3">
        <w:t>przedmiotu</w:t>
      </w:r>
      <w:proofErr w:type="spellEnd"/>
      <w:r w:rsidRPr="00F352C3">
        <w:t xml:space="preserve"> </w:t>
      </w:r>
      <w:proofErr w:type="spellStart"/>
      <w:r w:rsidRPr="00F352C3">
        <w:t>dostawy</w:t>
      </w:r>
      <w:proofErr w:type="spellEnd"/>
      <w:r w:rsidRPr="00F352C3">
        <w:t>.</w:t>
      </w:r>
    </w:p>
    <w:p w14:paraId="6E26366C" w14:textId="77777777" w:rsidR="00F352C3" w:rsidRPr="00F352C3" w:rsidRDefault="00F352C3" w:rsidP="00F352C3">
      <w:pPr>
        <w:spacing w:after="80"/>
      </w:pPr>
    </w:p>
    <w:p w14:paraId="4B02B370" w14:textId="77777777" w:rsidR="00F352C3" w:rsidRPr="00F352C3" w:rsidRDefault="00F352C3" w:rsidP="00F352C3">
      <w:pPr>
        <w:spacing w:after="80"/>
      </w:pPr>
    </w:p>
    <w:p w14:paraId="41AAA03C" w14:textId="77777777" w:rsidR="00F352C3" w:rsidRPr="00F352C3" w:rsidRDefault="00F352C3" w:rsidP="00F352C3">
      <w:pPr>
        <w:spacing w:after="80"/>
      </w:pPr>
    </w:p>
    <w:p w14:paraId="189A086E" w14:textId="0E8B814A" w:rsidR="00F352C3" w:rsidRPr="00F352C3" w:rsidRDefault="00F352C3" w:rsidP="00F352C3">
      <w:pPr>
        <w:spacing w:after="80"/>
      </w:pPr>
      <w:r w:rsidRPr="00F352C3">
        <w:rPr>
          <w:noProof/>
        </w:rPr>
        <mc:AlternateContent>
          <mc:Choice Requires="wps">
            <w:drawing>
              <wp:inline distT="0" distB="0" distL="0" distR="0" wp14:anchorId="324E5CE4" wp14:editId="034E6BBA">
                <wp:extent cx="304800" cy="304800"/>
                <wp:effectExtent l="0" t="0" r="0" b="0"/>
                <wp:docPr id="1092457674" name="Prostokąt 1" descr="Wygenerowany 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5537B6" id="Prostokąt 1" o:spid="_x0000_s1026" alt="Wygenerowany obraz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8422A17" w14:textId="77777777" w:rsidR="00F352C3" w:rsidRPr="00F352C3" w:rsidRDefault="00F352C3" w:rsidP="00F352C3">
      <w:pPr>
        <w:spacing w:after="80"/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5B47536B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A291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4E5F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973671A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43FF10E0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81D31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BB2B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06D1659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1C790F6B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3DBA" w14:textId="6EF3740C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7CA5D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A2AF155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3F451D1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2A06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6243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3671098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4D55B528" w14:textId="77777777" w:rsidR="00F352C3" w:rsidRPr="00F352C3" w:rsidRDefault="00F352C3" w:rsidP="00F352C3">
      <w:pPr>
        <w:spacing w:after="80"/>
      </w:pPr>
    </w:p>
    <w:p w14:paraId="6C13A296" w14:textId="77777777" w:rsidR="00F352C3" w:rsidRPr="00F352C3" w:rsidRDefault="00F352C3" w:rsidP="00F352C3">
      <w:pPr>
        <w:spacing w:after="80"/>
      </w:pPr>
    </w:p>
    <w:p w14:paraId="48513347" w14:textId="77777777" w:rsidR="00F352C3" w:rsidRPr="00F352C3" w:rsidRDefault="00F352C3" w:rsidP="00F352C3">
      <w:pPr>
        <w:spacing w:after="80"/>
      </w:pPr>
      <w:r w:rsidRPr="00F352C3">
        <w:t xml:space="preserve">Oświadczamy, </w:t>
      </w:r>
      <w:proofErr w:type="spellStart"/>
      <w:r w:rsidRPr="00F352C3">
        <w:t>że</w:t>
      </w:r>
      <w:proofErr w:type="spellEnd"/>
      <w:r w:rsidRPr="00F352C3">
        <w:t xml:space="preserve"> </w:t>
      </w:r>
      <w:proofErr w:type="spellStart"/>
      <w:r w:rsidRPr="00F352C3">
        <w:t>oferowany</w:t>
      </w:r>
      <w:proofErr w:type="spellEnd"/>
      <w:r w:rsidRPr="00F352C3">
        <w:t xml:space="preserve"> </w:t>
      </w:r>
      <w:proofErr w:type="spellStart"/>
      <w:r w:rsidRPr="00F352C3">
        <w:t>sprzęt</w:t>
      </w:r>
      <w:proofErr w:type="spellEnd"/>
      <w:r w:rsidRPr="00F352C3">
        <w:t xml:space="preserve"> </w:t>
      </w:r>
      <w:proofErr w:type="spellStart"/>
      <w:r w:rsidRPr="00F352C3">
        <w:t>spełnia</w:t>
      </w:r>
      <w:proofErr w:type="spellEnd"/>
      <w:r w:rsidRPr="00F352C3">
        <w:t xml:space="preserve"> </w:t>
      </w:r>
      <w:proofErr w:type="spellStart"/>
      <w:r w:rsidRPr="00F352C3">
        <w:t>powyższe</w:t>
      </w:r>
      <w:proofErr w:type="spellEnd"/>
      <w:r w:rsidRPr="00F352C3">
        <w:t xml:space="preserve"> </w:t>
      </w:r>
      <w:proofErr w:type="spellStart"/>
      <w:r w:rsidRPr="00F352C3">
        <w:t>wymagania</w:t>
      </w:r>
      <w:proofErr w:type="spellEnd"/>
      <w:r w:rsidRPr="00F352C3">
        <w:t>.</w:t>
      </w:r>
    </w:p>
    <w:p w14:paraId="6E28FC16" w14:textId="77777777" w:rsidR="00F352C3" w:rsidRPr="00F352C3" w:rsidRDefault="00F352C3" w:rsidP="00F352C3">
      <w:pPr>
        <w:spacing w:after="80"/>
      </w:pPr>
      <w:r w:rsidRPr="00F352C3">
        <w:t xml:space="preserve">Data </w:t>
      </w:r>
      <w:proofErr w:type="spellStart"/>
      <w:r w:rsidRPr="00F352C3">
        <w:t>i</w:t>
      </w:r>
      <w:proofErr w:type="spellEnd"/>
      <w:r w:rsidRPr="00F352C3">
        <w:t xml:space="preserve"> podpis osoby upoważnionej: ........................................................................................</w:t>
      </w:r>
    </w:p>
    <w:p w14:paraId="355BDB44" w14:textId="77777777" w:rsidR="00F352C3" w:rsidRPr="00F352C3" w:rsidRDefault="00F352C3" w:rsidP="00F352C3">
      <w:pPr>
        <w:spacing w:after="80"/>
      </w:pPr>
    </w:p>
    <w:p w14:paraId="1FF7A289" w14:textId="77777777" w:rsidR="00F352C3" w:rsidRPr="00F352C3" w:rsidRDefault="00F352C3" w:rsidP="00F352C3">
      <w:pPr>
        <w:spacing w:after="80"/>
      </w:pPr>
    </w:p>
    <w:p w14:paraId="7A232BA5" w14:textId="77777777" w:rsidR="00F352C3" w:rsidRPr="00F352C3" w:rsidRDefault="00F352C3" w:rsidP="00F352C3">
      <w:pPr>
        <w:spacing w:after="80"/>
      </w:pPr>
      <w:r w:rsidRPr="00F352C3">
        <w:rPr>
          <w:noProof/>
        </w:rPr>
        <w:lastRenderedPageBreak/>
        <w:drawing>
          <wp:inline distT="0" distB="0" distL="0" distR="0" wp14:anchorId="72876A53" wp14:editId="5006F55A">
            <wp:extent cx="6638925" cy="9391650"/>
            <wp:effectExtent l="0" t="0" r="9525" b="0"/>
            <wp:docPr id="980080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39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C881C" w14:textId="77777777" w:rsidR="00F352C3" w:rsidRDefault="00F352C3" w:rsidP="00F352C3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4.18</w:t>
      </w:r>
    </w:p>
    <w:p w14:paraId="139E8F23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44E5F9F2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Pamięć</w:t>
      </w:r>
      <w:proofErr w:type="spellEnd"/>
      <w:r>
        <w:rPr>
          <w:b/>
          <w:sz w:val="22"/>
        </w:rPr>
        <w:t xml:space="preserve"> Ram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- 6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5B296A6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09786454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6F4A410F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0EAEC5BA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61E42BFD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0E89D833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AAD8E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Przedmiot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zamówienia</w:t>
            </w:r>
            <w:proofErr w:type="spellEnd"/>
          </w:p>
        </w:tc>
        <w:tc>
          <w:tcPr>
            <w:tcW w:w="4762" w:type="dxa"/>
            <w:vAlign w:val="center"/>
          </w:tcPr>
          <w:p w14:paraId="1F48855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Dostawa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RAM </w:t>
            </w:r>
            <w:proofErr w:type="spellStart"/>
            <w:r>
              <w:rPr>
                <w:sz w:val="17"/>
              </w:rPr>
              <w:t>umożliwiającej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rozszerzenie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laptopa</w:t>
            </w:r>
            <w:proofErr w:type="spellEnd"/>
            <w:r>
              <w:rPr>
                <w:sz w:val="17"/>
              </w:rPr>
              <w:t xml:space="preserve"> Dell Vostro 15 3510 z 8 GB do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2FBD9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A71B8EF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37DDC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F44703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Pamięć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pełni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laptopem</w:t>
            </w:r>
            <w:proofErr w:type="spellEnd"/>
            <w:r>
              <w:rPr>
                <w:sz w:val="17"/>
              </w:rPr>
              <w:t xml:space="preserve"> Dell Vostro 15 3510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F92B68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178D658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7D0526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Docelowa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pojemność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vAlign w:val="center"/>
          </w:tcPr>
          <w:p w14:paraId="1DF658B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16 GB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operacyjnej</w:t>
            </w:r>
            <w:proofErr w:type="spellEnd"/>
            <w:r>
              <w:rPr>
                <w:sz w:val="17"/>
              </w:rPr>
              <w:t xml:space="preserve"> po </w:t>
            </w:r>
            <w:proofErr w:type="spellStart"/>
            <w:r>
              <w:rPr>
                <w:sz w:val="17"/>
              </w:rPr>
              <w:t>rozbudowie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EB644C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3A7950F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C397D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1A574A4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DDR4 SO-DIMM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7892E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799AD6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F0E39B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Standard </w:t>
            </w:r>
            <w:proofErr w:type="spellStart"/>
            <w:r>
              <w:rPr>
                <w:b/>
                <w:sz w:val="17"/>
              </w:rPr>
              <w:t>modułu</w:t>
            </w:r>
            <w:proofErr w:type="spellEnd"/>
          </w:p>
        </w:tc>
        <w:tc>
          <w:tcPr>
            <w:tcW w:w="4762" w:type="dxa"/>
            <w:vAlign w:val="center"/>
          </w:tcPr>
          <w:p w14:paraId="3FC7FB97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260-pin SO-DIMM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0BA3D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09A642B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D9EF02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702C4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2666 MHz; </w:t>
            </w:r>
            <w:proofErr w:type="spellStart"/>
            <w:r>
              <w:rPr>
                <w:sz w:val="17"/>
              </w:rPr>
              <w:t>dopuszczalne</w:t>
            </w:r>
            <w:proofErr w:type="spellEnd"/>
            <w:r>
              <w:rPr>
                <w:sz w:val="17"/>
              </w:rPr>
              <w:t xml:space="preserve"> 3200 MHz pod </w:t>
            </w:r>
            <w:proofErr w:type="spellStart"/>
            <w:r>
              <w:rPr>
                <w:sz w:val="17"/>
              </w:rPr>
              <w:t>warunkiem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pełnej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5ED83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DACBB1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E018E8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Napięcie</w:t>
            </w:r>
            <w:proofErr w:type="spellEnd"/>
          </w:p>
        </w:tc>
        <w:tc>
          <w:tcPr>
            <w:tcW w:w="4762" w:type="dxa"/>
            <w:vAlign w:val="center"/>
          </w:tcPr>
          <w:p w14:paraId="0CC5A0C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1,2 V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B5633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D71037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91D6A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3E42C6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Non-ECC, unbuffered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87D7D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1504178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39EBF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vAlign w:val="center"/>
          </w:tcPr>
          <w:p w14:paraId="2C1EBDE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Moduł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uzyskanie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łącznie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26900C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1C8DEF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EC444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Preferowana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9042DA9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× 8 GB DDR4 SO-DIMM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zapewniające</w:t>
            </w:r>
            <w:proofErr w:type="spellEnd"/>
            <w:r>
              <w:rPr>
                <w:sz w:val="17"/>
              </w:rPr>
              <w:t xml:space="preserve"> minimum 16 GB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pełną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05897E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8F1F87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321DDC2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Zgodność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vAlign w:val="center"/>
          </w:tcPr>
          <w:p w14:paraId="3E94AAA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powinny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zgodne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parametry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pojemności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taktowania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86294C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540002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D6088E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131E2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B79A87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205261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3535B0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FD8A4A4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30F3C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4B06E51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A92D91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Kompletność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dostawy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E9ED23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Cena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obejmować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uzyskania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DF39538" w14:textId="77777777" w:rsidR="00F352C3" w:rsidRDefault="00F352C3" w:rsidP="00E73126">
            <w:pPr>
              <w:keepLines/>
              <w:spacing w:after="0"/>
            </w:pPr>
          </w:p>
        </w:tc>
      </w:tr>
    </w:tbl>
    <w:p w14:paraId="5F85059F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65D867B3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2D413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EA7E7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E8C424C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63F2F27E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353D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A3E9F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0C15552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392F25B7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C574" w14:textId="7783E8A3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6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F2BF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41949C0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31568D83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A496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F6CB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69C9D97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06558458" w14:textId="77777777" w:rsidR="00D8712A" w:rsidRDefault="00D8712A" w:rsidP="00F352C3"/>
    <w:p w14:paraId="0D3589B2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9F0187A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2CF8F219" w14:textId="49178740" w:rsidR="00F352C3" w:rsidRDefault="00F352C3">
      <w:pPr>
        <w:spacing w:after="200"/>
      </w:pPr>
      <w:r>
        <w:br w:type="page"/>
      </w:r>
    </w:p>
    <w:p w14:paraId="2D672F46" w14:textId="77777777" w:rsidR="00F352C3" w:rsidRDefault="00F352C3" w:rsidP="00F352C3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4.19</w:t>
      </w:r>
    </w:p>
    <w:p w14:paraId="6A8D6D0A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4E9D05F4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Pamięć</w:t>
      </w:r>
      <w:proofErr w:type="spellEnd"/>
      <w:r>
        <w:rPr>
          <w:b/>
          <w:sz w:val="22"/>
        </w:rPr>
        <w:t xml:space="preserve"> Ram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- 5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78FA3C00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6419A896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2DCCE74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5BE8F4C2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13028E4C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5DFBFD84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7657E6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Przedmiot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zamówienia</w:t>
            </w:r>
            <w:proofErr w:type="spellEnd"/>
          </w:p>
        </w:tc>
        <w:tc>
          <w:tcPr>
            <w:tcW w:w="4762" w:type="dxa"/>
            <w:vAlign w:val="center"/>
          </w:tcPr>
          <w:p w14:paraId="1BAFDFB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Dostawa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RAM </w:t>
            </w:r>
            <w:proofErr w:type="spellStart"/>
            <w:r>
              <w:rPr>
                <w:sz w:val="17"/>
              </w:rPr>
              <w:t>umożliwiającej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rozszerzenie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komputera</w:t>
            </w:r>
            <w:proofErr w:type="spellEnd"/>
            <w:r>
              <w:rPr>
                <w:sz w:val="17"/>
              </w:rPr>
              <w:t xml:space="preserve"> Dell Vostro 3710 z 8 GB do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52600D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D1B5364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739ABF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A87C62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Pamięć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pełni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komputerem</w:t>
            </w:r>
            <w:proofErr w:type="spellEnd"/>
            <w:r>
              <w:rPr>
                <w:sz w:val="17"/>
              </w:rPr>
              <w:t xml:space="preserve"> Dell Vostro 3710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C8A2D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369C233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C5AFBF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Docelowa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pojemność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vAlign w:val="center"/>
          </w:tcPr>
          <w:p w14:paraId="19812E5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16 GB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operacyjnej</w:t>
            </w:r>
            <w:proofErr w:type="spellEnd"/>
            <w:r>
              <w:rPr>
                <w:sz w:val="17"/>
              </w:rPr>
              <w:t xml:space="preserve"> po </w:t>
            </w:r>
            <w:proofErr w:type="spellStart"/>
            <w:r>
              <w:rPr>
                <w:sz w:val="17"/>
              </w:rPr>
              <w:t>rozbudowie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BDC746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90C682A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B4BD5E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759BB5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DDR4 UDIMM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73AEF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5A5D67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C04E7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vAlign w:val="center"/>
          </w:tcPr>
          <w:p w14:paraId="5339B31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3200 MHz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797625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99B4FE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225C8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44FFE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Moduł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uzyskanie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łącznie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19749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C4FEE04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FC157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Preferowana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vAlign w:val="center"/>
          </w:tcPr>
          <w:p w14:paraId="174E6FB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× 8 GB DDR4 3200 MHz UDIMM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zapewniające</w:t>
            </w:r>
            <w:proofErr w:type="spellEnd"/>
            <w:r>
              <w:rPr>
                <w:sz w:val="17"/>
              </w:rPr>
              <w:t xml:space="preserve"> minimum 16 GB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pełną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7211C8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2549EF8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6ABEC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726DD3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dwukanałowej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9028FD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6E1B910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363599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vAlign w:val="center"/>
          </w:tcPr>
          <w:p w14:paraId="257123B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Non-ECC, unbuffered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073005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A04A70D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C858D6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Zgodność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8D9D2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powinny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zgodne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parametry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pojemności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taktowania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5D1BB2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3FE085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3F894AD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vAlign w:val="center"/>
          </w:tcPr>
          <w:p w14:paraId="11088E3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043CC3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88E292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939BF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0D35E2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D0991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C2BE8C1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0CC90B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Kompletność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dostawy</w:t>
            </w:r>
            <w:proofErr w:type="spellEnd"/>
          </w:p>
        </w:tc>
        <w:tc>
          <w:tcPr>
            <w:tcW w:w="4762" w:type="dxa"/>
            <w:vAlign w:val="center"/>
          </w:tcPr>
          <w:p w14:paraId="12D75E2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Cena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obejmować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uzyskania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B44743B" w14:textId="77777777" w:rsidR="00F352C3" w:rsidRDefault="00F352C3" w:rsidP="00E73126">
            <w:pPr>
              <w:keepLines/>
              <w:spacing w:after="0"/>
            </w:pPr>
          </w:p>
        </w:tc>
      </w:tr>
    </w:tbl>
    <w:p w14:paraId="547AD5B0" w14:textId="77777777" w:rsidR="00D8712A" w:rsidRDefault="00D8712A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1DD5CEF3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FF4A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FA39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7E45676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10AE610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1134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DB1F6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C90FB71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AB66E2B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9648" w14:textId="7EC163D6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5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10EA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D07AE4B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5F6AD2C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2D9B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5FCF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057737F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393F39B7" w14:textId="77777777" w:rsidR="00D8712A" w:rsidRDefault="00D8712A" w:rsidP="00F352C3"/>
    <w:p w14:paraId="7B8D0E8C" w14:textId="0764989B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6D741A47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26AC90C5" w14:textId="77777777" w:rsidR="006B66A7" w:rsidRDefault="006B66A7" w:rsidP="006B66A7"/>
    <w:p w14:paraId="18C2AFE8" w14:textId="06E285E1" w:rsidR="00F352C3" w:rsidRDefault="00F352C3">
      <w:pPr>
        <w:spacing w:after="200"/>
      </w:pPr>
      <w:r>
        <w:br w:type="page"/>
      </w:r>
    </w:p>
    <w:p w14:paraId="3ECF3BC3" w14:textId="77777777" w:rsidR="00F352C3" w:rsidRPr="0065117E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65117E">
        <w:rPr>
          <w:b/>
          <w:szCs w:val="18"/>
        </w:rPr>
        <w:lastRenderedPageBreak/>
        <w:t>Załącznik</w:t>
      </w:r>
      <w:proofErr w:type="spellEnd"/>
      <w:r w:rsidRPr="0065117E">
        <w:rPr>
          <w:b/>
          <w:szCs w:val="18"/>
        </w:rPr>
        <w:t xml:space="preserve"> nr 4.</w:t>
      </w:r>
      <w:r>
        <w:rPr>
          <w:b/>
          <w:szCs w:val="18"/>
        </w:rPr>
        <w:t>20</w:t>
      </w:r>
    </w:p>
    <w:p w14:paraId="2F347431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0A5A592A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Licencja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na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oprogramowanie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biurowe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20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71B602C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6E2004D2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00454F81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7E07C154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A90BFF0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5A1B96F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D65D3B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licencji</w:t>
            </w:r>
            <w:proofErr w:type="spellEnd"/>
          </w:p>
        </w:tc>
        <w:tc>
          <w:tcPr>
            <w:tcW w:w="4762" w:type="dxa"/>
            <w:vAlign w:val="center"/>
          </w:tcPr>
          <w:p w14:paraId="2676FA4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Subskrypcja</w:t>
            </w:r>
            <w:proofErr w:type="spellEnd"/>
            <w:r>
              <w:rPr>
                <w:sz w:val="17"/>
              </w:rPr>
              <w:t xml:space="preserve"> Microsoft 365 Business Standard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D6B57F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05C01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7A9C6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Okres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licencji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DCFEB9F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C8F0D8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A82DA7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2A61A7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Licencjonowanie</w:t>
            </w:r>
            <w:proofErr w:type="spellEnd"/>
          </w:p>
        </w:tc>
        <w:tc>
          <w:tcPr>
            <w:tcW w:w="4762" w:type="dxa"/>
            <w:vAlign w:val="center"/>
          </w:tcPr>
          <w:p w14:paraId="09528D0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EF9A6D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5DE81A7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03652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Tenant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24BD71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dodanie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 xml:space="preserve"> Microsoft 365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8866D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40FCA70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420AFF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vAlign w:val="center"/>
          </w:tcPr>
          <w:p w14:paraId="550AAD4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być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widoczna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możliwa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przypisania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użytkownikowi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panelu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administracyjnego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5A773B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0873D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CD60E0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Aplikacje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desktopowe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AE5904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Word, Excel, PowerPoint, Outlook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pozostałe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aplikacje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dostępne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ramach</w:t>
            </w:r>
            <w:proofErr w:type="spellEnd"/>
            <w:r>
              <w:rPr>
                <w:sz w:val="17"/>
              </w:rPr>
              <w:t xml:space="preserve"> Microsoft 365 Business Standard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DD4E1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A9141A0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B5193A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Instalacja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lokalna</w:t>
            </w:r>
            <w:proofErr w:type="spellEnd"/>
          </w:p>
        </w:tc>
        <w:tc>
          <w:tcPr>
            <w:tcW w:w="4762" w:type="dxa"/>
            <w:vAlign w:val="center"/>
          </w:tcPr>
          <w:p w14:paraId="639ACB4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aplikacji</w:t>
            </w:r>
            <w:proofErr w:type="spellEnd"/>
            <w:r>
              <w:rPr>
                <w:sz w:val="17"/>
              </w:rPr>
              <w:t xml:space="preserve"> Microsoft 365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komputerach</w:t>
            </w:r>
            <w:proofErr w:type="spellEnd"/>
            <w:r>
              <w:rPr>
                <w:sz w:val="17"/>
              </w:rPr>
              <w:t xml:space="preserve"> PC/Mac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476546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21BFF3F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18F45C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urządzeń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075CFE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5 </w:t>
            </w:r>
            <w:proofErr w:type="spellStart"/>
            <w:r>
              <w:rPr>
                <w:sz w:val="17"/>
              </w:rPr>
              <w:t>komputerach</w:t>
            </w:r>
            <w:proofErr w:type="spellEnd"/>
            <w:r>
              <w:rPr>
                <w:sz w:val="17"/>
              </w:rPr>
              <w:t xml:space="preserve"> PC/Mac, 5 </w:t>
            </w:r>
            <w:proofErr w:type="spellStart"/>
            <w:r>
              <w:rPr>
                <w:sz w:val="17"/>
              </w:rPr>
              <w:t>tabletach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5 </w:t>
            </w:r>
            <w:proofErr w:type="spellStart"/>
            <w:r>
              <w:rPr>
                <w:sz w:val="17"/>
              </w:rPr>
              <w:t>urządzeniach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mobilnych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2B558C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800D1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71BE0D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Poczta</w:t>
            </w:r>
            <w:proofErr w:type="spellEnd"/>
          </w:p>
        </w:tc>
        <w:tc>
          <w:tcPr>
            <w:tcW w:w="4762" w:type="dxa"/>
            <w:vAlign w:val="center"/>
          </w:tcPr>
          <w:p w14:paraId="038D607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Exchange Online – </w:t>
            </w:r>
            <w:proofErr w:type="spellStart"/>
            <w:r>
              <w:rPr>
                <w:sz w:val="17"/>
              </w:rPr>
              <w:t>skrzynka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pocztowa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1BB60D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521D497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78359DE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OneDrive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51B4EC6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 TB </w:t>
            </w:r>
            <w:proofErr w:type="spellStart"/>
            <w:r>
              <w:rPr>
                <w:sz w:val="17"/>
              </w:rPr>
              <w:t>przestrzeni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3A9D37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1CE78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DE5A1B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SharePoint</w:t>
            </w:r>
          </w:p>
        </w:tc>
        <w:tc>
          <w:tcPr>
            <w:tcW w:w="4762" w:type="dxa"/>
            <w:vAlign w:val="center"/>
          </w:tcPr>
          <w:p w14:paraId="5D78A81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usług</w:t>
            </w:r>
            <w:proofErr w:type="spellEnd"/>
            <w:r>
              <w:rPr>
                <w:sz w:val="17"/>
              </w:rPr>
              <w:t xml:space="preserve"> SharePoint Online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8D55B4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1EAC39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EBDDD1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Teams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2A993B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Microsoft Teams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E947F7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8CAF2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65F072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Aktualizacje</w:t>
            </w:r>
            <w:proofErr w:type="spellEnd"/>
          </w:p>
        </w:tc>
        <w:tc>
          <w:tcPr>
            <w:tcW w:w="4762" w:type="dxa"/>
            <w:vAlign w:val="center"/>
          </w:tcPr>
          <w:p w14:paraId="56A2F21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aktualnych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wersji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aplikacji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aktualizacji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cały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obowiązywania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subskrypcji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2EEED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C30D2C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B2936B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Język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7254E3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języka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polskiego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D3598B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8128E81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8126FB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vAlign w:val="center"/>
          </w:tcPr>
          <w:p w14:paraId="4654700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przeznaczona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użytku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komercyjnego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organizacyjnego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05AD7B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C990C25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AF1AA7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Dystrybucja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425EC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pochodząca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legalnego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kanału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dystrybucji</w:t>
            </w:r>
            <w:proofErr w:type="spellEnd"/>
            <w:r>
              <w:rPr>
                <w:sz w:val="17"/>
              </w:rPr>
              <w:t xml:space="preserve"> Microsoft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E81C7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A0A7116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673DE8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Okres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obowiązywania</w:t>
            </w:r>
            <w:proofErr w:type="spellEnd"/>
          </w:p>
        </w:tc>
        <w:tc>
          <w:tcPr>
            <w:tcW w:w="4762" w:type="dxa"/>
            <w:vAlign w:val="center"/>
          </w:tcPr>
          <w:p w14:paraId="562BC66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pełne</w:t>
            </w:r>
            <w:proofErr w:type="spellEnd"/>
            <w:r>
              <w:rPr>
                <w:sz w:val="17"/>
              </w:rPr>
              <w:t xml:space="preserve">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  <w:r>
              <w:rPr>
                <w:sz w:val="17"/>
              </w:rPr>
              <w:t xml:space="preserve"> od </w:t>
            </w:r>
            <w:proofErr w:type="spellStart"/>
            <w:r>
              <w:rPr>
                <w:sz w:val="17"/>
              </w:rPr>
              <w:t>daty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uruchomienia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subskrypcji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rozpoczęcia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licencyjnego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866C7C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FF5B06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DA12C6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Dostawa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B30B22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Wykonawca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zobowiązany</w:t>
            </w:r>
            <w:proofErr w:type="spellEnd"/>
            <w:r>
              <w:rPr>
                <w:sz w:val="17"/>
              </w:rPr>
              <w:t xml:space="preserve"> jest do </w:t>
            </w:r>
            <w:proofErr w:type="spellStart"/>
            <w:r>
              <w:rPr>
                <w:sz w:val="17"/>
              </w:rPr>
              <w:t>dostarczenia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sposób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 xml:space="preserve"> Microsoft 365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. </w:t>
            </w:r>
            <w:proofErr w:type="spellStart"/>
            <w:r>
              <w:rPr>
                <w:sz w:val="17"/>
              </w:rPr>
              <w:t>Dostawa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może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powodować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utworzenia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nowego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niezależnego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 xml:space="preserve"> Microsoft 365 ani </w:t>
            </w:r>
            <w:proofErr w:type="spellStart"/>
            <w:r>
              <w:rPr>
                <w:sz w:val="17"/>
              </w:rPr>
              <w:t>wymagać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migracji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istniejących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poczty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zostać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udostępniona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istniejącym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wskazanemu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użytkownikowi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administratora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302485" w14:textId="77777777" w:rsidR="00F352C3" w:rsidRDefault="00F352C3" w:rsidP="00E73126">
            <w:pPr>
              <w:keepLines/>
              <w:spacing w:after="0"/>
            </w:pPr>
          </w:p>
        </w:tc>
      </w:tr>
    </w:tbl>
    <w:p w14:paraId="1F7D07BB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32D6D8BD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3912E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6D7F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9468E88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561C7CE7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5A29F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CB768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C94DE2E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54488BBC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07CDE" w14:textId="392E9C39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20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070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F622C40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0B77524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8821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5C38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3B27821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51189F49" w14:textId="77777777" w:rsidR="00D8712A" w:rsidRDefault="00D8712A" w:rsidP="00F352C3"/>
    <w:p w14:paraId="1A9E6023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48DAD1F7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3B36CD13" w14:textId="1C74DFC1" w:rsidR="00F352C3" w:rsidRDefault="00F352C3">
      <w:pPr>
        <w:spacing w:after="200"/>
      </w:pPr>
      <w:r>
        <w:br w:type="page"/>
      </w:r>
    </w:p>
    <w:p w14:paraId="0FFFE6CC" w14:textId="77777777" w:rsidR="00F352C3" w:rsidRPr="00B2033E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B2033E">
        <w:rPr>
          <w:b/>
          <w:color w:val="1C324B"/>
          <w:szCs w:val="18"/>
        </w:rPr>
        <w:lastRenderedPageBreak/>
        <w:t>Załącznik</w:t>
      </w:r>
      <w:proofErr w:type="spellEnd"/>
      <w:r w:rsidRPr="00B2033E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21</w:t>
      </w:r>
    </w:p>
    <w:p w14:paraId="6745D621" w14:textId="77777777" w:rsidR="00F352C3" w:rsidRDefault="00F352C3" w:rsidP="00F352C3">
      <w:pPr>
        <w:jc w:val="center"/>
        <w:rPr>
          <w:b/>
          <w:color w:val="1C324B"/>
          <w:sz w:val="28"/>
        </w:rPr>
      </w:pPr>
    </w:p>
    <w:p w14:paraId="7D34AEC3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9217BED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Licencja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na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oprogramowanie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Zabezpieczające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30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49C3480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2EABA177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796E093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2324B95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E8A6759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0E235C9E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95E2DC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1</w:t>
            </w:r>
          </w:p>
        </w:tc>
        <w:tc>
          <w:tcPr>
            <w:tcW w:w="4762" w:type="dxa"/>
            <w:vAlign w:val="center"/>
          </w:tcPr>
          <w:p w14:paraId="7D0F9D3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musi:umożliwiać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objęcie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ochroną</w:t>
            </w:r>
            <w:proofErr w:type="spellEnd"/>
            <w:r>
              <w:rPr>
                <w:sz w:val="17"/>
              </w:rPr>
              <w:t xml:space="preserve"> 1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stanowiska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komputerowego</w:t>
            </w:r>
            <w:proofErr w:type="spellEnd"/>
            <w:r>
              <w:rPr>
                <w:sz w:val="17"/>
              </w:rPr>
              <w:t>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0FF47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AEC1F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DA4E0E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2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953FC8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zostać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>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60B39A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56DB927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654BAF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3</w:t>
            </w:r>
          </w:p>
        </w:tc>
        <w:tc>
          <w:tcPr>
            <w:tcW w:w="4762" w:type="dxa"/>
            <w:vAlign w:val="center"/>
          </w:tcPr>
          <w:p w14:paraId="5B96389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obecnie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wykorzystywanej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ESET PROTECT,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D064AB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9656BE9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D65097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4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8294DE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zapewniać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funkcjonalności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odpowiadających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pakietowi</w:t>
            </w:r>
            <w:proofErr w:type="spellEnd"/>
            <w:r>
              <w:rPr>
                <w:sz w:val="17"/>
              </w:rPr>
              <w:t xml:space="preserve"> ESET PROTECT Advanced,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9EAD2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9AB7733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2E9B31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5</w:t>
            </w:r>
          </w:p>
        </w:tc>
        <w:tc>
          <w:tcPr>
            <w:tcW w:w="4762" w:type="dxa"/>
            <w:vAlign w:val="center"/>
          </w:tcPr>
          <w:p w14:paraId="6A8782D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posiadać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obowiązywania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dostosowany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terminu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ważności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obecnej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albo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obejmować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wskazany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>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BB27E7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4A719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08A7B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6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115BB5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wymagać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wdrożenia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administracyjnej</w:t>
            </w:r>
            <w:proofErr w:type="spellEnd"/>
            <w:r>
              <w:rPr>
                <w:sz w:val="17"/>
              </w:rPr>
              <w:t xml:space="preserve"> ani </w:t>
            </w:r>
            <w:proofErr w:type="spellStart"/>
            <w:r>
              <w:rPr>
                <w:sz w:val="17"/>
              </w:rPr>
              <w:t>odrębnego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bezpieczeństwem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C0DF7C" w14:textId="77777777" w:rsidR="00F352C3" w:rsidRDefault="00F352C3" w:rsidP="00E73126">
            <w:pPr>
              <w:keepLines/>
              <w:spacing w:after="0"/>
            </w:pPr>
          </w:p>
        </w:tc>
      </w:tr>
    </w:tbl>
    <w:p w14:paraId="5DF463A7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5AA08DB8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CF5E8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AB1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40B253E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790DAFD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AFA6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4B0B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73FD9BC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66637C67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DFA4" w14:textId="7438AF9A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30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9E93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2753AF5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4B52912E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6C7E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C59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CE5EA18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5238B462" w14:textId="77777777" w:rsidR="00D8712A" w:rsidRDefault="00D8712A" w:rsidP="00F352C3"/>
    <w:p w14:paraId="039FE78C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28828C39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AB8BCAA" w14:textId="70F98C3D" w:rsidR="00F352C3" w:rsidRDefault="00F352C3">
      <w:pPr>
        <w:spacing w:after="200"/>
      </w:pPr>
      <w:r>
        <w:br w:type="page"/>
      </w:r>
    </w:p>
    <w:p w14:paraId="770A7919" w14:textId="77777777" w:rsidR="00243F35" w:rsidRDefault="00243F35" w:rsidP="00243F35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4.22</w:t>
      </w:r>
    </w:p>
    <w:p w14:paraId="67D49C4E" w14:textId="77777777" w:rsidR="00243F35" w:rsidRDefault="00243F35" w:rsidP="00243F35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27D4FA6" w14:textId="77777777" w:rsidR="00243F35" w:rsidRDefault="00243F35" w:rsidP="00243F35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Filtr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prywatyzujący</w:t>
      </w:r>
      <w:proofErr w:type="spellEnd"/>
      <w:r>
        <w:rPr>
          <w:b/>
          <w:sz w:val="22"/>
        </w:rPr>
        <w:t xml:space="preserve"> - 2 szt.</w:t>
      </w:r>
    </w:p>
    <w:p w14:paraId="7C65820C" w14:textId="77777777" w:rsidR="00243F35" w:rsidRDefault="00243F35" w:rsidP="00243F35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243F35" w14:paraId="54BD6EBF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5D3AF208" w14:textId="77777777" w:rsidR="00243F35" w:rsidRDefault="00243F35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963F77F" w14:textId="77777777" w:rsidR="00243F35" w:rsidRDefault="00243F35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B1A8DC4" w14:textId="77777777" w:rsidR="00243F35" w:rsidRDefault="00243F35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243F35" w14:paraId="331BE97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24E675D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</w:p>
        </w:tc>
        <w:tc>
          <w:tcPr>
            <w:tcW w:w="4762" w:type="dxa"/>
            <w:vAlign w:val="center"/>
          </w:tcPr>
          <w:p w14:paraId="14E00353" w14:textId="77777777" w:rsidR="00243F35" w:rsidRDefault="00243F35" w:rsidP="00E73126">
            <w:pPr>
              <w:keepLines/>
              <w:spacing w:after="0"/>
            </w:pPr>
            <w:r>
              <w:rPr>
                <w:sz w:val="17"/>
              </w:rPr>
              <w:t>15,6"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0EC44E5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55BF2D0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0D795C0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Proporcje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998D0B2" w14:textId="77777777" w:rsidR="00243F35" w:rsidRDefault="00243F35" w:rsidP="00E73126">
            <w:pPr>
              <w:keepLines/>
              <w:spacing w:after="0"/>
            </w:pPr>
            <w:r>
              <w:rPr>
                <w:sz w:val="17"/>
              </w:rPr>
              <w:t>16:9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8B36B8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73060FC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22E3218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części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filtrującej</w:t>
            </w:r>
            <w:proofErr w:type="spellEnd"/>
          </w:p>
        </w:tc>
        <w:tc>
          <w:tcPr>
            <w:tcW w:w="4762" w:type="dxa"/>
            <w:vAlign w:val="center"/>
          </w:tcPr>
          <w:p w14:paraId="61447512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Około</w:t>
            </w:r>
            <w:proofErr w:type="spellEnd"/>
            <w:r>
              <w:rPr>
                <w:sz w:val="17"/>
              </w:rPr>
              <w:t xml:space="preserve"> 345 × 194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A4C0FC7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43945AB4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97E789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09A4D0F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Filtr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prywatyzujący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dwukierunkowy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A8B0D91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5BF8149C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D687BF1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vAlign w:val="center"/>
          </w:tcPr>
          <w:p w14:paraId="1C678A25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Około</w:t>
            </w:r>
            <w:proofErr w:type="spellEnd"/>
            <w:r>
              <w:rPr>
                <w:sz w:val="17"/>
              </w:rPr>
              <w:t xml:space="preserve"> 60° (±30° od </w:t>
            </w:r>
            <w:proofErr w:type="spellStart"/>
            <w:r>
              <w:rPr>
                <w:sz w:val="17"/>
              </w:rPr>
              <w:t>osi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B2B6CC1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09888DC9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73B7F1C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088383B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Zdejmowany</w:t>
            </w:r>
            <w:proofErr w:type="spellEnd"/>
            <w:r>
              <w:rPr>
                <w:sz w:val="17"/>
              </w:rPr>
              <w:t xml:space="preserve">, za </w:t>
            </w:r>
            <w:proofErr w:type="spellStart"/>
            <w:r>
              <w:rPr>
                <w:sz w:val="17"/>
              </w:rPr>
              <w:t>pomocą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uchwytów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pasków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samoprzylepnych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4E1E7DB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72D9628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6B40799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Powierzchnia</w:t>
            </w:r>
            <w:proofErr w:type="spellEnd"/>
          </w:p>
        </w:tc>
        <w:tc>
          <w:tcPr>
            <w:tcW w:w="4762" w:type="dxa"/>
            <w:vAlign w:val="center"/>
          </w:tcPr>
          <w:p w14:paraId="53945F88" w14:textId="77777777" w:rsidR="00243F35" w:rsidRDefault="00243F35" w:rsidP="00E73126">
            <w:pPr>
              <w:keepLines/>
              <w:spacing w:after="0"/>
            </w:pPr>
            <w:r>
              <w:rPr>
                <w:sz w:val="17"/>
              </w:rPr>
              <w:t xml:space="preserve">Matowa, </w:t>
            </w:r>
            <w:proofErr w:type="spellStart"/>
            <w:r>
              <w:rPr>
                <w:sz w:val="17"/>
              </w:rPr>
              <w:t>ograniczająca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odblaski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E21D445" w14:textId="77777777" w:rsidR="00243F35" w:rsidRDefault="00243F35" w:rsidP="00E73126">
            <w:pPr>
              <w:keepLines/>
              <w:spacing w:after="0"/>
            </w:pPr>
          </w:p>
        </w:tc>
      </w:tr>
    </w:tbl>
    <w:p w14:paraId="18A60B32" w14:textId="77777777" w:rsidR="00243F35" w:rsidRDefault="00243F35" w:rsidP="00243F35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1D1C4AAF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86CA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B7F1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C9F7A1B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A1736F3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CC20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8DC7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EBD9558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A9FD479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C3EB" w14:textId="5FEADDF6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2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FEB0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FA8A7E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507BC3DB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F17C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FF7C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277FEEF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793C9831" w14:textId="77777777" w:rsidR="00D8712A" w:rsidRDefault="00D8712A" w:rsidP="00243F35"/>
    <w:p w14:paraId="35084685" w14:textId="77777777" w:rsidR="00243F35" w:rsidRDefault="00243F35" w:rsidP="00243F35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19862F7D" w14:textId="77777777" w:rsidR="00243F35" w:rsidRDefault="00243F35" w:rsidP="00243F35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3085FD84" w14:textId="77777777" w:rsidR="006B66A7" w:rsidRDefault="006B66A7" w:rsidP="006B66A7"/>
    <w:p w14:paraId="22D27719" w14:textId="77777777" w:rsidR="007C4D21" w:rsidRDefault="007C4D21" w:rsidP="007C4D21"/>
    <w:p w14:paraId="4FBD7815" w14:textId="77777777" w:rsidR="009809EA" w:rsidRDefault="009809EA">
      <w:pPr>
        <w:spacing w:after="200"/>
      </w:pPr>
    </w:p>
    <w:sectPr w:rsidR="009809EA" w:rsidSect="00034616">
      <w:headerReference w:type="default" r:id="rId9"/>
      <w:footerReference w:type="default" r:id="rId10"/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C8F0B" w14:textId="77777777" w:rsidR="006B2A02" w:rsidRDefault="006B2A02">
      <w:pPr>
        <w:spacing w:after="0" w:line="240" w:lineRule="auto"/>
      </w:pPr>
      <w:r>
        <w:separator/>
      </w:r>
    </w:p>
  </w:endnote>
  <w:endnote w:type="continuationSeparator" w:id="0">
    <w:p w14:paraId="4EBFD2FE" w14:textId="77777777" w:rsidR="006B2A02" w:rsidRDefault="006B2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90850" w14:textId="77777777" w:rsidR="00A62F46" w:rsidRDefault="00A70318">
    <w:pPr>
      <w:pStyle w:val="Stopka"/>
      <w:jc w:val="right"/>
    </w:pPr>
    <w:proofErr w:type="spellStart"/>
    <w:r>
      <w:rPr>
        <w:color w:val="6B7683"/>
        <w:sz w:val="16"/>
      </w:rPr>
      <w:t>Opis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przedmiotu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zamówienia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55F5D" w14:textId="77777777" w:rsidR="006B2A02" w:rsidRDefault="006B2A02">
      <w:pPr>
        <w:spacing w:after="0" w:line="240" w:lineRule="auto"/>
      </w:pPr>
      <w:r>
        <w:separator/>
      </w:r>
    </w:p>
  </w:footnote>
  <w:footnote w:type="continuationSeparator" w:id="0">
    <w:p w14:paraId="2FF6066F" w14:textId="77777777" w:rsidR="006B2A02" w:rsidRDefault="006B2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152C2" w14:textId="77777777" w:rsidR="00F12576" w:rsidRDefault="00F125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1840200">
    <w:abstractNumId w:val="8"/>
  </w:num>
  <w:num w:numId="2" w16cid:durableId="365059004">
    <w:abstractNumId w:val="6"/>
  </w:num>
  <w:num w:numId="3" w16cid:durableId="160897510">
    <w:abstractNumId w:val="5"/>
  </w:num>
  <w:num w:numId="4" w16cid:durableId="1920210042">
    <w:abstractNumId w:val="4"/>
  </w:num>
  <w:num w:numId="5" w16cid:durableId="1486895887">
    <w:abstractNumId w:val="7"/>
  </w:num>
  <w:num w:numId="6" w16cid:durableId="1688367199">
    <w:abstractNumId w:val="3"/>
  </w:num>
  <w:num w:numId="7" w16cid:durableId="46953879">
    <w:abstractNumId w:val="2"/>
  </w:num>
  <w:num w:numId="8" w16cid:durableId="1515345779">
    <w:abstractNumId w:val="1"/>
  </w:num>
  <w:num w:numId="9" w16cid:durableId="346948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368"/>
    <w:rsid w:val="00034616"/>
    <w:rsid w:val="0006063C"/>
    <w:rsid w:val="000E26F0"/>
    <w:rsid w:val="0015074B"/>
    <w:rsid w:val="00243F35"/>
    <w:rsid w:val="0025708B"/>
    <w:rsid w:val="0029639D"/>
    <w:rsid w:val="002C78CA"/>
    <w:rsid w:val="00326F90"/>
    <w:rsid w:val="00333136"/>
    <w:rsid w:val="004E36FE"/>
    <w:rsid w:val="005C4B57"/>
    <w:rsid w:val="006A2471"/>
    <w:rsid w:val="006B2A02"/>
    <w:rsid w:val="006B66A7"/>
    <w:rsid w:val="006F5C01"/>
    <w:rsid w:val="007C20E7"/>
    <w:rsid w:val="007C4D21"/>
    <w:rsid w:val="008460C8"/>
    <w:rsid w:val="008F198D"/>
    <w:rsid w:val="0097191A"/>
    <w:rsid w:val="009809EA"/>
    <w:rsid w:val="00A62F46"/>
    <w:rsid w:val="00A70318"/>
    <w:rsid w:val="00AA1D8D"/>
    <w:rsid w:val="00AF05CA"/>
    <w:rsid w:val="00B47730"/>
    <w:rsid w:val="00CA7470"/>
    <w:rsid w:val="00CB0664"/>
    <w:rsid w:val="00D4539A"/>
    <w:rsid w:val="00D8712A"/>
    <w:rsid w:val="00DE51E7"/>
    <w:rsid w:val="00F12576"/>
    <w:rsid w:val="00F352C3"/>
    <w:rsid w:val="00FC693F"/>
    <w:rsid w:val="00FE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D6591B"/>
  <w14:defaultImageDpi w14:val="300"/>
  <w15:docId w15:val="{170A48E4-4566-43AD-BB10-B64E7DC1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00"/>
    </w:pPr>
    <w:rPr>
      <w:rFonts w:ascii="Aptos" w:hAnsi="Aptos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Tabelasiatki6kolorowaakcent1">
    <w:name w:val="Grid Table 6 Colorful Accent 1"/>
    <w:basedOn w:val="Standardowy"/>
    <w:uiPriority w:val="51"/>
    <w:rsid w:val="00F352C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F4F7FA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29</Pages>
  <Words>7764</Words>
  <Characters>46590</Characters>
  <Application>Microsoft Office Word</Application>
  <DocSecurity>0</DocSecurity>
  <Lines>388</Lines>
  <Paragraphs>108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54246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Magdalena Wicha</cp:lastModifiedBy>
  <cp:revision>2</cp:revision>
  <cp:lastPrinted>2026-10-27T09:22:00Z</cp:lastPrinted>
  <dcterms:created xsi:type="dcterms:W3CDTF">2026-11-03T12:27:00Z</dcterms:created>
  <dcterms:modified xsi:type="dcterms:W3CDTF">2026-11-03T12:27:00Z</dcterms:modified>
  <cp:category/>
</cp:coreProperties>
</file>