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A93E42" w14:textId="72AB9779" w:rsidR="00A62F46" w:rsidRDefault="00A70318">
      <w:pPr>
        <w:jc w:val="right"/>
      </w:pPr>
      <w:proofErr w:type="spellStart"/>
      <w:r>
        <w:rPr>
          <w:b/>
        </w:rPr>
        <w:t>Załącznik</w:t>
      </w:r>
      <w:proofErr w:type="spellEnd"/>
      <w:r>
        <w:rPr>
          <w:b/>
        </w:rPr>
        <w:t xml:space="preserve"> nr 4</w:t>
      </w:r>
      <w:r w:rsidR="00F12576">
        <w:rPr>
          <w:b/>
        </w:rPr>
        <w:t>.1</w:t>
      </w:r>
    </w:p>
    <w:p w14:paraId="10C66EC1" w14:textId="77777777" w:rsidR="00A62F46" w:rsidRDefault="00A70318">
      <w:pPr>
        <w:jc w:val="center"/>
      </w:pPr>
      <w:r>
        <w:rPr>
          <w:b/>
          <w:color w:val="1C324B"/>
          <w:sz w:val="28"/>
        </w:rPr>
        <w:t>OPIS PRZEDMIOTU ZAMÓWIENIA</w:t>
      </w:r>
    </w:p>
    <w:p w14:paraId="2793907F" w14:textId="77777777" w:rsidR="00A62F46" w:rsidRDefault="00A70318">
      <w:pPr>
        <w:jc w:val="center"/>
      </w:pPr>
      <w:r>
        <w:rPr>
          <w:b/>
          <w:sz w:val="22"/>
        </w:rPr>
        <w:t>Specyfikacja techniczna - Laptop Typ A - 15 szt.</w:t>
      </w:r>
    </w:p>
    <w:p w14:paraId="631B1C52" w14:textId="77777777" w:rsidR="00A62F46" w:rsidRDefault="00A70318">
      <w:r>
        <w:t>Producent: ........................................................................     Model / oznaczenie: ........................................................................</w:t>
      </w:r>
    </w:p>
    <w:tbl>
      <w:tblPr>
        <w:tblStyle w:val="Tabela-Siatka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438"/>
        <w:gridCol w:w="4762"/>
        <w:gridCol w:w="2324"/>
      </w:tblGrid>
      <w:tr w:rsidR="00A62F46" w14:paraId="2B509029" w14:textId="77777777" w:rsidTr="006A2471">
        <w:trPr>
          <w:cantSplit/>
          <w:tblHeader/>
          <w:jc w:val="center"/>
        </w:trPr>
        <w:tc>
          <w:tcPr>
            <w:tcW w:w="2438" w:type="dxa"/>
            <w:shd w:val="clear" w:color="auto" w:fill="E8EEF5"/>
          </w:tcPr>
          <w:p w14:paraId="221A5ADF" w14:textId="77777777" w:rsidR="00A62F46" w:rsidRDefault="00A70318">
            <w:pPr>
              <w:spacing w:after="0"/>
            </w:pPr>
            <w:r>
              <w:rPr>
                <w:b/>
                <w:sz w:val="17"/>
              </w:rPr>
              <w:t>Cecha / parametr</w:t>
            </w:r>
          </w:p>
        </w:tc>
        <w:tc>
          <w:tcPr>
            <w:tcW w:w="4762" w:type="dxa"/>
            <w:shd w:val="clear" w:color="auto" w:fill="E8EEF5"/>
          </w:tcPr>
          <w:p w14:paraId="681CD1C2" w14:textId="77777777" w:rsidR="00A62F46" w:rsidRDefault="00A70318">
            <w:pPr>
              <w:spacing w:after="0"/>
            </w:pPr>
            <w:r>
              <w:rPr>
                <w:b/>
                <w:sz w:val="17"/>
              </w:rPr>
              <w:t>Wymagane minimalne parametry techniczne</w:t>
            </w:r>
          </w:p>
        </w:tc>
        <w:tc>
          <w:tcPr>
            <w:tcW w:w="2324" w:type="dxa"/>
            <w:shd w:val="clear" w:color="auto" w:fill="FFFF99"/>
          </w:tcPr>
          <w:p w14:paraId="34A7FAE2" w14:textId="77777777" w:rsidR="00A62F46" w:rsidRDefault="00A70318">
            <w:pPr>
              <w:spacing w:after="0"/>
            </w:pPr>
            <w:r>
              <w:rPr>
                <w:b/>
                <w:sz w:val="17"/>
              </w:rPr>
              <w:t>Oferowane parametry (wypełnia Wykonawca)</w:t>
            </w:r>
          </w:p>
        </w:tc>
      </w:tr>
      <w:tr w:rsidR="00A62F46" w14:paraId="595AB714" w14:textId="77777777" w:rsidTr="006A2471">
        <w:trPr>
          <w:cantSplit/>
          <w:jc w:val="center"/>
        </w:trPr>
        <w:tc>
          <w:tcPr>
            <w:tcW w:w="2438" w:type="dxa"/>
            <w:vAlign w:val="center"/>
          </w:tcPr>
          <w:p w14:paraId="4CB7497D" w14:textId="77777777" w:rsidR="00A62F46" w:rsidRDefault="00A70318">
            <w:pPr>
              <w:keepLines/>
              <w:spacing w:after="0"/>
            </w:pPr>
            <w:r>
              <w:rPr>
                <w:b/>
                <w:sz w:val="17"/>
              </w:rPr>
              <w:t>Stan urządzenia</w:t>
            </w:r>
          </w:p>
        </w:tc>
        <w:tc>
          <w:tcPr>
            <w:tcW w:w="4762" w:type="dxa"/>
            <w:vAlign w:val="center"/>
          </w:tcPr>
          <w:p w14:paraId="2E8B1D06" w14:textId="77777777" w:rsidR="00A62F46" w:rsidRDefault="00A70318">
            <w:pPr>
              <w:keepLines/>
              <w:spacing w:after="0"/>
            </w:pPr>
            <w:r>
              <w:rPr>
                <w:sz w:val="17"/>
              </w:rPr>
              <w:t>Fabrycznie nowe, nieużywane, nieregenerowane, kompletne i wolne od wad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29E53623" w14:textId="77777777" w:rsidR="00A62F46" w:rsidRDefault="00A62F46">
            <w:pPr>
              <w:keepLines/>
              <w:spacing w:after="0"/>
            </w:pPr>
          </w:p>
        </w:tc>
      </w:tr>
      <w:tr w:rsidR="00A62F46" w14:paraId="29FC5E49" w14:textId="77777777" w:rsidTr="006A2471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082E565B" w14:textId="77777777" w:rsidR="00A62F46" w:rsidRDefault="00A70318">
            <w:pPr>
              <w:keepLines/>
              <w:spacing w:after="0"/>
            </w:pPr>
            <w:r>
              <w:rPr>
                <w:b/>
                <w:sz w:val="17"/>
              </w:rPr>
              <w:t>Typ urządzenia</w:t>
            </w:r>
          </w:p>
        </w:tc>
        <w:tc>
          <w:tcPr>
            <w:tcW w:w="4762" w:type="dxa"/>
            <w:shd w:val="clear" w:color="auto" w:fill="F5F7FA"/>
            <w:vAlign w:val="center"/>
          </w:tcPr>
          <w:p w14:paraId="74B39D99" w14:textId="77777777" w:rsidR="00A62F46" w:rsidRDefault="00A70318">
            <w:pPr>
              <w:keepLines/>
              <w:spacing w:after="0"/>
            </w:pPr>
            <w:r>
              <w:rPr>
                <w:sz w:val="17"/>
              </w:rPr>
              <w:t>Komputer przenośny typu notebook do zastosowań biznesowych i pracy biurowej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29B1EDCB" w14:textId="77777777" w:rsidR="00A62F46" w:rsidRDefault="00A62F46">
            <w:pPr>
              <w:keepLines/>
              <w:spacing w:after="0"/>
            </w:pPr>
          </w:p>
        </w:tc>
      </w:tr>
      <w:tr w:rsidR="00A62F46" w14:paraId="04A883B0" w14:textId="77777777" w:rsidTr="006A2471">
        <w:trPr>
          <w:cantSplit/>
          <w:jc w:val="center"/>
        </w:trPr>
        <w:tc>
          <w:tcPr>
            <w:tcW w:w="2438" w:type="dxa"/>
            <w:vAlign w:val="center"/>
          </w:tcPr>
          <w:p w14:paraId="51B9F2AE" w14:textId="77777777" w:rsidR="00A62F46" w:rsidRDefault="00A70318">
            <w:pPr>
              <w:keepLines/>
              <w:spacing w:after="0"/>
            </w:pPr>
            <w:r>
              <w:rPr>
                <w:b/>
                <w:sz w:val="17"/>
              </w:rPr>
              <w:t>Przekątna ekranu</w:t>
            </w:r>
          </w:p>
        </w:tc>
        <w:tc>
          <w:tcPr>
            <w:tcW w:w="4762" w:type="dxa"/>
            <w:vAlign w:val="center"/>
          </w:tcPr>
          <w:p w14:paraId="659FE715" w14:textId="77777777" w:rsidR="00A62F46" w:rsidRDefault="00A70318">
            <w:pPr>
              <w:keepLines/>
              <w:spacing w:after="0"/>
            </w:pPr>
            <w:r>
              <w:rPr>
                <w:sz w:val="17"/>
              </w:rPr>
              <w:t>Minimum 16,0"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427103B8" w14:textId="77777777" w:rsidR="00A62F46" w:rsidRDefault="00A62F46">
            <w:pPr>
              <w:keepLines/>
              <w:spacing w:after="0"/>
            </w:pPr>
          </w:p>
        </w:tc>
      </w:tr>
      <w:tr w:rsidR="00A62F46" w14:paraId="70433991" w14:textId="77777777" w:rsidTr="006A2471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4FD0A23F" w14:textId="77777777" w:rsidR="00A62F46" w:rsidRDefault="00A70318">
            <w:pPr>
              <w:keepLines/>
              <w:spacing w:after="0"/>
            </w:pPr>
            <w:r>
              <w:rPr>
                <w:b/>
                <w:sz w:val="17"/>
              </w:rPr>
              <w:t>Rozdzielczość</w:t>
            </w:r>
          </w:p>
        </w:tc>
        <w:tc>
          <w:tcPr>
            <w:tcW w:w="4762" w:type="dxa"/>
            <w:shd w:val="clear" w:color="auto" w:fill="F5F7FA"/>
            <w:vAlign w:val="center"/>
          </w:tcPr>
          <w:p w14:paraId="11ED2448" w14:textId="77777777" w:rsidR="00A62F46" w:rsidRDefault="00A70318">
            <w:pPr>
              <w:keepLines/>
              <w:spacing w:after="0"/>
            </w:pPr>
            <w:r>
              <w:rPr>
                <w:sz w:val="17"/>
              </w:rPr>
              <w:t>Minimum 1920 × 1200 pikseli, format 16:10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51958604" w14:textId="77777777" w:rsidR="00A62F46" w:rsidRDefault="00A62F46">
            <w:pPr>
              <w:keepLines/>
              <w:spacing w:after="0"/>
            </w:pPr>
          </w:p>
        </w:tc>
      </w:tr>
      <w:tr w:rsidR="00A62F46" w14:paraId="60851143" w14:textId="77777777" w:rsidTr="006A2471">
        <w:trPr>
          <w:cantSplit/>
          <w:jc w:val="center"/>
        </w:trPr>
        <w:tc>
          <w:tcPr>
            <w:tcW w:w="2438" w:type="dxa"/>
            <w:vAlign w:val="center"/>
          </w:tcPr>
          <w:p w14:paraId="5E046204" w14:textId="77777777" w:rsidR="00A62F46" w:rsidRDefault="00A70318">
            <w:pPr>
              <w:keepLines/>
              <w:spacing w:after="0"/>
            </w:pPr>
            <w:r>
              <w:rPr>
                <w:b/>
                <w:sz w:val="17"/>
              </w:rPr>
              <w:t>Typ matrycy</w:t>
            </w:r>
          </w:p>
        </w:tc>
        <w:tc>
          <w:tcPr>
            <w:tcW w:w="4762" w:type="dxa"/>
            <w:vAlign w:val="center"/>
          </w:tcPr>
          <w:p w14:paraId="6931147C" w14:textId="77777777" w:rsidR="00A62F46" w:rsidRDefault="00A70318">
            <w:pPr>
              <w:keepLines/>
              <w:spacing w:after="0"/>
            </w:pPr>
            <w:r>
              <w:rPr>
                <w:sz w:val="17"/>
              </w:rPr>
              <w:t>IPS lub technologia równoważna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1AEBBB81" w14:textId="77777777" w:rsidR="00A62F46" w:rsidRDefault="00A62F46">
            <w:pPr>
              <w:keepLines/>
              <w:spacing w:after="0"/>
            </w:pPr>
          </w:p>
        </w:tc>
      </w:tr>
      <w:tr w:rsidR="00A62F46" w14:paraId="202C3345" w14:textId="77777777" w:rsidTr="006A2471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6BF42987" w14:textId="77777777" w:rsidR="00A62F46" w:rsidRDefault="00A70318">
            <w:pPr>
              <w:keepLines/>
              <w:spacing w:after="0"/>
            </w:pPr>
            <w:r>
              <w:rPr>
                <w:b/>
                <w:sz w:val="17"/>
              </w:rPr>
              <w:t>Powierzchnia ekranu</w:t>
            </w:r>
          </w:p>
        </w:tc>
        <w:tc>
          <w:tcPr>
            <w:tcW w:w="4762" w:type="dxa"/>
            <w:shd w:val="clear" w:color="auto" w:fill="F5F7FA"/>
            <w:vAlign w:val="center"/>
          </w:tcPr>
          <w:p w14:paraId="10EA195B" w14:textId="77777777" w:rsidR="00A62F46" w:rsidRDefault="00A70318">
            <w:pPr>
              <w:keepLines/>
              <w:spacing w:after="0"/>
            </w:pPr>
            <w:r>
              <w:rPr>
                <w:sz w:val="17"/>
              </w:rPr>
              <w:t>Matowa / anti-glare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7FDB6E87" w14:textId="77777777" w:rsidR="00A62F46" w:rsidRDefault="00A62F46">
            <w:pPr>
              <w:keepLines/>
              <w:spacing w:after="0"/>
            </w:pPr>
          </w:p>
        </w:tc>
      </w:tr>
      <w:tr w:rsidR="00A62F46" w14:paraId="15283381" w14:textId="77777777" w:rsidTr="006A2471">
        <w:trPr>
          <w:cantSplit/>
          <w:jc w:val="center"/>
        </w:trPr>
        <w:tc>
          <w:tcPr>
            <w:tcW w:w="2438" w:type="dxa"/>
            <w:vAlign w:val="center"/>
          </w:tcPr>
          <w:p w14:paraId="5AB7AC37" w14:textId="77777777" w:rsidR="00A62F46" w:rsidRDefault="00A70318">
            <w:pPr>
              <w:keepLines/>
              <w:spacing w:after="0"/>
            </w:pPr>
            <w:r>
              <w:rPr>
                <w:b/>
                <w:sz w:val="17"/>
              </w:rPr>
              <w:t>Jasność</w:t>
            </w:r>
          </w:p>
        </w:tc>
        <w:tc>
          <w:tcPr>
            <w:tcW w:w="4762" w:type="dxa"/>
            <w:vAlign w:val="center"/>
          </w:tcPr>
          <w:p w14:paraId="5356A521" w14:textId="77777777" w:rsidR="00A62F46" w:rsidRDefault="00A70318">
            <w:pPr>
              <w:keepLines/>
              <w:spacing w:after="0"/>
            </w:pPr>
            <w:r>
              <w:rPr>
                <w:sz w:val="17"/>
              </w:rPr>
              <w:t>Minimum 300 cd/m²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3E09B316" w14:textId="77777777" w:rsidR="00A62F46" w:rsidRDefault="00A62F46">
            <w:pPr>
              <w:keepLines/>
              <w:spacing w:after="0"/>
            </w:pPr>
          </w:p>
        </w:tc>
      </w:tr>
      <w:tr w:rsidR="00A62F46" w14:paraId="5B357B6E" w14:textId="77777777" w:rsidTr="006A2471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424C8D8A" w14:textId="77777777" w:rsidR="00A62F46" w:rsidRDefault="00A70318">
            <w:pPr>
              <w:keepLines/>
              <w:spacing w:after="0"/>
            </w:pPr>
            <w:r>
              <w:rPr>
                <w:b/>
                <w:sz w:val="17"/>
              </w:rPr>
              <w:t>Częstotliwość odświeżania</w:t>
            </w:r>
          </w:p>
        </w:tc>
        <w:tc>
          <w:tcPr>
            <w:tcW w:w="4762" w:type="dxa"/>
            <w:shd w:val="clear" w:color="auto" w:fill="F5F7FA"/>
            <w:vAlign w:val="center"/>
          </w:tcPr>
          <w:p w14:paraId="0DDED162" w14:textId="77777777" w:rsidR="00A62F46" w:rsidRDefault="00A70318">
            <w:pPr>
              <w:keepLines/>
              <w:spacing w:after="0"/>
            </w:pPr>
            <w:r>
              <w:rPr>
                <w:sz w:val="17"/>
              </w:rPr>
              <w:t>Minimum 60 Hz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381365CF" w14:textId="77777777" w:rsidR="00A62F46" w:rsidRDefault="00A62F46">
            <w:pPr>
              <w:keepLines/>
              <w:spacing w:after="0"/>
            </w:pPr>
          </w:p>
        </w:tc>
      </w:tr>
      <w:tr w:rsidR="00A62F46" w14:paraId="7B7B9263" w14:textId="77777777" w:rsidTr="006A2471">
        <w:trPr>
          <w:cantSplit/>
          <w:jc w:val="center"/>
        </w:trPr>
        <w:tc>
          <w:tcPr>
            <w:tcW w:w="2438" w:type="dxa"/>
            <w:vAlign w:val="center"/>
          </w:tcPr>
          <w:p w14:paraId="2DCD24DF" w14:textId="77777777" w:rsidR="00A62F46" w:rsidRDefault="00A70318">
            <w:pPr>
              <w:keepLines/>
              <w:spacing w:after="0"/>
            </w:pPr>
            <w:r>
              <w:rPr>
                <w:b/>
                <w:sz w:val="17"/>
              </w:rPr>
              <w:t>Ochrona wzroku</w:t>
            </w:r>
          </w:p>
        </w:tc>
        <w:tc>
          <w:tcPr>
            <w:tcW w:w="4762" w:type="dxa"/>
            <w:vAlign w:val="center"/>
          </w:tcPr>
          <w:p w14:paraId="320C46CB" w14:textId="77777777" w:rsidR="00A62F46" w:rsidRDefault="00A70318">
            <w:pPr>
              <w:keepLines/>
              <w:spacing w:after="0"/>
            </w:pPr>
            <w:r>
              <w:rPr>
                <w:sz w:val="17"/>
              </w:rPr>
              <w:t>Funkcja ograniczająca emisję światła niebieskiego lub rozwiązanie równoważne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1C04B40A" w14:textId="77777777" w:rsidR="00A62F46" w:rsidRDefault="00A62F46">
            <w:pPr>
              <w:keepLines/>
              <w:spacing w:after="0"/>
            </w:pPr>
          </w:p>
        </w:tc>
      </w:tr>
      <w:tr w:rsidR="00A62F46" w14:paraId="08385A34" w14:textId="77777777" w:rsidTr="006A2471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4EABC6FE" w14:textId="77777777" w:rsidR="00A62F46" w:rsidRDefault="00A70318">
            <w:pPr>
              <w:keepLines/>
              <w:spacing w:after="0"/>
            </w:pPr>
            <w:r>
              <w:rPr>
                <w:b/>
                <w:sz w:val="17"/>
              </w:rPr>
              <w:t>Masa</w:t>
            </w:r>
          </w:p>
        </w:tc>
        <w:tc>
          <w:tcPr>
            <w:tcW w:w="4762" w:type="dxa"/>
            <w:shd w:val="clear" w:color="auto" w:fill="F5F7FA"/>
            <w:vAlign w:val="center"/>
          </w:tcPr>
          <w:p w14:paraId="2EFDCED3" w14:textId="77777777" w:rsidR="00A62F46" w:rsidRDefault="00A70318">
            <w:pPr>
              <w:keepLines/>
              <w:spacing w:after="0"/>
            </w:pPr>
            <w:r>
              <w:rPr>
                <w:sz w:val="17"/>
              </w:rPr>
              <w:t>Maksymalnie 1,8 kg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59F4323E" w14:textId="77777777" w:rsidR="00A62F46" w:rsidRDefault="00A62F46">
            <w:pPr>
              <w:keepLines/>
              <w:spacing w:after="0"/>
            </w:pPr>
          </w:p>
        </w:tc>
      </w:tr>
      <w:tr w:rsidR="00A62F46" w14:paraId="473B7FCC" w14:textId="77777777" w:rsidTr="006A2471">
        <w:trPr>
          <w:cantSplit/>
          <w:jc w:val="center"/>
        </w:trPr>
        <w:tc>
          <w:tcPr>
            <w:tcW w:w="2438" w:type="dxa"/>
            <w:vAlign w:val="center"/>
          </w:tcPr>
          <w:p w14:paraId="74E94305" w14:textId="77777777" w:rsidR="00A62F46" w:rsidRDefault="00A70318">
            <w:pPr>
              <w:keepLines/>
              <w:spacing w:after="0"/>
            </w:pPr>
            <w:r>
              <w:rPr>
                <w:b/>
                <w:sz w:val="17"/>
              </w:rPr>
              <w:t>Grubość</w:t>
            </w:r>
          </w:p>
        </w:tc>
        <w:tc>
          <w:tcPr>
            <w:tcW w:w="4762" w:type="dxa"/>
            <w:vAlign w:val="center"/>
          </w:tcPr>
          <w:p w14:paraId="33BD179F" w14:textId="77777777" w:rsidR="00A62F46" w:rsidRDefault="00A70318">
            <w:pPr>
              <w:keepLines/>
              <w:spacing w:after="0"/>
            </w:pPr>
            <w:r>
              <w:rPr>
                <w:sz w:val="17"/>
              </w:rPr>
              <w:t>Maksymalnie 20 mm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783FEB87" w14:textId="77777777" w:rsidR="00A62F46" w:rsidRDefault="00A62F46">
            <w:pPr>
              <w:keepLines/>
              <w:spacing w:after="0"/>
            </w:pPr>
          </w:p>
        </w:tc>
      </w:tr>
      <w:tr w:rsidR="00A62F46" w14:paraId="753C3C47" w14:textId="77777777" w:rsidTr="006A2471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50A2825C" w14:textId="77777777" w:rsidR="00A62F46" w:rsidRDefault="00A70318">
            <w:pPr>
              <w:keepLines/>
              <w:spacing w:after="0"/>
            </w:pPr>
            <w:r>
              <w:rPr>
                <w:b/>
                <w:sz w:val="17"/>
              </w:rPr>
              <w:t>Wytrzymałość konstrukcji</w:t>
            </w:r>
          </w:p>
        </w:tc>
        <w:tc>
          <w:tcPr>
            <w:tcW w:w="4762" w:type="dxa"/>
            <w:shd w:val="clear" w:color="auto" w:fill="F5F7FA"/>
            <w:vAlign w:val="center"/>
          </w:tcPr>
          <w:p w14:paraId="056FE7AE" w14:textId="77777777" w:rsidR="00A62F46" w:rsidRDefault="00A70318">
            <w:pPr>
              <w:keepLines/>
              <w:spacing w:after="0"/>
            </w:pPr>
            <w:r>
              <w:rPr>
                <w:sz w:val="17"/>
              </w:rPr>
              <w:t>Konstrukcja przystosowana do codziennej pracy biurowej, odporna na typowe obciążenia eksploatacyjne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3117B309" w14:textId="77777777" w:rsidR="00A62F46" w:rsidRDefault="00A62F46">
            <w:pPr>
              <w:keepLines/>
              <w:spacing w:after="0"/>
            </w:pPr>
          </w:p>
        </w:tc>
      </w:tr>
      <w:tr w:rsidR="00A62F46" w14:paraId="31DFD326" w14:textId="77777777" w:rsidTr="006A2471">
        <w:trPr>
          <w:cantSplit/>
          <w:jc w:val="center"/>
        </w:trPr>
        <w:tc>
          <w:tcPr>
            <w:tcW w:w="2438" w:type="dxa"/>
            <w:vAlign w:val="center"/>
          </w:tcPr>
          <w:p w14:paraId="22E17218" w14:textId="77777777" w:rsidR="00A62F46" w:rsidRDefault="00A70318">
            <w:pPr>
              <w:keepLines/>
              <w:spacing w:after="0"/>
            </w:pPr>
            <w:r>
              <w:rPr>
                <w:b/>
                <w:sz w:val="17"/>
              </w:rPr>
              <w:t>Procesor</w:t>
            </w:r>
          </w:p>
        </w:tc>
        <w:tc>
          <w:tcPr>
            <w:tcW w:w="4762" w:type="dxa"/>
            <w:vAlign w:val="center"/>
          </w:tcPr>
          <w:p w14:paraId="3DE2D7C3" w14:textId="77777777" w:rsidR="00A62F46" w:rsidRDefault="00A70318">
            <w:pPr>
              <w:keepLines/>
              <w:spacing w:after="0"/>
            </w:pPr>
            <w:r>
              <w:rPr>
                <w:sz w:val="17"/>
              </w:rPr>
              <w:t>Procesor x86-64 klasy mobilnej/biznesowej ze zintegrowaną jednostką NPU, o parametrach nie gorszych niż Intel Core Ultra 5 225U lub równoważny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427C33E6" w14:textId="77777777" w:rsidR="00A62F46" w:rsidRDefault="00A62F46">
            <w:pPr>
              <w:keepLines/>
              <w:spacing w:after="0"/>
            </w:pPr>
          </w:p>
        </w:tc>
      </w:tr>
      <w:tr w:rsidR="00A62F46" w14:paraId="4F4C9832" w14:textId="77777777" w:rsidTr="006A2471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72B4356A" w14:textId="77777777" w:rsidR="00A62F46" w:rsidRDefault="00A70318">
            <w:pPr>
              <w:keepLines/>
              <w:spacing w:after="0"/>
            </w:pPr>
            <w:r>
              <w:rPr>
                <w:b/>
                <w:sz w:val="17"/>
              </w:rPr>
              <w:t>Liczba rdzeni CPU</w:t>
            </w:r>
          </w:p>
        </w:tc>
        <w:tc>
          <w:tcPr>
            <w:tcW w:w="4762" w:type="dxa"/>
            <w:shd w:val="clear" w:color="auto" w:fill="F5F7FA"/>
            <w:vAlign w:val="center"/>
          </w:tcPr>
          <w:p w14:paraId="067210D5" w14:textId="77777777" w:rsidR="00A62F46" w:rsidRDefault="00A70318">
            <w:pPr>
              <w:keepLines/>
              <w:spacing w:after="0"/>
            </w:pPr>
            <w:r>
              <w:rPr>
                <w:sz w:val="17"/>
              </w:rPr>
              <w:t>Minimum 12 rdzeni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60FC6F74" w14:textId="77777777" w:rsidR="00A62F46" w:rsidRDefault="00A62F46">
            <w:pPr>
              <w:keepLines/>
              <w:spacing w:after="0"/>
            </w:pPr>
          </w:p>
        </w:tc>
      </w:tr>
      <w:tr w:rsidR="00A62F46" w14:paraId="3F838101" w14:textId="77777777" w:rsidTr="006A2471">
        <w:trPr>
          <w:cantSplit/>
          <w:jc w:val="center"/>
        </w:trPr>
        <w:tc>
          <w:tcPr>
            <w:tcW w:w="2438" w:type="dxa"/>
            <w:vAlign w:val="center"/>
          </w:tcPr>
          <w:p w14:paraId="487794F3" w14:textId="77777777" w:rsidR="00A62F46" w:rsidRDefault="00A70318">
            <w:pPr>
              <w:keepLines/>
              <w:spacing w:after="0"/>
            </w:pPr>
            <w:r>
              <w:rPr>
                <w:b/>
                <w:sz w:val="17"/>
              </w:rPr>
              <w:t>Liczba wątków CPU</w:t>
            </w:r>
          </w:p>
        </w:tc>
        <w:tc>
          <w:tcPr>
            <w:tcW w:w="4762" w:type="dxa"/>
            <w:vAlign w:val="center"/>
          </w:tcPr>
          <w:p w14:paraId="2E99FF80" w14:textId="77777777" w:rsidR="00A62F46" w:rsidRDefault="00A70318">
            <w:pPr>
              <w:keepLines/>
              <w:spacing w:after="0"/>
            </w:pPr>
            <w:r>
              <w:rPr>
                <w:sz w:val="17"/>
              </w:rPr>
              <w:t>Minimum 14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64EBA771" w14:textId="77777777" w:rsidR="00A62F46" w:rsidRDefault="00A62F46">
            <w:pPr>
              <w:keepLines/>
              <w:spacing w:after="0"/>
            </w:pPr>
          </w:p>
        </w:tc>
      </w:tr>
      <w:tr w:rsidR="00A62F46" w14:paraId="34B9E16A" w14:textId="77777777" w:rsidTr="006A2471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32F8CCDE" w14:textId="77777777" w:rsidR="00A62F46" w:rsidRDefault="00A70318">
            <w:pPr>
              <w:keepLines/>
              <w:spacing w:after="0"/>
            </w:pPr>
            <w:r>
              <w:rPr>
                <w:b/>
                <w:sz w:val="17"/>
              </w:rPr>
              <w:t>Maksymalne taktowanie CPU</w:t>
            </w:r>
          </w:p>
        </w:tc>
        <w:tc>
          <w:tcPr>
            <w:tcW w:w="4762" w:type="dxa"/>
            <w:shd w:val="clear" w:color="auto" w:fill="F5F7FA"/>
            <w:vAlign w:val="center"/>
          </w:tcPr>
          <w:p w14:paraId="0DD841C2" w14:textId="77777777" w:rsidR="00A62F46" w:rsidRDefault="00A70318">
            <w:pPr>
              <w:keepLines/>
              <w:spacing w:after="0"/>
            </w:pPr>
            <w:r>
              <w:rPr>
                <w:sz w:val="17"/>
              </w:rPr>
              <w:t>Minimum 4,8 GHz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3C5F728A" w14:textId="77777777" w:rsidR="00A62F46" w:rsidRDefault="00A62F46">
            <w:pPr>
              <w:keepLines/>
              <w:spacing w:after="0"/>
            </w:pPr>
          </w:p>
        </w:tc>
      </w:tr>
      <w:tr w:rsidR="00A62F46" w14:paraId="57441D6F" w14:textId="77777777" w:rsidTr="006A2471">
        <w:trPr>
          <w:cantSplit/>
          <w:jc w:val="center"/>
        </w:trPr>
        <w:tc>
          <w:tcPr>
            <w:tcW w:w="2438" w:type="dxa"/>
            <w:vAlign w:val="center"/>
          </w:tcPr>
          <w:p w14:paraId="5A096BB5" w14:textId="77777777" w:rsidR="00A62F46" w:rsidRDefault="00A70318">
            <w:pPr>
              <w:keepLines/>
              <w:spacing w:after="0"/>
            </w:pPr>
            <w:r>
              <w:rPr>
                <w:b/>
                <w:sz w:val="17"/>
              </w:rPr>
              <w:t>Pamięć cache CPU</w:t>
            </w:r>
          </w:p>
        </w:tc>
        <w:tc>
          <w:tcPr>
            <w:tcW w:w="4762" w:type="dxa"/>
            <w:vAlign w:val="center"/>
          </w:tcPr>
          <w:p w14:paraId="3675F48B" w14:textId="77777777" w:rsidR="00A62F46" w:rsidRDefault="00A70318">
            <w:pPr>
              <w:keepLines/>
              <w:spacing w:after="0"/>
            </w:pPr>
            <w:r>
              <w:rPr>
                <w:sz w:val="17"/>
              </w:rPr>
              <w:t>Minimum 12 MB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663340A6" w14:textId="77777777" w:rsidR="00A62F46" w:rsidRDefault="00A62F46">
            <w:pPr>
              <w:keepLines/>
              <w:spacing w:after="0"/>
            </w:pPr>
          </w:p>
        </w:tc>
      </w:tr>
      <w:tr w:rsidR="00A62F46" w14:paraId="3984A8B4" w14:textId="77777777" w:rsidTr="006A2471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6B2A1233" w14:textId="77777777" w:rsidR="00A62F46" w:rsidRDefault="00A70318">
            <w:pPr>
              <w:keepLines/>
              <w:spacing w:after="0"/>
            </w:pPr>
            <w:r>
              <w:rPr>
                <w:b/>
                <w:sz w:val="17"/>
              </w:rPr>
              <w:t>NPU</w:t>
            </w:r>
          </w:p>
        </w:tc>
        <w:tc>
          <w:tcPr>
            <w:tcW w:w="4762" w:type="dxa"/>
            <w:shd w:val="clear" w:color="auto" w:fill="F5F7FA"/>
            <w:vAlign w:val="center"/>
          </w:tcPr>
          <w:p w14:paraId="4809176D" w14:textId="77777777" w:rsidR="00A62F46" w:rsidRDefault="00A70318">
            <w:pPr>
              <w:keepLines/>
              <w:spacing w:after="0"/>
            </w:pPr>
            <w:r>
              <w:rPr>
                <w:sz w:val="17"/>
              </w:rPr>
              <w:t>Zintegrowana jednostka NPU do lokalnego przetwarzania AI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1FD495D4" w14:textId="77777777" w:rsidR="00A62F46" w:rsidRDefault="00A62F46">
            <w:pPr>
              <w:keepLines/>
              <w:spacing w:after="0"/>
            </w:pPr>
          </w:p>
        </w:tc>
      </w:tr>
      <w:tr w:rsidR="00A62F46" w14:paraId="6FA21878" w14:textId="77777777" w:rsidTr="006A2471">
        <w:trPr>
          <w:cantSplit/>
          <w:jc w:val="center"/>
        </w:trPr>
        <w:tc>
          <w:tcPr>
            <w:tcW w:w="2438" w:type="dxa"/>
            <w:vAlign w:val="center"/>
          </w:tcPr>
          <w:p w14:paraId="3148CE31" w14:textId="77777777" w:rsidR="00A62F46" w:rsidRDefault="00A70318">
            <w:pPr>
              <w:keepLines/>
              <w:spacing w:after="0"/>
            </w:pPr>
            <w:r>
              <w:rPr>
                <w:b/>
                <w:sz w:val="17"/>
              </w:rPr>
              <w:t>Obsługa AI</w:t>
            </w:r>
          </w:p>
        </w:tc>
        <w:tc>
          <w:tcPr>
            <w:tcW w:w="4762" w:type="dxa"/>
            <w:vAlign w:val="center"/>
          </w:tcPr>
          <w:p w14:paraId="511B0E9B" w14:textId="77777777" w:rsidR="00A62F46" w:rsidRDefault="00A70318">
            <w:pPr>
              <w:keepLines/>
              <w:spacing w:after="0"/>
            </w:pPr>
            <w:r>
              <w:rPr>
                <w:sz w:val="17"/>
              </w:rPr>
              <w:t>Obsługa lokalnych funkcji AI z wykorzystaniem sprzętowej akceleracji NPU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160C443A" w14:textId="77777777" w:rsidR="00A62F46" w:rsidRDefault="00A62F46">
            <w:pPr>
              <w:keepLines/>
              <w:spacing w:after="0"/>
            </w:pPr>
          </w:p>
        </w:tc>
      </w:tr>
      <w:tr w:rsidR="00A62F46" w14:paraId="5AB03F84" w14:textId="77777777" w:rsidTr="006A2471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3891A4A9" w14:textId="77777777" w:rsidR="00A62F46" w:rsidRDefault="00A70318">
            <w:pPr>
              <w:keepLines/>
              <w:spacing w:after="0"/>
            </w:pPr>
            <w:r>
              <w:rPr>
                <w:b/>
                <w:sz w:val="17"/>
              </w:rPr>
              <w:t>Grafika</w:t>
            </w:r>
          </w:p>
        </w:tc>
        <w:tc>
          <w:tcPr>
            <w:tcW w:w="4762" w:type="dxa"/>
            <w:shd w:val="clear" w:color="auto" w:fill="F5F7FA"/>
            <w:vAlign w:val="center"/>
          </w:tcPr>
          <w:p w14:paraId="4666C4FB" w14:textId="77777777" w:rsidR="00A62F46" w:rsidRDefault="00A70318">
            <w:pPr>
              <w:keepLines/>
              <w:spacing w:after="0"/>
            </w:pPr>
            <w:r>
              <w:rPr>
                <w:sz w:val="17"/>
              </w:rPr>
              <w:t>Zintegrowany układ graficzny obsługujący DirectX 12 lub nowszy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6F9FA600" w14:textId="77777777" w:rsidR="00A62F46" w:rsidRDefault="00A62F46">
            <w:pPr>
              <w:keepLines/>
              <w:spacing w:after="0"/>
            </w:pPr>
          </w:p>
        </w:tc>
      </w:tr>
      <w:tr w:rsidR="00A62F46" w14:paraId="4A627F08" w14:textId="77777777" w:rsidTr="006A2471">
        <w:trPr>
          <w:cantSplit/>
          <w:jc w:val="center"/>
        </w:trPr>
        <w:tc>
          <w:tcPr>
            <w:tcW w:w="2438" w:type="dxa"/>
            <w:vAlign w:val="center"/>
          </w:tcPr>
          <w:p w14:paraId="36818BFC" w14:textId="77777777" w:rsidR="00A62F46" w:rsidRDefault="00A70318">
            <w:pPr>
              <w:keepLines/>
              <w:spacing w:after="0"/>
            </w:pPr>
            <w:r>
              <w:rPr>
                <w:b/>
                <w:sz w:val="17"/>
              </w:rPr>
              <w:t>Pamięć RAM</w:t>
            </w:r>
          </w:p>
        </w:tc>
        <w:tc>
          <w:tcPr>
            <w:tcW w:w="4762" w:type="dxa"/>
            <w:vAlign w:val="center"/>
          </w:tcPr>
          <w:p w14:paraId="22E42501" w14:textId="77777777" w:rsidR="00A62F46" w:rsidRDefault="00A70318">
            <w:pPr>
              <w:keepLines/>
              <w:spacing w:after="0"/>
            </w:pPr>
            <w:r>
              <w:rPr>
                <w:sz w:val="17"/>
              </w:rPr>
              <w:t>Minimum 16 GB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256C64C4" w14:textId="77777777" w:rsidR="00A62F46" w:rsidRDefault="00A62F46">
            <w:pPr>
              <w:keepLines/>
              <w:spacing w:after="0"/>
            </w:pPr>
          </w:p>
        </w:tc>
      </w:tr>
      <w:tr w:rsidR="00A62F46" w14:paraId="58EB8FAD" w14:textId="77777777" w:rsidTr="006A2471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3FB028DA" w14:textId="77777777" w:rsidR="00A62F46" w:rsidRDefault="00A70318">
            <w:pPr>
              <w:keepLines/>
              <w:spacing w:after="0"/>
            </w:pPr>
            <w:r>
              <w:rPr>
                <w:b/>
                <w:sz w:val="17"/>
              </w:rPr>
              <w:t>Typ RAM</w:t>
            </w:r>
          </w:p>
        </w:tc>
        <w:tc>
          <w:tcPr>
            <w:tcW w:w="4762" w:type="dxa"/>
            <w:shd w:val="clear" w:color="auto" w:fill="F5F7FA"/>
            <w:vAlign w:val="center"/>
          </w:tcPr>
          <w:p w14:paraId="641C0FF4" w14:textId="77777777" w:rsidR="00A62F46" w:rsidRDefault="00A70318">
            <w:pPr>
              <w:keepLines/>
              <w:spacing w:after="0"/>
            </w:pPr>
            <w:r>
              <w:rPr>
                <w:sz w:val="17"/>
              </w:rPr>
              <w:t>DDR5 lub równoważna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239CFEE6" w14:textId="77777777" w:rsidR="00A62F46" w:rsidRDefault="00A62F46">
            <w:pPr>
              <w:keepLines/>
              <w:spacing w:after="0"/>
            </w:pPr>
          </w:p>
        </w:tc>
      </w:tr>
      <w:tr w:rsidR="00A62F46" w14:paraId="6EFDE425" w14:textId="77777777" w:rsidTr="006A2471">
        <w:trPr>
          <w:cantSplit/>
          <w:jc w:val="center"/>
        </w:trPr>
        <w:tc>
          <w:tcPr>
            <w:tcW w:w="2438" w:type="dxa"/>
            <w:vAlign w:val="center"/>
          </w:tcPr>
          <w:p w14:paraId="5FF3BCAF" w14:textId="77777777" w:rsidR="00A62F46" w:rsidRDefault="00A70318">
            <w:pPr>
              <w:keepLines/>
              <w:spacing w:after="0"/>
            </w:pPr>
            <w:r>
              <w:rPr>
                <w:b/>
                <w:sz w:val="17"/>
              </w:rPr>
              <w:t>Szybkość RAM</w:t>
            </w:r>
          </w:p>
        </w:tc>
        <w:tc>
          <w:tcPr>
            <w:tcW w:w="4762" w:type="dxa"/>
            <w:vAlign w:val="center"/>
          </w:tcPr>
          <w:p w14:paraId="249A6170" w14:textId="77777777" w:rsidR="00A62F46" w:rsidRDefault="00A70318">
            <w:pPr>
              <w:keepLines/>
              <w:spacing w:after="0"/>
            </w:pPr>
            <w:r>
              <w:rPr>
                <w:sz w:val="17"/>
              </w:rPr>
              <w:t>Minimum 5600 MT/s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5198D3B0" w14:textId="77777777" w:rsidR="00A62F46" w:rsidRDefault="00A62F46">
            <w:pPr>
              <w:keepLines/>
              <w:spacing w:after="0"/>
            </w:pPr>
          </w:p>
        </w:tc>
      </w:tr>
      <w:tr w:rsidR="00A62F46" w14:paraId="1FF527A9" w14:textId="77777777" w:rsidTr="006A2471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1D265E26" w14:textId="77777777" w:rsidR="00A62F46" w:rsidRDefault="00A70318">
            <w:pPr>
              <w:keepLines/>
              <w:spacing w:after="0"/>
            </w:pPr>
            <w:r>
              <w:rPr>
                <w:b/>
                <w:sz w:val="17"/>
              </w:rPr>
              <w:t>Gniazda RAM</w:t>
            </w:r>
          </w:p>
        </w:tc>
        <w:tc>
          <w:tcPr>
            <w:tcW w:w="4762" w:type="dxa"/>
            <w:shd w:val="clear" w:color="auto" w:fill="F5F7FA"/>
            <w:vAlign w:val="center"/>
          </w:tcPr>
          <w:p w14:paraId="63F69146" w14:textId="77777777" w:rsidR="00A62F46" w:rsidRDefault="00A70318">
            <w:pPr>
              <w:keepLines/>
              <w:spacing w:after="0"/>
            </w:pPr>
            <w:r>
              <w:rPr>
                <w:sz w:val="17"/>
              </w:rPr>
              <w:t>Minimum 2 gniazda SO-DIMM umożliwiające rozbudowę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0530107C" w14:textId="77777777" w:rsidR="00A62F46" w:rsidRDefault="00A62F46">
            <w:pPr>
              <w:keepLines/>
              <w:spacing w:after="0"/>
            </w:pPr>
          </w:p>
        </w:tc>
      </w:tr>
      <w:tr w:rsidR="00A62F46" w14:paraId="72F52EA1" w14:textId="77777777" w:rsidTr="006A2471">
        <w:trPr>
          <w:cantSplit/>
          <w:jc w:val="center"/>
        </w:trPr>
        <w:tc>
          <w:tcPr>
            <w:tcW w:w="2438" w:type="dxa"/>
            <w:vAlign w:val="center"/>
          </w:tcPr>
          <w:p w14:paraId="1AFF443B" w14:textId="77777777" w:rsidR="00A62F46" w:rsidRDefault="00A70318">
            <w:pPr>
              <w:keepLines/>
              <w:spacing w:after="0"/>
            </w:pPr>
            <w:r>
              <w:rPr>
                <w:b/>
                <w:sz w:val="17"/>
              </w:rPr>
              <w:t>Maksymalna pamięć RAM</w:t>
            </w:r>
          </w:p>
        </w:tc>
        <w:tc>
          <w:tcPr>
            <w:tcW w:w="4762" w:type="dxa"/>
            <w:vAlign w:val="center"/>
          </w:tcPr>
          <w:p w14:paraId="4DE94A00" w14:textId="77777777" w:rsidR="00A62F46" w:rsidRDefault="00A70318">
            <w:pPr>
              <w:keepLines/>
              <w:spacing w:after="0"/>
            </w:pPr>
            <w:r>
              <w:rPr>
                <w:sz w:val="17"/>
              </w:rPr>
              <w:t>Możliwość rozbudowy do minimum 64 GB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09C8AF2E" w14:textId="77777777" w:rsidR="00A62F46" w:rsidRDefault="00A62F46">
            <w:pPr>
              <w:keepLines/>
              <w:spacing w:after="0"/>
            </w:pPr>
          </w:p>
        </w:tc>
      </w:tr>
      <w:tr w:rsidR="00A62F46" w14:paraId="4DC393DC" w14:textId="77777777" w:rsidTr="006A2471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430ADC29" w14:textId="77777777" w:rsidR="00A62F46" w:rsidRDefault="00A70318">
            <w:pPr>
              <w:keepLines/>
              <w:spacing w:after="0"/>
            </w:pPr>
            <w:r>
              <w:rPr>
                <w:b/>
                <w:sz w:val="17"/>
              </w:rPr>
              <w:t>Typ dysku</w:t>
            </w:r>
          </w:p>
        </w:tc>
        <w:tc>
          <w:tcPr>
            <w:tcW w:w="4762" w:type="dxa"/>
            <w:shd w:val="clear" w:color="auto" w:fill="F5F7FA"/>
            <w:vAlign w:val="center"/>
          </w:tcPr>
          <w:p w14:paraId="12ACEC89" w14:textId="77777777" w:rsidR="00A62F46" w:rsidRDefault="00A70318">
            <w:pPr>
              <w:keepLines/>
              <w:spacing w:after="0"/>
            </w:pPr>
            <w:r>
              <w:rPr>
                <w:sz w:val="17"/>
              </w:rPr>
              <w:t>SSD M.2 NVMe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0EFAFCDE" w14:textId="77777777" w:rsidR="00A62F46" w:rsidRDefault="00A62F46">
            <w:pPr>
              <w:keepLines/>
              <w:spacing w:after="0"/>
            </w:pPr>
          </w:p>
        </w:tc>
      </w:tr>
      <w:tr w:rsidR="00A62F46" w14:paraId="4B0CB850" w14:textId="77777777" w:rsidTr="006A2471">
        <w:trPr>
          <w:cantSplit/>
          <w:jc w:val="center"/>
        </w:trPr>
        <w:tc>
          <w:tcPr>
            <w:tcW w:w="2438" w:type="dxa"/>
            <w:vAlign w:val="center"/>
          </w:tcPr>
          <w:p w14:paraId="630C3623" w14:textId="77777777" w:rsidR="00A62F46" w:rsidRDefault="00A70318">
            <w:pPr>
              <w:keepLines/>
              <w:spacing w:after="0"/>
            </w:pPr>
            <w:r>
              <w:rPr>
                <w:b/>
                <w:sz w:val="17"/>
              </w:rPr>
              <w:t>Pojemność SSD</w:t>
            </w:r>
          </w:p>
        </w:tc>
        <w:tc>
          <w:tcPr>
            <w:tcW w:w="4762" w:type="dxa"/>
            <w:vAlign w:val="center"/>
          </w:tcPr>
          <w:p w14:paraId="6685C709" w14:textId="77777777" w:rsidR="00A62F46" w:rsidRDefault="00A70318">
            <w:pPr>
              <w:keepLines/>
              <w:spacing w:after="0"/>
            </w:pPr>
            <w:r>
              <w:rPr>
                <w:sz w:val="17"/>
              </w:rPr>
              <w:t>Minimum 512 GB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35319ACF" w14:textId="77777777" w:rsidR="00A62F46" w:rsidRDefault="00A62F46">
            <w:pPr>
              <w:keepLines/>
              <w:spacing w:after="0"/>
            </w:pPr>
          </w:p>
        </w:tc>
      </w:tr>
      <w:tr w:rsidR="00A62F46" w14:paraId="18D05E19" w14:textId="77777777" w:rsidTr="006A2471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4207A8FB" w14:textId="77777777" w:rsidR="00A62F46" w:rsidRDefault="00A70318">
            <w:pPr>
              <w:keepLines/>
              <w:spacing w:after="0"/>
            </w:pPr>
            <w:r>
              <w:rPr>
                <w:b/>
                <w:sz w:val="17"/>
              </w:rPr>
              <w:t>Interfejs SSD</w:t>
            </w:r>
          </w:p>
        </w:tc>
        <w:tc>
          <w:tcPr>
            <w:tcW w:w="4762" w:type="dxa"/>
            <w:shd w:val="clear" w:color="auto" w:fill="F5F7FA"/>
            <w:vAlign w:val="center"/>
          </w:tcPr>
          <w:p w14:paraId="3AEA8FCF" w14:textId="77777777" w:rsidR="00A62F46" w:rsidRDefault="00A70318">
            <w:pPr>
              <w:keepLines/>
              <w:spacing w:after="0"/>
            </w:pPr>
            <w:r>
              <w:rPr>
                <w:sz w:val="17"/>
              </w:rPr>
              <w:t>Minimum PCIe 4.0 ×4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539BBDE2" w14:textId="77777777" w:rsidR="00A62F46" w:rsidRDefault="00A62F46">
            <w:pPr>
              <w:keepLines/>
              <w:spacing w:after="0"/>
            </w:pPr>
          </w:p>
        </w:tc>
      </w:tr>
      <w:tr w:rsidR="00A62F46" w14:paraId="6C34726D" w14:textId="77777777" w:rsidTr="006A2471">
        <w:trPr>
          <w:cantSplit/>
          <w:jc w:val="center"/>
        </w:trPr>
        <w:tc>
          <w:tcPr>
            <w:tcW w:w="2438" w:type="dxa"/>
            <w:vAlign w:val="center"/>
          </w:tcPr>
          <w:p w14:paraId="0CB69424" w14:textId="77777777" w:rsidR="00A62F46" w:rsidRDefault="00A70318">
            <w:pPr>
              <w:keepLines/>
              <w:spacing w:after="0"/>
            </w:pPr>
            <w:r>
              <w:rPr>
                <w:b/>
                <w:sz w:val="17"/>
              </w:rPr>
              <w:t>Rozbudowa dysków</w:t>
            </w:r>
          </w:p>
        </w:tc>
        <w:tc>
          <w:tcPr>
            <w:tcW w:w="4762" w:type="dxa"/>
            <w:vAlign w:val="center"/>
          </w:tcPr>
          <w:p w14:paraId="535DDF40" w14:textId="77777777" w:rsidR="00A62F46" w:rsidRDefault="00A70318">
            <w:pPr>
              <w:keepLines/>
              <w:spacing w:after="0"/>
            </w:pPr>
            <w:r>
              <w:rPr>
                <w:sz w:val="17"/>
              </w:rPr>
              <w:t>Możliwość instalacji drugiego wewnętrznego dysku SSD M.2 NVMe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534A809A" w14:textId="77777777" w:rsidR="00A62F46" w:rsidRDefault="00A62F46">
            <w:pPr>
              <w:keepLines/>
              <w:spacing w:after="0"/>
            </w:pPr>
          </w:p>
        </w:tc>
      </w:tr>
      <w:tr w:rsidR="00A62F46" w14:paraId="1FE1F7AD" w14:textId="77777777" w:rsidTr="006A2471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3316C1AD" w14:textId="77777777" w:rsidR="00A62F46" w:rsidRDefault="00A70318">
            <w:pPr>
              <w:keepLines/>
              <w:spacing w:after="0"/>
            </w:pPr>
            <w:r>
              <w:rPr>
                <w:b/>
                <w:sz w:val="17"/>
              </w:rPr>
              <w:t>Kamera</w:t>
            </w:r>
          </w:p>
        </w:tc>
        <w:tc>
          <w:tcPr>
            <w:tcW w:w="4762" w:type="dxa"/>
            <w:shd w:val="clear" w:color="auto" w:fill="F5F7FA"/>
            <w:vAlign w:val="center"/>
          </w:tcPr>
          <w:p w14:paraId="0B10C9EA" w14:textId="77777777" w:rsidR="00A62F46" w:rsidRDefault="00A70318">
            <w:pPr>
              <w:keepLines/>
              <w:spacing w:after="0"/>
            </w:pPr>
            <w:r>
              <w:rPr>
                <w:sz w:val="17"/>
              </w:rPr>
              <w:t>Wbudowana kamera minimum Full HD 1080p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1E1ED51A" w14:textId="77777777" w:rsidR="00A62F46" w:rsidRDefault="00A62F46">
            <w:pPr>
              <w:keepLines/>
              <w:spacing w:after="0"/>
            </w:pPr>
          </w:p>
        </w:tc>
      </w:tr>
      <w:tr w:rsidR="00A62F46" w14:paraId="20060F4D" w14:textId="77777777" w:rsidTr="006A2471">
        <w:trPr>
          <w:cantSplit/>
          <w:jc w:val="center"/>
        </w:trPr>
        <w:tc>
          <w:tcPr>
            <w:tcW w:w="2438" w:type="dxa"/>
            <w:vAlign w:val="center"/>
          </w:tcPr>
          <w:p w14:paraId="3AE76849" w14:textId="77777777" w:rsidR="00A62F46" w:rsidRDefault="00A70318">
            <w:pPr>
              <w:keepLines/>
              <w:spacing w:after="0"/>
            </w:pPr>
            <w:r>
              <w:rPr>
                <w:b/>
                <w:sz w:val="17"/>
              </w:rPr>
              <w:t>Prywatność kamery</w:t>
            </w:r>
          </w:p>
        </w:tc>
        <w:tc>
          <w:tcPr>
            <w:tcW w:w="4762" w:type="dxa"/>
            <w:vAlign w:val="center"/>
          </w:tcPr>
          <w:p w14:paraId="5A989A73" w14:textId="77777777" w:rsidR="00A62F46" w:rsidRDefault="00A70318">
            <w:pPr>
              <w:keepLines/>
              <w:spacing w:after="0"/>
            </w:pPr>
            <w:r>
              <w:rPr>
                <w:sz w:val="17"/>
              </w:rPr>
              <w:t>Fizyczna przesłona kamery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2B6A1721" w14:textId="77777777" w:rsidR="00A62F46" w:rsidRDefault="00A62F46">
            <w:pPr>
              <w:keepLines/>
              <w:spacing w:after="0"/>
            </w:pPr>
          </w:p>
        </w:tc>
      </w:tr>
      <w:tr w:rsidR="00A62F46" w14:paraId="423123E9" w14:textId="77777777" w:rsidTr="006A2471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2385CD4C" w14:textId="77777777" w:rsidR="00A62F46" w:rsidRDefault="00A70318">
            <w:pPr>
              <w:keepLines/>
              <w:spacing w:after="0"/>
            </w:pPr>
            <w:r>
              <w:rPr>
                <w:b/>
                <w:sz w:val="17"/>
              </w:rPr>
              <w:t>Mikrofony</w:t>
            </w:r>
          </w:p>
        </w:tc>
        <w:tc>
          <w:tcPr>
            <w:tcW w:w="4762" w:type="dxa"/>
            <w:shd w:val="clear" w:color="auto" w:fill="F5F7FA"/>
            <w:vAlign w:val="center"/>
          </w:tcPr>
          <w:p w14:paraId="5F21ABA8" w14:textId="77777777" w:rsidR="00A62F46" w:rsidRDefault="00A70318">
            <w:pPr>
              <w:keepLines/>
              <w:spacing w:after="0"/>
            </w:pPr>
            <w:r>
              <w:rPr>
                <w:sz w:val="17"/>
              </w:rPr>
              <w:t>Minimum 2 wbudowane mikrofony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29C33E13" w14:textId="77777777" w:rsidR="00A62F46" w:rsidRDefault="00A62F46">
            <w:pPr>
              <w:keepLines/>
              <w:spacing w:after="0"/>
            </w:pPr>
          </w:p>
        </w:tc>
      </w:tr>
      <w:tr w:rsidR="00A62F46" w14:paraId="0C71132F" w14:textId="77777777" w:rsidTr="006A2471">
        <w:trPr>
          <w:cantSplit/>
          <w:jc w:val="center"/>
        </w:trPr>
        <w:tc>
          <w:tcPr>
            <w:tcW w:w="2438" w:type="dxa"/>
            <w:vAlign w:val="center"/>
          </w:tcPr>
          <w:p w14:paraId="723B86A5" w14:textId="77777777" w:rsidR="00A62F46" w:rsidRDefault="00A70318">
            <w:pPr>
              <w:keepLines/>
              <w:spacing w:after="0"/>
            </w:pPr>
            <w:r>
              <w:rPr>
                <w:b/>
                <w:sz w:val="17"/>
              </w:rPr>
              <w:t>Głośniki</w:t>
            </w:r>
          </w:p>
        </w:tc>
        <w:tc>
          <w:tcPr>
            <w:tcW w:w="4762" w:type="dxa"/>
            <w:vAlign w:val="center"/>
          </w:tcPr>
          <w:p w14:paraId="70A96272" w14:textId="77777777" w:rsidR="00A62F46" w:rsidRDefault="00A70318">
            <w:pPr>
              <w:keepLines/>
              <w:spacing w:after="0"/>
            </w:pPr>
            <w:r>
              <w:rPr>
                <w:sz w:val="17"/>
              </w:rPr>
              <w:t>Wbudowane głośniki stereo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2D32AF05" w14:textId="77777777" w:rsidR="00A62F46" w:rsidRDefault="00A62F46">
            <w:pPr>
              <w:keepLines/>
              <w:spacing w:after="0"/>
            </w:pPr>
          </w:p>
        </w:tc>
      </w:tr>
      <w:tr w:rsidR="00A62F46" w14:paraId="2D135266" w14:textId="77777777" w:rsidTr="006A2471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68F9A6AC" w14:textId="77777777" w:rsidR="00A62F46" w:rsidRDefault="00A70318">
            <w:pPr>
              <w:keepLines/>
              <w:spacing w:after="0"/>
            </w:pPr>
            <w:r>
              <w:rPr>
                <w:b/>
                <w:sz w:val="17"/>
              </w:rPr>
              <w:t>Klawiatura</w:t>
            </w:r>
          </w:p>
        </w:tc>
        <w:tc>
          <w:tcPr>
            <w:tcW w:w="4762" w:type="dxa"/>
            <w:shd w:val="clear" w:color="auto" w:fill="F5F7FA"/>
            <w:vAlign w:val="center"/>
          </w:tcPr>
          <w:p w14:paraId="4C7C01F4" w14:textId="77777777" w:rsidR="00A62F46" w:rsidRDefault="00A70318">
            <w:pPr>
              <w:keepLines/>
              <w:spacing w:after="0"/>
            </w:pPr>
            <w:r>
              <w:rPr>
                <w:sz w:val="17"/>
              </w:rPr>
              <w:t>Pełnowymiarowa klawiatura z wydzieloną sekcją numeryczną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4C63D5F1" w14:textId="77777777" w:rsidR="00A62F46" w:rsidRDefault="00A62F46">
            <w:pPr>
              <w:keepLines/>
              <w:spacing w:after="0"/>
            </w:pPr>
          </w:p>
        </w:tc>
      </w:tr>
      <w:tr w:rsidR="00A62F46" w14:paraId="41EC66D2" w14:textId="77777777" w:rsidTr="006A2471">
        <w:trPr>
          <w:cantSplit/>
          <w:jc w:val="center"/>
        </w:trPr>
        <w:tc>
          <w:tcPr>
            <w:tcW w:w="2438" w:type="dxa"/>
            <w:vAlign w:val="center"/>
          </w:tcPr>
          <w:p w14:paraId="594CD058" w14:textId="77777777" w:rsidR="00A62F46" w:rsidRDefault="00A70318">
            <w:pPr>
              <w:keepLines/>
              <w:spacing w:after="0"/>
            </w:pPr>
            <w:r>
              <w:rPr>
                <w:b/>
                <w:sz w:val="17"/>
              </w:rPr>
              <w:t>Podświetlenie klawiatury</w:t>
            </w:r>
          </w:p>
        </w:tc>
        <w:tc>
          <w:tcPr>
            <w:tcW w:w="4762" w:type="dxa"/>
            <w:vAlign w:val="center"/>
          </w:tcPr>
          <w:p w14:paraId="72E1B022" w14:textId="77777777" w:rsidR="00A62F46" w:rsidRDefault="00A70318">
            <w:pPr>
              <w:keepLines/>
              <w:spacing w:after="0"/>
            </w:pPr>
            <w:r>
              <w:rPr>
                <w:sz w:val="17"/>
              </w:rPr>
              <w:t>Wymagane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572F0555" w14:textId="77777777" w:rsidR="00A62F46" w:rsidRDefault="00A62F46">
            <w:pPr>
              <w:keepLines/>
              <w:spacing w:after="0"/>
            </w:pPr>
          </w:p>
        </w:tc>
      </w:tr>
      <w:tr w:rsidR="00A62F46" w14:paraId="5385EB7D" w14:textId="77777777" w:rsidTr="006A2471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25315112" w14:textId="77777777" w:rsidR="00A62F46" w:rsidRDefault="00A70318">
            <w:pPr>
              <w:keepLines/>
              <w:spacing w:after="0"/>
            </w:pPr>
            <w:r>
              <w:rPr>
                <w:b/>
                <w:sz w:val="17"/>
              </w:rPr>
              <w:t>Touchpad</w:t>
            </w:r>
          </w:p>
        </w:tc>
        <w:tc>
          <w:tcPr>
            <w:tcW w:w="4762" w:type="dxa"/>
            <w:shd w:val="clear" w:color="auto" w:fill="F5F7FA"/>
            <w:vAlign w:val="center"/>
          </w:tcPr>
          <w:p w14:paraId="6FFFDDA7" w14:textId="77777777" w:rsidR="00A62F46" w:rsidRDefault="00A70318">
            <w:pPr>
              <w:keepLines/>
              <w:spacing w:after="0"/>
            </w:pPr>
            <w:r>
              <w:rPr>
                <w:sz w:val="17"/>
              </w:rPr>
              <w:t>Wbudowany gładzik wielodotykowy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45E73FC3" w14:textId="77777777" w:rsidR="00A62F46" w:rsidRDefault="00A62F46">
            <w:pPr>
              <w:keepLines/>
              <w:spacing w:after="0"/>
            </w:pPr>
          </w:p>
        </w:tc>
      </w:tr>
      <w:tr w:rsidR="00A62F46" w14:paraId="0DD87993" w14:textId="77777777" w:rsidTr="006A2471">
        <w:trPr>
          <w:cantSplit/>
          <w:jc w:val="center"/>
        </w:trPr>
        <w:tc>
          <w:tcPr>
            <w:tcW w:w="2438" w:type="dxa"/>
            <w:vAlign w:val="center"/>
          </w:tcPr>
          <w:p w14:paraId="53A7F778" w14:textId="77777777" w:rsidR="00A62F46" w:rsidRDefault="00A70318">
            <w:pPr>
              <w:keepLines/>
              <w:spacing w:after="0"/>
            </w:pPr>
            <w:r>
              <w:rPr>
                <w:b/>
                <w:sz w:val="17"/>
              </w:rPr>
              <w:t>Ethernet</w:t>
            </w:r>
          </w:p>
        </w:tc>
        <w:tc>
          <w:tcPr>
            <w:tcW w:w="4762" w:type="dxa"/>
            <w:vAlign w:val="center"/>
          </w:tcPr>
          <w:p w14:paraId="6DCDA75C" w14:textId="77777777" w:rsidR="00A62F46" w:rsidRDefault="00A70318">
            <w:pPr>
              <w:keepLines/>
              <w:spacing w:after="0"/>
            </w:pPr>
            <w:r>
              <w:rPr>
                <w:sz w:val="17"/>
              </w:rPr>
              <w:t>Minimum 1 × RJ-45 Gigabit Ethernet 10/100/1000 Mb/s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059A5C6D" w14:textId="77777777" w:rsidR="00A62F46" w:rsidRDefault="00A62F46">
            <w:pPr>
              <w:keepLines/>
              <w:spacing w:after="0"/>
            </w:pPr>
          </w:p>
        </w:tc>
      </w:tr>
      <w:tr w:rsidR="00A62F46" w14:paraId="06B9025A" w14:textId="77777777" w:rsidTr="006A2471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44BCA3D1" w14:textId="77777777" w:rsidR="00A62F46" w:rsidRDefault="00A70318">
            <w:pPr>
              <w:keepLines/>
              <w:spacing w:after="0"/>
            </w:pPr>
            <w:r>
              <w:rPr>
                <w:b/>
                <w:sz w:val="17"/>
              </w:rPr>
              <w:t>Wi-Fi</w:t>
            </w:r>
          </w:p>
        </w:tc>
        <w:tc>
          <w:tcPr>
            <w:tcW w:w="4762" w:type="dxa"/>
            <w:shd w:val="clear" w:color="auto" w:fill="F5F7FA"/>
            <w:vAlign w:val="center"/>
          </w:tcPr>
          <w:p w14:paraId="13E5513C" w14:textId="77777777" w:rsidR="00A62F46" w:rsidRDefault="00A70318">
            <w:pPr>
              <w:keepLines/>
              <w:spacing w:after="0"/>
            </w:pPr>
            <w:r>
              <w:rPr>
                <w:sz w:val="17"/>
              </w:rPr>
              <w:t>Minimum Wi-Fi 6, IEEE 802.11ax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5F6A2923" w14:textId="77777777" w:rsidR="00A62F46" w:rsidRDefault="00A62F46">
            <w:pPr>
              <w:keepLines/>
              <w:spacing w:after="0"/>
            </w:pPr>
          </w:p>
        </w:tc>
      </w:tr>
      <w:tr w:rsidR="00A62F46" w14:paraId="7C55603E" w14:textId="77777777" w:rsidTr="006A2471">
        <w:trPr>
          <w:cantSplit/>
          <w:jc w:val="center"/>
        </w:trPr>
        <w:tc>
          <w:tcPr>
            <w:tcW w:w="2438" w:type="dxa"/>
            <w:vAlign w:val="center"/>
          </w:tcPr>
          <w:p w14:paraId="029BF9FC" w14:textId="77777777" w:rsidR="00A62F46" w:rsidRDefault="00A70318">
            <w:pPr>
              <w:keepLines/>
              <w:spacing w:after="0"/>
            </w:pPr>
            <w:r>
              <w:rPr>
                <w:b/>
                <w:sz w:val="17"/>
              </w:rPr>
              <w:t>Bluetooth</w:t>
            </w:r>
          </w:p>
        </w:tc>
        <w:tc>
          <w:tcPr>
            <w:tcW w:w="4762" w:type="dxa"/>
            <w:vAlign w:val="center"/>
          </w:tcPr>
          <w:p w14:paraId="34D1F05F" w14:textId="77777777" w:rsidR="00A62F46" w:rsidRDefault="00A70318">
            <w:pPr>
              <w:keepLines/>
              <w:spacing w:after="0"/>
            </w:pPr>
            <w:r>
              <w:rPr>
                <w:sz w:val="17"/>
              </w:rPr>
              <w:t>Minimum Bluetooth 5.2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74FF2C5A" w14:textId="77777777" w:rsidR="00A62F46" w:rsidRDefault="00A62F46">
            <w:pPr>
              <w:keepLines/>
              <w:spacing w:after="0"/>
            </w:pPr>
          </w:p>
        </w:tc>
      </w:tr>
      <w:tr w:rsidR="00A62F46" w14:paraId="15ADAE3E" w14:textId="77777777" w:rsidTr="006A2471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725A2BEC" w14:textId="77777777" w:rsidR="00A62F46" w:rsidRDefault="00A70318">
            <w:pPr>
              <w:keepLines/>
              <w:spacing w:after="0"/>
            </w:pPr>
            <w:r>
              <w:rPr>
                <w:b/>
                <w:sz w:val="17"/>
              </w:rPr>
              <w:t>Thunderbolt / USB-C</w:t>
            </w:r>
          </w:p>
        </w:tc>
        <w:tc>
          <w:tcPr>
            <w:tcW w:w="4762" w:type="dxa"/>
            <w:shd w:val="clear" w:color="auto" w:fill="F5F7FA"/>
            <w:vAlign w:val="center"/>
          </w:tcPr>
          <w:p w14:paraId="0853F140" w14:textId="77777777" w:rsidR="00A62F46" w:rsidRDefault="00A70318">
            <w:pPr>
              <w:keepLines/>
              <w:spacing w:after="0"/>
            </w:pPr>
            <w:r>
              <w:rPr>
                <w:sz w:val="17"/>
              </w:rPr>
              <w:t>Minimum 1 × Thunderbolt 4 40 Gb/s oraz 1 × USB-C 10 Gb/s, z obsługą DisplayPort i Power Delivery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175AE91D" w14:textId="77777777" w:rsidR="00A62F46" w:rsidRDefault="00A62F46">
            <w:pPr>
              <w:keepLines/>
              <w:spacing w:after="0"/>
            </w:pPr>
          </w:p>
        </w:tc>
      </w:tr>
      <w:tr w:rsidR="00A62F46" w14:paraId="29FAE67F" w14:textId="77777777" w:rsidTr="006A2471">
        <w:trPr>
          <w:cantSplit/>
          <w:jc w:val="center"/>
        </w:trPr>
        <w:tc>
          <w:tcPr>
            <w:tcW w:w="2438" w:type="dxa"/>
            <w:vAlign w:val="center"/>
          </w:tcPr>
          <w:p w14:paraId="4302368C" w14:textId="77777777" w:rsidR="00A62F46" w:rsidRDefault="00A70318">
            <w:pPr>
              <w:keepLines/>
              <w:spacing w:after="0"/>
            </w:pPr>
            <w:r>
              <w:rPr>
                <w:b/>
                <w:sz w:val="17"/>
              </w:rPr>
              <w:t>USB-A</w:t>
            </w:r>
          </w:p>
        </w:tc>
        <w:tc>
          <w:tcPr>
            <w:tcW w:w="4762" w:type="dxa"/>
            <w:vAlign w:val="center"/>
          </w:tcPr>
          <w:p w14:paraId="46F37146" w14:textId="77777777" w:rsidR="00A62F46" w:rsidRDefault="00A70318">
            <w:pPr>
              <w:keepLines/>
              <w:spacing w:after="0"/>
            </w:pPr>
            <w:r>
              <w:rPr>
                <w:sz w:val="17"/>
              </w:rPr>
              <w:t>Minimum 2 × USB-A USB 3.2 Gen 1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044D7129" w14:textId="77777777" w:rsidR="00A62F46" w:rsidRDefault="00A62F46">
            <w:pPr>
              <w:keepLines/>
              <w:spacing w:after="0"/>
            </w:pPr>
          </w:p>
        </w:tc>
      </w:tr>
      <w:tr w:rsidR="00A62F46" w14:paraId="7F3F68DD" w14:textId="77777777" w:rsidTr="006A2471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19695D3F" w14:textId="77777777" w:rsidR="00A62F46" w:rsidRDefault="00A70318">
            <w:pPr>
              <w:keepLines/>
              <w:spacing w:after="0"/>
            </w:pPr>
            <w:r>
              <w:rPr>
                <w:b/>
                <w:sz w:val="17"/>
              </w:rPr>
              <w:t>HDMI</w:t>
            </w:r>
          </w:p>
        </w:tc>
        <w:tc>
          <w:tcPr>
            <w:tcW w:w="4762" w:type="dxa"/>
            <w:shd w:val="clear" w:color="auto" w:fill="F5F7FA"/>
            <w:vAlign w:val="center"/>
          </w:tcPr>
          <w:p w14:paraId="7A2AFBD2" w14:textId="77777777" w:rsidR="00A62F46" w:rsidRDefault="00A70318">
            <w:pPr>
              <w:keepLines/>
              <w:spacing w:after="0"/>
            </w:pPr>
            <w:r>
              <w:rPr>
                <w:sz w:val="17"/>
              </w:rPr>
              <w:t>Minimum 1 × HDMI z obsługą obrazu 4K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5E0BA17F" w14:textId="77777777" w:rsidR="00A62F46" w:rsidRDefault="00A62F46">
            <w:pPr>
              <w:keepLines/>
              <w:spacing w:after="0"/>
            </w:pPr>
          </w:p>
        </w:tc>
      </w:tr>
      <w:tr w:rsidR="00A62F46" w14:paraId="16034F4B" w14:textId="77777777" w:rsidTr="006A2471">
        <w:trPr>
          <w:cantSplit/>
          <w:jc w:val="center"/>
        </w:trPr>
        <w:tc>
          <w:tcPr>
            <w:tcW w:w="2438" w:type="dxa"/>
            <w:vAlign w:val="center"/>
          </w:tcPr>
          <w:p w14:paraId="3EA6DD6C" w14:textId="77777777" w:rsidR="00A62F46" w:rsidRDefault="00A70318">
            <w:pPr>
              <w:keepLines/>
              <w:spacing w:after="0"/>
            </w:pPr>
            <w:r>
              <w:rPr>
                <w:b/>
                <w:sz w:val="17"/>
              </w:rPr>
              <w:lastRenderedPageBreak/>
              <w:t>Audio</w:t>
            </w:r>
          </w:p>
        </w:tc>
        <w:tc>
          <w:tcPr>
            <w:tcW w:w="4762" w:type="dxa"/>
            <w:vAlign w:val="center"/>
          </w:tcPr>
          <w:p w14:paraId="22894AE2" w14:textId="77777777" w:rsidR="00A62F46" w:rsidRDefault="00A70318">
            <w:pPr>
              <w:keepLines/>
              <w:spacing w:after="0"/>
            </w:pPr>
            <w:r>
              <w:rPr>
                <w:sz w:val="17"/>
              </w:rPr>
              <w:t>Minimum 1 × gniazdo słuchawkowo-mikrofonowe 3,5 mm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080A80FE" w14:textId="77777777" w:rsidR="00A62F46" w:rsidRDefault="00A62F46">
            <w:pPr>
              <w:keepLines/>
              <w:spacing w:after="0"/>
            </w:pPr>
          </w:p>
        </w:tc>
      </w:tr>
      <w:tr w:rsidR="00A62F46" w14:paraId="3E026D46" w14:textId="77777777" w:rsidTr="006A2471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18059A82" w14:textId="77777777" w:rsidR="00A62F46" w:rsidRDefault="00A70318">
            <w:pPr>
              <w:keepLines/>
              <w:spacing w:after="0"/>
            </w:pPr>
            <w:r>
              <w:rPr>
                <w:b/>
                <w:sz w:val="17"/>
              </w:rPr>
              <w:t>Czytnik kart</w:t>
            </w:r>
          </w:p>
        </w:tc>
        <w:tc>
          <w:tcPr>
            <w:tcW w:w="4762" w:type="dxa"/>
            <w:shd w:val="clear" w:color="auto" w:fill="F5F7FA"/>
            <w:vAlign w:val="center"/>
          </w:tcPr>
          <w:p w14:paraId="2A0531CA" w14:textId="77777777" w:rsidR="00A62F46" w:rsidRDefault="00A70318">
            <w:pPr>
              <w:keepLines/>
              <w:spacing w:after="0"/>
            </w:pPr>
            <w:r>
              <w:rPr>
                <w:sz w:val="17"/>
              </w:rPr>
              <w:t>Wbudowany czytnik kart SD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2453CD94" w14:textId="77777777" w:rsidR="00A62F46" w:rsidRDefault="00A62F46">
            <w:pPr>
              <w:keepLines/>
              <w:spacing w:after="0"/>
            </w:pPr>
          </w:p>
        </w:tc>
      </w:tr>
      <w:tr w:rsidR="00A62F46" w14:paraId="7CE77CE8" w14:textId="77777777" w:rsidTr="006A2471">
        <w:trPr>
          <w:cantSplit/>
          <w:jc w:val="center"/>
        </w:trPr>
        <w:tc>
          <w:tcPr>
            <w:tcW w:w="2438" w:type="dxa"/>
            <w:vAlign w:val="center"/>
          </w:tcPr>
          <w:p w14:paraId="7E26ED58" w14:textId="77777777" w:rsidR="00A62F46" w:rsidRDefault="00A70318">
            <w:pPr>
              <w:keepLines/>
              <w:spacing w:after="0"/>
            </w:pPr>
            <w:r>
              <w:rPr>
                <w:b/>
                <w:sz w:val="17"/>
              </w:rPr>
              <w:t>Typ baterii</w:t>
            </w:r>
          </w:p>
        </w:tc>
        <w:tc>
          <w:tcPr>
            <w:tcW w:w="4762" w:type="dxa"/>
            <w:vAlign w:val="center"/>
          </w:tcPr>
          <w:p w14:paraId="366C3DC8" w14:textId="77777777" w:rsidR="00A62F46" w:rsidRDefault="00A70318">
            <w:pPr>
              <w:keepLines/>
              <w:spacing w:after="0"/>
            </w:pPr>
            <w:r>
              <w:rPr>
                <w:sz w:val="17"/>
              </w:rPr>
              <w:t>Litowo-polimerowa lub litowo-jonowa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718B0263" w14:textId="77777777" w:rsidR="00A62F46" w:rsidRDefault="00A62F46">
            <w:pPr>
              <w:keepLines/>
              <w:spacing w:after="0"/>
            </w:pPr>
          </w:p>
        </w:tc>
      </w:tr>
      <w:tr w:rsidR="00A62F46" w14:paraId="34A92345" w14:textId="77777777" w:rsidTr="006A2471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57AFD4AE" w14:textId="77777777" w:rsidR="00A62F46" w:rsidRDefault="00A70318">
            <w:pPr>
              <w:keepLines/>
              <w:spacing w:after="0"/>
            </w:pPr>
            <w:r>
              <w:rPr>
                <w:b/>
                <w:sz w:val="17"/>
              </w:rPr>
              <w:t>Pojemność baterii</w:t>
            </w:r>
          </w:p>
        </w:tc>
        <w:tc>
          <w:tcPr>
            <w:tcW w:w="4762" w:type="dxa"/>
            <w:shd w:val="clear" w:color="auto" w:fill="F5F7FA"/>
            <w:vAlign w:val="center"/>
          </w:tcPr>
          <w:p w14:paraId="0F7EEF8E" w14:textId="77777777" w:rsidR="00A62F46" w:rsidRDefault="00A70318">
            <w:pPr>
              <w:keepLines/>
              <w:spacing w:after="0"/>
            </w:pPr>
            <w:r>
              <w:rPr>
                <w:sz w:val="17"/>
              </w:rPr>
              <w:t>Minimum 45 Wh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13B8D3FC" w14:textId="77777777" w:rsidR="00A62F46" w:rsidRDefault="00A62F46">
            <w:pPr>
              <w:keepLines/>
              <w:spacing w:after="0"/>
            </w:pPr>
          </w:p>
        </w:tc>
      </w:tr>
      <w:tr w:rsidR="00A62F46" w14:paraId="4D351F6D" w14:textId="77777777" w:rsidTr="006A2471">
        <w:trPr>
          <w:cantSplit/>
          <w:jc w:val="center"/>
        </w:trPr>
        <w:tc>
          <w:tcPr>
            <w:tcW w:w="2438" w:type="dxa"/>
            <w:vAlign w:val="center"/>
          </w:tcPr>
          <w:p w14:paraId="57BAD4CC" w14:textId="77777777" w:rsidR="00A62F46" w:rsidRDefault="00A70318">
            <w:pPr>
              <w:keepLines/>
              <w:spacing w:after="0"/>
            </w:pPr>
            <w:r>
              <w:rPr>
                <w:b/>
                <w:sz w:val="17"/>
              </w:rPr>
              <w:t>Zasilacz</w:t>
            </w:r>
          </w:p>
        </w:tc>
        <w:tc>
          <w:tcPr>
            <w:tcW w:w="4762" w:type="dxa"/>
            <w:vAlign w:val="center"/>
          </w:tcPr>
          <w:p w14:paraId="358281EF" w14:textId="77777777" w:rsidR="00A62F46" w:rsidRDefault="00A70318">
            <w:pPr>
              <w:keepLines/>
              <w:spacing w:after="0"/>
            </w:pPr>
            <w:r>
              <w:rPr>
                <w:sz w:val="17"/>
              </w:rPr>
              <w:t>Oryginalny zasilacz producenta USB-C, minimum 65 W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6ABF6FE9" w14:textId="77777777" w:rsidR="00A62F46" w:rsidRDefault="00A62F46">
            <w:pPr>
              <w:keepLines/>
              <w:spacing w:after="0"/>
            </w:pPr>
          </w:p>
        </w:tc>
      </w:tr>
      <w:tr w:rsidR="00A62F46" w14:paraId="11388C0D" w14:textId="77777777" w:rsidTr="006A2471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0A037404" w14:textId="77777777" w:rsidR="00A62F46" w:rsidRDefault="00A70318">
            <w:pPr>
              <w:keepLines/>
              <w:spacing w:after="0"/>
            </w:pPr>
            <w:r>
              <w:rPr>
                <w:b/>
                <w:sz w:val="17"/>
              </w:rPr>
              <w:t>Zakres zasilania</w:t>
            </w:r>
          </w:p>
        </w:tc>
        <w:tc>
          <w:tcPr>
            <w:tcW w:w="4762" w:type="dxa"/>
            <w:shd w:val="clear" w:color="auto" w:fill="F5F7FA"/>
            <w:vAlign w:val="center"/>
          </w:tcPr>
          <w:p w14:paraId="418661A5" w14:textId="77777777" w:rsidR="00A62F46" w:rsidRDefault="00A70318">
            <w:pPr>
              <w:keepLines/>
              <w:spacing w:after="0"/>
            </w:pPr>
            <w:r>
              <w:rPr>
                <w:sz w:val="17"/>
              </w:rPr>
              <w:t>100–240 V AC, 50/60 Hz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5B5CC684" w14:textId="77777777" w:rsidR="00A62F46" w:rsidRDefault="00A62F46">
            <w:pPr>
              <w:keepLines/>
              <w:spacing w:after="0"/>
            </w:pPr>
          </w:p>
        </w:tc>
      </w:tr>
      <w:tr w:rsidR="00A62F46" w14:paraId="0CD24FFB" w14:textId="77777777" w:rsidTr="006A2471">
        <w:trPr>
          <w:cantSplit/>
          <w:jc w:val="center"/>
        </w:trPr>
        <w:tc>
          <w:tcPr>
            <w:tcW w:w="2438" w:type="dxa"/>
            <w:vAlign w:val="center"/>
          </w:tcPr>
          <w:p w14:paraId="416176E2" w14:textId="77777777" w:rsidR="00A62F46" w:rsidRDefault="00A70318">
            <w:pPr>
              <w:keepLines/>
              <w:spacing w:after="0"/>
            </w:pPr>
            <w:r>
              <w:rPr>
                <w:b/>
                <w:sz w:val="17"/>
              </w:rPr>
              <w:t>TPM</w:t>
            </w:r>
          </w:p>
        </w:tc>
        <w:tc>
          <w:tcPr>
            <w:tcW w:w="4762" w:type="dxa"/>
            <w:vAlign w:val="center"/>
          </w:tcPr>
          <w:p w14:paraId="531AA3BA" w14:textId="77777777" w:rsidR="00A62F46" w:rsidRDefault="00A70318">
            <w:pPr>
              <w:keepLines/>
              <w:spacing w:after="0"/>
            </w:pPr>
            <w:r>
              <w:rPr>
                <w:sz w:val="17"/>
              </w:rPr>
              <w:t>TPM 2.0 sprzętowy lub firmware TPM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4007F86D" w14:textId="77777777" w:rsidR="00A62F46" w:rsidRDefault="00A62F46">
            <w:pPr>
              <w:keepLines/>
              <w:spacing w:after="0"/>
            </w:pPr>
          </w:p>
        </w:tc>
      </w:tr>
      <w:tr w:rsidR="00A62F46" w14:paraId="4C617912" w14:textId="77777777" w:rsidTr="006A2471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7B53169D" w14:textId="77777777" w:rsidR="00A62F46" w:rsidRDefault="00A70318">
            <w:pPr>
              <w:keepLines/>
              <w:spacing w:after="0"/>
            </w:pPr>
            <w:r>
              <w:rPr>
                <w:b/>
                <w:sz w:val="17"/>
              </w:rPr>
              <w:t>Secure Boot</w:t>
            </w:r>
          </w:p>
        </w:tc>
        <w:tc>
          <w:tcPr>
            <w:tcW w:w="4762" w:type="dxa"/>
            <w:shd w:val="clear" w:color="auto" w:fill="F5F7FA"/>
            <w:vAlign w:val="center"/>
          </w:tcPr>
          <w:p w14:paraId="3D977B59" w14:textId="77777777" w:rsidR="00A62F46" w:rsidRDefault="00A70318">
            <w:pPr>
              <w:keepLines/>
              <w:spacing w:after="0"/>
            </w:pPr>
            <w:r>
              <w:rPr>
                <w:sz w:val="17"/>
              </w:rPr>
              <w:t>Obsługa Secure Boot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7763D7FA" w14:textId="77777777" w:rsidR="00A62F46" w:rsidRDefault="00A62F46">
            <w:pPr>
              <w:keepLines/>
              <w:spacing w:after="0"/>
            </w:pPr>
          </w:p>
        </w:tc>
      </w:tr>
      <w:tr w:rsidR="00A62F46" w14:paraId="78DD6A33" w14:textId="77777777" w:rsidTr="006A2471">
        <w:trPr>
          <w:cantSplit/>
          <w:jc w:val="center"/>
        </w:trPr>
        <w:tc>
          <w:tcPr>
            <w:tcW w:w="2438" w:type="dxa"/>
            <w:vAlign w:val="center"/>
          </w:tcPr>
          <w:p w14:paraId="526E8D11" w14:textId="77777777" w:rsidR="00A62F46" w:rsidRDefault="00A70318">
            <w:pPr>
              <w:keepLines/>
              <w:spacing w:after="0"/>
            </w:pPr>
            <w:r>
              <w:rPr>
                <w:b/>
                <w:sz w:val="17"/>
              </w:rPr>
              <w:t>Windows Hello</w:t>
            </w:r>
          </w:p>
        </w:tc>
        <w:tc>
          <w:tcPr>
            <w:tcW w:w="4762" w:type="dxa"/>
            <w:vAlign w:val="center"/>
          </w:tcPr>
          <w:p w14:paraId="7626A3BB" w14:textId="77777777" w:rsidR="00A62F46" w:rsidRDefault="00A70318">
            <w:pPr>
              <w:keepLines/>
              <w:spacing w:after="0"/>
            </w:pPr>
            <w:r>
              <w:rPr>
                <w:sz w:val="17"/>
              </w:rPr>
              <w:t>Obsługa mechanizmów uwierzytelniania systemu Windows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436445FA" w14:textId="77777777" w:rsidR="00A62F46" w:rsidRDefault="00A62F46">
            <w:pPr>
              <w:keepLines/>
              <w:spacing w:after="0"/>
            </w:pPr>
          </w:p>
        </w:tc>
      </w:tr>
      <w:tr w:rsidR="00A62F46" w14:paraId="349BF0E3" w14:textId="77777777" w:rsidTr="006A2471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61401352" w14:textId="77777777" w:rsidR="00A62F46" w:rsidRDefault="00A70318">
            <w:pPr>
              <w:keepLines/>
              <w:spacing w:after="0"/>
            </w:pPr>
            <w:r>
              <w:rPr>
                <w:b/>
                <w:sz w:val="17"/>
              </w:rPr>
              <w:t>UEFI / BIOS</w:t>
            </w:r>
          </w:p>
        </w:tc>
        <w:tc>
          <w:tcPr>
            <w:tcW w:w="4762" w:type="dxa"/>
            <w:shd w:val="clear" w:color="auto" w:fill="F5F7FA"/>
            <w:vAlign w:val="center"/>
          </w:tcPr>
          <w:p w14:paraId="72322719" w14:textId="77777777" w:rsidR="00A62F46" w:rsidRDefault="00A70318">
            <w:pPr>
              <w:keepLines/>
              <w:spacing w:after="0"/>
            </w:pPr>
            <w:r>
              <w:rPr>
                <w:sz w:val="17"/>
              </w:rPr>
              <w:t>Możliwość ustawienia hasła administratora UEFI/BIOS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0912E305" w14:textId="77777777" w:rsidR="00A62F46" w:rsidRDefault="00A62F46">
            <w:pPr>
              <w:keepLines/>
              <w:spacing w:after="0"/>
            </w:pPr>
          </w:p>
        </w:tc>
      </w:tr>
      <w:tr w:rsidR="00A62F46" w14:paraId="0D0CCB67" w14:textId="77777777" w:rsidTr="006A2471">
        <w:trPr>
          <w:cantSplit/>
          <w:jc w:val="center"/>
        </w:trPr>
        <w:tc>
          <w:tcPr>
            <w:tcW w:w="2438" w:type="dxa"/>
            <w:vAlign w:val="center"/>
          </w:tcPr>
          <w:p w14:paraId="5D750589" w14:textId="77777777" w:rsidR="00A62F46" w:rsidRDefault="00A70318">
            <w:pPr>
              <w:keepLines/>
              <w:spacing w:after="0"/>
            </w:pPr>
            <w:r>
              <w:rPr>
                <w:b/>
                <w:sz w:val="17"/>
              </w:rPr>
              <w:t>Blokada fizyczna</w:t>
            </w:r>
          </w:p>
        </w:tc>
        <w:tc>
          <w:tcPr>
            <w:tcW w:w="4762" w:type="dxa"/>
            <w:vAlign w:val="center"/>
          </w:tcPr>
          <w:p w14:paraId="6D624723" w14:textId="77777777" w:rsidR="00A62F46" w:rsidRDefault="00A70318">
            <w:pPr>
              <w:keepLines/>
              <w:spacing w:after="0"/>
            </w:pPr>
            <w:r>
              <w:rPr>
                <w:sz w:val="17"/>
              </w:rPr>
              <w:t>Gniazdo Kensington lub równoważne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6E4FF8E8" w14:textId="77777777" w:rsidR="00A62F46" w:rsidRDefault="00A62F46">
            <w:pPr>
              <w:keepLines/>
              <w:spacing w:after="0"/>
            </w:pPr>
          </w:p>
        </w:tc>
      </w:tr>
      <w:tr w:rsidR="00A62F46" w14:paraId="7E16B400" w14:textId="77777777" w:rsidTr="006A2471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3EE3F048" w14:textId="77777777" w:rsidR="00A62F46" w:rsidRDefault="00A70318">
            <w:pPr>
              <w:keepLines/>
              <w:spacing w:after="0"/>
            </w:pPr>
            <w:r>
              <w:rPr>
                <w:b/>
                <w:sz w:val="17"/>
              </w:rPr>
              <w:t>System operacyjny</w:t>
            </w:r>
          </w:p>
        </w:tc>
        <w:tc>
          <w:tcPr>
            <w:tcW w:w="4762" w:type="dxa"/>
            <w:shd w:val="clear" w:color="auto" w:fill="F5F7FA"/>
            <w:vAlign w:val="center"/>
          </w:tcPr>
          <w:p w14:paraId="4985C708" w14:textId="77777777" w:rsidR="00A62F46" w:rsidRDefault="00A70318">
            <w:pPr>
              <w:keepLines/>
              <w:spacing w:after="0"/>
            </w:pPr>
            <w:r>
              <w:rPr>
                <w:sz w:val="17"/>
              </w:rPr>
              <w:t>Microsoft Windows 11 Pro 64-bit PL, fabrycznie zainstalowany i aktywowany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2C3165AF" w14:textId="77777777" w:rsidR="00A62F46" w:rsidRDefault="00A62F46">
            <w:pPr>
              <w:keepLines/>
              <w:spacing w:after="0"/>
            </w:pPr>
          </w:p>
        </w:tc>
      </w:tr>
      <w:tr w:rsidR="00A62F46" w14:paraId="2EDF7B78" w14:textId="77777777" w:rsidTr="006A2471">
        <w:trPr>
          <w:cantSplit/>
          <w:jc w:val="center"/>
        </w:trPr>
        <w:tc>
          <w:tcPr>
            <w:tcW w:w="2438" w:type="dxa"/>
            <w:vAlign w:val="center"/>
          </w:tcPr>
          <w:p w14:paraId="48046480" w14:textId="77777777" w:rsidR="00A62F46" w:rsidRDefault="00A70318">
            <w:pPr>
              <w:keepLines/>
              <w:spacing w:after="0"/>
            </w:pPr>
            <w:r>
              <w:rPr>
                <w:b/>
                <w:sz w:val="17"/>
              </w:rPr>
              <w:t>Licencja systemu</w:t>
            </w:r>
          </w:p>
        </w:tc>
        <w:tc>
          <w:tcPr>
            <w:tcW w:w="4762" w:type="dxa"/>
            <w:vAlign w:val="center"/>
          </w:tcPr>
          <w:p w14:paraId="6B90701E" w14:textId="77777777" w:rsidR="00A62F46" w:rsidRDefault="00A70318">
            <w:pPr>
              <w:keepLines/>
              <w:spacing w:after="0"/>
            </w:pPr>
            <w:r>
              <w:rPr>
                <w:sz w:val="17"/>
              </w:rPr>
              <w:t>Licencja przypisana do urządzenia zgodnie z zasadami producenta systemu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1F2A2523" w14:textId="77777777" w:rsidR="00A62F46" w:rsidRDefault="00A62F46">
            <w:pPr>
              <w:keepLines/>
              <w:spacing w:after="0"/>
            </w:pPr>
          </w:p>
        </w:tc>
      </w:tr>
      <w:tr w:rsidR="00A62F46" w14:paraId="3FCD9442" w14:textId="77777777" w:rsidTr="006A2471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4E907692" w14:textId="77777777" w:rsidR="00A62F46" w:rsidRDefault="00A70318">
            <w:pPr>
              <w:keepLines/>
              <w:spacing w:after="0"/>
            </w:pPr>
            <w:r>
              <w:rPr>
                <w:b/>
                <w:sz w:val="17"/>
              </w:rPr>
              <w:t>Integracja z domeną</w:t>
            </w:r>
          </w:p>
        </w:tc>
        <w:tc>
          <w:tcPr>
            <w:tcW w:w="4762" w:type="dxa"/>
            <w:shd w:val="clear" w:color="auto" w:fill="F5F7FA"/>
            <w:vAlign w:val="center"/>
          </w:tcPr>
          <w:p w14:paraId="17219FED" w14:textId="77777777" w:rsidR="00A62F46" w:rsidRDefault="00A70318">
            <w:pPr>
              <w:keepLines/>
              <w:spacing w:after="0"/>
            </w:pPr>
            <w:r>
              <w:rPr>
                <w:sz w:val="17"/>
              </w:rPr>
              <w:t>Obsługa dołączenia do domeny Active Directory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0000F542" w14:textId="77777777" w:rsidR="00A62F46" w:rsidRDefault="00A62F46">
            <w:pPr>
              <w:keepLines/>
              <w:spacing w:after="0"/>
            </w:pPr>
          </w:p>
        </w:tc>
      </w:tr>
      <w:tr w:rsidR="00A62F46" w14:paraId="6771709E" w14:textId="77777777" w:rsidTr="006A2471">
        <w:trPr>
          <w:cantSplit/>
          <w:jc w:val="center"/>
        </w:trPr>
        <w:tc>
          <w:tcPr>
            <w:tcW w:w="2438" w:type="dxa"/>
            <w:vAlign w:val="center"/>
          </w:tcPr>
          <w:p w14:paraId="4CBD730E" w14:textId="77777777" w:rsidR="00A62F46" w:rsidRDefault="00A70318">
            <w:pPr>
              <w:keepLines/>
              <w:spacing w:after="0"/>
            </w:pPr>
            <w:r>
              <w:rPr>
                <w:b/>
                <w:sz w:val="17"/>
              </w:rPr>
              <w:t>Sterowniki</w:t>
            </w:r>
          </w:p>
        </w:tc>
        <w:tc>
          <w:tcPr>
            <w:tcW w:w="4762" w:type="dxa"/>
            <w:vAlign w:val="center"/>
          </w:tcPr>
          <w:p w14:paraId="1AF3C7DD" w14:textId="77777777" w:rsidR="00A62F46" w:rsidRDefault="00A70318">
            <w:pPr>
              <w:keepLines/>
              <w:spacing w:after="0"/>
            </w:pPr>
            <w:r>
              <w:rPr>
                <w:sz w:val="17"/>
              </w:rPr>
              <w:t>Dostępne na stronie producenta urządzenia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154732B8" w14:textId="77777777" w:rsidR="00A62F46" w:rsidRDefault="00A62F46">
            <w:pPr>
              <w:keepLines/>
              <w:spacing w:after="0"/>
            </w:pPr>
          </w:p>
        </w:tc>
      </w:tr>
      <w:tr w:rsidR="00A62F46" w14:paraId="35E55D1F" w14:textId="77777777" w:rsidTr="006A2471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05FA4AF3" w14:textId="77777777" w:rsidR="00A62F46" w:rsidRDefault="00A70318">
            <w:pPr>
              <w:keepLines/>
              <w:spacing w:after="0"/>
            </w:pPr>
            <w:r>
              <w:rPr>
                <w:b/>
                <w:sz w:val="17"/>
              </w:rPr>
              <w:t>Aktualizacje BIOS/UEFI</w:t>
            </w:r>
          </w:p>
        </w:tc>
        <w:tc>
          <w:tcPr>
            <w:tcW w:w="4762" w:type="dxa"/>
            <w:shd w:val="clear" w:color="auto" w:fill="F5F7FA"/>
            <w:vAlign w:val="center"/>
          </w:tcPr>
          <w:p w14:paraId="6E19EED1" w14:textId="77777777" w:rsidR="00A62F46" w:rsidRDefault="00A70318">
            <w:pPr>
              <w:keepLines/>
              <w:spacing w:after="0"/>
            </w:pPr>
            <w:r>
              <w:rPr>
                <w:sz w:val="17"/>
              </w:rPr>
              <w:t>Producent zapewnia możliwość pobierania aktualizacji BIOS/UEFI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73EBBE03" w14:textId="77777777" w:rsidR="00A62F46" w:rsidRDefault="00A62F46">
            <w:pPr>
              <w:keepLines/>
              <w:spacing w:after="0"/>
            </w:pPr>
          </w:p>
        </w:tc>
      </w:tr>
      <w:tr w:rsidR="00A62F46" w14:paraId="12697F64" w14:textId="77777777" w:rsidTr="006A2471">
        <w:trPr>
          <w:cantSplit/>
          <w:jc w:val="center"/>
        </w:trPr>
        <w:tc>
          <w:tcPr>
            <w:tcW w:w="2438" w:type="dxa"/>
            <w:vAlign w:val="center"/>
          </w:tcPr>
          <w:p w14:paraId="3B32349F" w14:textId="77777777" w:rsidR="00A62F46" w:rsidRDefault="00A70318">
            <w:pPr>
              <w:keepLines/>
              <w:spacing w:after="0"/>
            </w:pPr>
            <w:r>
              <w:rPr>
                <w:b/>
                <w:sz w:val="17"/>
              </w:rPr>
              <w:t>ENERGY STAR</w:t>
            </w:r>
          </w:p>
        </w:tc>
        <w:tc>
          <w:tcPr>
            <w:tcW w:w="4762" w:type="dxa"/>
            <w:vAlign w:val="center"/>
          </w:tcPr>
          <w:p w14:paraId="101980BF" w14:textId="77777777" w:rsidR="00A62F46" w:rsidRDefault="00A70318">
            <w:pPr>
              <w:keepLines/>
              <w:spacing w:after="0"/>
            </w:pPr>
            <w:r>
              <w:rPr>
                <w:sz w:val="17"/>
              </w:rPr>
              <w:t>Certyfikat ENERGY STAR lub równoważny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3D6CCFB7" w14:textId="77777777" w:rsidR="00A62F46" w:rsidRDefault="00A62F46">
            <w:pPr>
              <w:keepLines/>
              <w:spacing w:after="0"/>
            </w:pPr>
          </w:p>
        </w:tc>
      </w:tr>
      <w:tr w:rsidR="00A62F46" w14:paraId="346A3D46" w14:textId="77777777" w:rsidTr="006A2471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7448E5FC" w14:textId="77777777" w:rsidR="00A62F46" w:rsidRDefault="00A70318">
            <w:pPr>
              <w:keepLines/>
              <w:spacing w:after="0"/>
            </w:pPr>
            <w:r>
              <w:rPr>
                <w:b/>
                <w:sz w:val="17"/>
              </w:rPr>
              <w:t>EPEAT</w:t>
            </w:r>
          </w:p>
        </w:tc>
        <w:tc>
          <w:tcPr>
            <w:tcW w:w="4762" w:type="dxa"/>
            <w:shd w:val="clear" w:color="auto" w:fill="F5F7FA"/>
            <w:vAlign w:val="center"/>
          </w:tcPr>
          <w:p w14:paraId="2BABD967" w14:textId="77777777" w:rsidR="00A62F46" w:rsidRDefault="00A70318">
            <w:pPr>
              <w:keepLines/>
              <w:spacing w:after="0"/>
            </w:pPr>
            <w:r>
              <w:rPr>
                <w:sz w:val="17"/>
              </w:rPr>
              <w:t>EPEAT Gold lub równoważna deklaracja środowiskowa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7AC00AC6" w14:textId="77777777" w:rsidR="00A62F46" w:rsidRDefault="00A62F46">
            <w:pPr>
              <w:keepLines/>
              <w:spacing w:after="0"/>
            </w:pPr>
          </w:p>
        </w:tc>
      </w:tr>
      <w:tr w:rsidR="00A62F46" w14:paraId="69091CD6" w14:textId="77777777" w:rsidTr="006A2471">
        <w:trPr>
          <w:cantSplit/>
          <w:jc w:val="center"/>
        </w:trPr>
        <w:tc>
          <w:tcPr>
            <w:tcW w:w="2438" w:type="dxa"/>
            <w:vAlign w:val="center"/>
          </w:tcPr>
          <w:p w14:paraId="6ABD7D45" w14:textId="77777777" w:rsidR="00A62F46" w:rsidRDefault="00A70318">
            <w:pPr>
              <w:keepLines/>
              <w:spacing w:after="0"/>
            </w:pPr>
            <w:r>
              <w:rPr>
                <w:b/>
                <w:sz w:val="17"/>
              </w:rPr>
              <w:t>Zgodność środowiskowa</w:t>
            </w:r>
          </w:p>
        </w:tc>
        <w:tc>
          <w:tcPr>
            <w:tcW w:w="4762" w:type="dxa"/>
            <w:vAlign w:val="center"/>
          </w:tcPr>
          <w:p w14:paraId="027BADEA" w14:textId="77777777" w:rsidR="00A62F46" w:rsidRDefault="00A70318">
            <w:pPr>
              <w:keepLines/>
              <w:spacing w:after="0"/>
            </w:pPr>
            <w:r>
              <w:rPr>
                <w:sz w:val="17"/>
              </w:rPr>
              <w:t>Zgodność co najmniej z RoHS i wymaganiami właściwych przepisów UE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5DCBA86C" w14:textId="77777777" w:rsidR="00A62F46" w:rsidRDefault="00A62F46">
            <w:pPr>
              <w:keepLines/>
              <w:spacing w:after="0"/>
            </w:pPr>
          </w:p>
        </w:tc>
      </w:tr>
      <w:tr w:rsidR="00A62F46" w14:paraId="7FA22763" w14:textId="77777777" w:rsidTr="006A2471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1DA43A47" w14:textId="77777777" w:rsidR="00A62F46" w:rsidRDefault="00A70318">
            <w:pPr>
              <w:keepLines/>
              <w:spacing w:after="0"/>
            </w:pPr>
            <w:r>
              <w:rPr>
                <w:b/>
                <w:sz w:val="17"/>
              </w:rPr>
              <w:t>Numer seryjny</w:t>
            </w:r>
          </w:p>
        </w:tc>
        <w:tc>
          <w:tcPr>
            <w:tcW w:w="4762" w:type="dxa"/>
            <w:shd w:val="clear" w:color="auto" w:fill="F5F7FA"/>
            <w:vAlign w:val="center"/>
          </w:tcPr>
          <w:p w14:paraId="405C64EC" w14:textId="77777777" w:rsidR="00A62F46" w:rsidRDefault="00A70318">
            <w:pPr>
              <w:keepLines/>
              <w:spacing w:after="0"/>
            </w:pPr>
            <w:r>
              <w:rPr>
                <w:sz w:val="17"/>
              </w:rPr>
              <w:t>Fabryczny numer seryjny umożliwiający identyfikację urządzenia i gwarancji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3398953D" w14:textId="77777777" w:rsidR="00A62F46" w:rsidRDefault="00A62F46">
            <w:pPr>
              <w:keepLines/>
              <w:spacing w:after="0"/>
            </w:pPr>
          </w:p>
        </w:tc>
      </w:tr>
      <w:tr w:rsidR="00A62F46" w14:paraId="3113AACF" w14:textId="77777777" w:rsidTr="006A2471">
        <w:trPr>
          <w:cantSplit/>
          <w:jc w:val="center"/>
        </w:trPr>
        <w:tc>
          <w:tcPr>
            <w:tcW w:w="2438" w:type="dxa"/>
            <w:vAlign w:val="center"/>
          </w:tcPr>
          <w:p w14:paraId="0ACE0631" w14:textId="77777777" w:rsidR="00A62F46" w:rsidRDefault="00A70318">
            <w:pPr>
              <w:keepLines/>
              <w:spacing w:after="0"/>
            </w:pPr>
            <w:r>
              <w:rPr>
                <w:b/>
                <w:sz w:val="17"/>
              </w:rPr>
              <w:t>Gwarancja</w:t>
            </w:r>
          </w:p>
        </w:tc>
        <w:tc>
          <w:tcPr>
            <w:tcW w:w="4762" w:type="dxa"/>
            <w:vAlign w:val="center"/>
          </w:tcPr>
          <w:p w14:paraId="1CD037C8" w14:textId="77777777" w:rsidR="00A62F46" w:rsidRDefault="00A70318">
            <w:pPr>
              <w:keepLines/>
              <w:spacing w:after="0"/>
            </w:pPr>
            <w:r>
              <w:rPr>
                <w:sz w:val="17"/>
              </w:rPr>
              <w:t>Minimum 36 miesięcy gwarancji producenta typu OnSite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7AF8AD0C" w14:textId="77777777" w:rsidR="00A62F46" w:rsidRDefault="00A62F46">
            <w:pPr>
              <w:keepLines/>
              <w:spacing w:after="0"/>
            </w:pPr>
          </w:p>
        </w:tc>
      </w:tr>
      <w:tr w:rsidR="00A62F46" w14:paraId="66429D4A" w14:textId="77777777" w:rsidTr="006A2471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5A8C8E01" w14:textId="77777777" w:rsidR="00A62F46" w:rsidRDefault="00A70318">
            <w:pPr>
              <w:keepLines/>
              <w:spacing w:after="0"/>
            </w:pPr>
            <w:r>
              <w:rPr>
                <w:b/>
                <w:sz w:val="17"/>
              </w:rPr>
              <w:t>Serwis</w:t>
            </w:r>
          </w:p>
        </w:tc>
        <w:tc>
          <w:tcPr>
            <w:tcW w:w="4762" w:type="dxa"/>
            <w:shd w:val="clear" w:color="auto" w:fill="F5F7FA"/>
            <w:vAlign w:val="center"/>
          </w:tcPr>
          <w:p w14:paraId="5D30AF27" w14:textId="77777777" w:rsidR="00A62F46" w:rsidRDefault="00A70318">
            <w:pPr>
              <w:keepLines/>
              <w:spacing w:after="0"/>
            </w:pPr>
            <w:r>
              <w:rPr>
                <w:sz w:val="17"/>
              </w:rPr>
              <w:t>Możliwość zgłoszenia awarii do producenta lub autoryzowanego serwisu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2FBC4F80" w14:textId="77777777" w:rsidR="00A62F46" w:rsidRDefault="00A62F46">
            <w:pPr>
              <w:keepLines/>
              <w:spacing w:after="0"/>
            </w:pPr>
          </w:p>
        </w:tc>
      </w:tr>
      <w:tr w:rsidR="00A62F46" w14:paraId="529DE6C2" w14:textId="77777777" w:rsidTr="006A2471">
        <w:trPr>
          <w:cantSplit/>
          <w:jc w:val="center"/>
        </w:trPr>
        <w:tc>
          <w:tcPr>
            <w:tcW w:w="2438" w:type="dxa"/>
            <w:vAlign w:val="center"/>
          </w:tcPr>
          <w:p w14:paraId="24991E24" w14:textId="77777777" w:rsidR="00A62F46" w:rsidRDefault="00A70318">
            <w:pPr>
              <w:keepLines/>
              <w:spacing w:after="0"/>
            </w:pPr>
            <w:r>
              <w:rPr>
                <w:b/>
                <w:sz w:val="17"/>
              </w:rPr>
              <w:t>Zasilacz i przewód</w:t>
            </w:r>
          </w:p>
        </w:tc>
        <w:tc>
          <w:tcPr>
            <w:tcW w:w="4762" w:type="dxa"/>
            <w:vAlign w:val="center"/>
          </w:tcPr>
          <w:p w14:paraId="21260107" w14:textId="77777777" w:rsidR="00A62F46" w:rsidRDefault="00A70318">
            <w:pPr>
              <w:keepLines/>
              <w:spacing w:after="0"/>
            </w:pPr>
            <w:r>
              <w:rPr>
                <w:sz w:val="17"/>
              </w:rPr>
              <w:t>Oryginalny zasilacz i wymagane przewody w komplecie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4A023AFD" w14:textId="77777777" w:rsidR="00A62F46" w:rsidRDefault="00A62F46">
            <w:pPr>
              <w:keepLines/>
              <w:spacing w:after="0"/>
            </w:pPr>
          </w:p>
        </w:tc>
      </w:tr>
      <w:tr w:rsidR="00A62F46" w14:paraId="0CCF0937" w14:textId="77777777" w:rsidTr="006A2471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0EAA7B11" w14:textId="77777777" w:rsidR="00A62F46" w:rsidRDefault="00A70318">
            <w:pPr>
              <w:keepLines/>
              <w:spacing w:after="0"/>
            </w:pPr>
            <w:r>
              <w:rPr>
                <w:b/>
                <w:sz w:val="17"/>
              </w:rPr>
              <w:t>Kompletność</w:t>
            </w:r>
          </w:p>
        </w:tc>
        <w:tc>
          <w:tcPr>
            <w:tcW w:w="4762" w:type="dxa"/>
            <w:shd w:val="clear" w:color="auto" w:fill="F5F7FA"/>
            <w:vAlign w:val="center"/>
          </w:tcPr>
          <w:p w14:paraId="3D4005CE" w14:textId="77777777" w:rsidR="00A62F46" w:rsidRDefault="00A70318">
            <w:pPr>
              <w:keepLines/>
              <w:spacing w:after="0"/>
            </w:pPr>
            <w:r>
              <w:rPr>
                <w:sz w:val="17"/>
              </w:rPr>
              <w:t>Wszystkie elementy wymagane do uruchomienia i normalnego użytkowania urządzenia muszą być zawarte w cenie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5C2B8660" w14:textId="77777777" w:rsidR="00A62F46" w:rsidRDefault="00A62F46">
            <w:pPr>
              <w:keepLines/>
              <w:spacing w:after="0"/>
            </w:pPr>
          </w:p>
        </w:tc>
      </w:tr>
    </w:tbl>
    <w:p w14:paraId="759FD442" w14:textId="77777777" w:rsidR="00F12576" w:rsidRDefault="00F12576"/>
    <w:tbl>
      <w:tblPr>
        <w:tblStyle w:val="Tabela-Siatka"/>
        <w:tblW w:w="0" w:type="auto"/>
        <w:tblInd w:w="38" w:type="dxa"/>
        <w:tblLook w:val="04A0" w:firstRow="1" w:lastRow="0" w:firstColumn="1" w:lastColumn="0" w:noHBand="0" w:noVBand="1"/>
      </w:tblPr>
      <w:tblGrid>
        <w:gridCol w:w="3446"/>
        <w:gridCol w:w="1444"/>
        <w:gridCol w:w="2410"/>
      </w:tblGrid>
      <w:tr w:rsidR="006A2471" w14:paraId="2E9A13CD" w14:textId="77777777">
        <w:tc>
          <w:tcPr>
            <w:tcW w:w="34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3C509D" w14:textId="77777777" w:rsidR="006A2471" w:rsidRDefault="006A2471">
            <w:r>
              <w:t xml:space="preserve">Cena za 1 </w:t>
            </w:r>
            <w:proofErr w:type="spellStart"/>
            <w:r>
              <w:t>szt</w:t>
            </w:r>
            <w:proofErr w:type="spellEnd"/>
            <w:r>
              <w:t>.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ED5B99" w14:textId="77777777" w:rsidR="006A2471" w:rsidRDefault="006A2471">
            <w:r>
              <w:t xml:space="preserve">Netto w </w:t>
            </w:r>
            <w:proofErr w:type="spellStart"/>
            <w:r>
              <w:t>zł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71DFB7C6" w14:textId="77777777" w:rsidR="006A2471" w:rsidRDefault="006A2471">
            <w:pPr>
              <w:rPr>
                <w:highlight w:val="yellow"/>
              </w:rPr>
            </w:pPr>
          </w:p>
        </w:tc>
      </w:tr>
      <w:tr w:rsidR="006A2471" w14:paraId="2C603289" w14:textId="7777777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F67676" w14:textId="77777777" w:rsidR="006A2471" w:rsidRDefault="006A2471">
            <w:pPr>
              <w:spacing w:after="0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2B88A5" w14:textId="77777777" w:rsidR="006A2471" w:rsidRDefault="006A2471">
            <w:r>
              <w:t xml:space="preserve">Brutto w </w:t>
            </w:r>
            <w:proofErr w:type="spellStart"/>
            <w:r>
              <w:t>zł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222624D8" w14:textId="77777777" w:rsidR="006A2471" w:rsidRDefault="006A2471">
            <w:pPr>
              <w:rPr>
                <w:highlight w:val="yellow"/>
              </w:rPr>
            </w:pPr>
          </w:p>
        </w:tc>
      </w:tr>
      <w:tr w:rsidR="006A2471" w14:paraId="4AE508C3" w14:textId="77777777">
        <w:tc>
          <w:tcPr>
            <w:tcW w:w="34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7F70DD" w14:textId="3F7FB67E" w:rsidR="006A2471" w:rsidRDefault="006A2471">
            <w:proofErr w:type="spellStart"/>
            <w:r>
              <w:t>Łączna</w:t>
            </w:r>
            <w:proofErr w:type="spellEnd"/>
            <w:r>
              <w:t xml:space="preserve"> </w:t>
            </w:r>
            <w:proofErr w:type="spellStart"/>
            <w:r>
              <w:t>Kwota</w:t>
            </w:r>
            <w:proofErr w:type="spellEnd"/>
            <w:r>
              <w:t xml:space="preserve"> za: 1</w:t>
            </w:r>
            <w:r>
              <w:t>5</w:t>
            </w:r>
            <w:r>
              <w:t xml:space="preserve"> </w:t>
            </w:r>
            <w:proofErr w:type="spellStart"/>
            <w:r>
              <w:t>szt</w:t>
            </w:r>
            <w:proofErr w:type="spellEnd"/>
            <w:r>
              <w:t>.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197F84" w14:textId="77777777" w:rsidR="006A2471" w:rsidRDefault="006A2471">
            <w:r>
              <w:t xml:space="preserve">Netto w </w:t>
            </w:r>
            <w:proofErr w:type="spellStart"/>
            <w:r>
              <w:t>zł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1A3DAB65" w14:textId="77777777" w:rsidR="006A2471" w:rsidRDefault="006A2471">
            <w:pPr>
              <w:rPr>
                <w:highlight w:val="yellow"/>
              </w:rPr>
            </w:pPr>
          </w:p>
        </w:tc>
      </w:tr>
      <w:tr w:rsidR="006A2471" w14:paraId="34ED8DDA" w14:textId="7777777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8DF279" w14:textId="77777777" w:rsidR="006A2471" w:rsidRDefault="006A2471">
            <w:pPr>
              <w:spacing w:after="0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9BF502" w14:textId="6A5092EB" w:rsidR="006A2471" w:rsidRDefault="0025708B">
            <w:r>
              <w:t>Br</w:t>
            </w:r>
            <w:r w:rsidR="006A2471">
              <w:t xml:space="preserve">utto w </w:t>
            </w:r>
            <w:proofErr w:type="spellStart"/>
            <w:r w:rsidR="006A2471">
              <w:t>zł</w:t>
            </w:r>
            <w:proofErr w:type="spellEnd"/>
            <w:r w:rsidR="006A2471">
              <w:t>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61131A87" w14:textId="77777777" w:rsidR="006A2471" w:rsidRDefault="006A2471">
            <w:pPr>
              <w:rPr>
                <w:highlight w:val="yellow"/>
              </w:rPr>
            </w:pPr>
          </w:p>
        </w:tc>
      </w:tr>
    </w:tbl>
    <w:p w14:paraId="19E35506" w14:textId="77777777" w:rsidR="006A2471" w:rsidRDefault="006A2471"/>
    <w:p w14:paraId="7DA12B83" w14:textId="3BDF03C1" w:rsidR="00A62F46" w:rsidRDefault="00A70318">
      <w:r>
        <w:t xml:space="preserve">Oświadczamy, </w:t>
      </w:r>
      <w:proofErr w:type="spellStart"/>
      <w:r>
        <w:t>że</w:t>
      </w:r>
      <w:proofErr w:type="spellEnd"/>
      <w:r>
        <w:t xml:space="preserve"> </w:t>
      </w:r>
      <w:proofErr w:type="spellStart"/>
      <w:r>
        <w:t>oferowany</w:t>
      </w:r>
      <w:proofErr w:type="spellEnd"/>
      <w:r>
        <w:t xml:space="preserve"> </w:t>
      </w:r>
      <w:proofErr w:type="spellStart"/>
      <w:r>
        <w:t>przedmiot</w:t>
      </w:r>
      <w:proofErr w:type="spellEnd"/>
      <w:r>
        <w:t xml:space="preserve"> </w:t>
      </w:r>
      <w:proofErr w:type="spellStart"/>
      <w:r>
        <w:t>zamówienia</w:t>
      </w:r>
      <w:proofErr w:type="spellEnd"/>
      <w:r>
        <w:t xml:space="preserve"> spełnia wymagania wskazane w tabeli.</w:t>
      </w:r>
    </w:p>
    <w:p w14:paraId="2B0F4B0F" w14:textId="77777777" w:rsidR="00A62F46" w:rsidRDefault="00A70318">
      <w:r>
        <w:t>.....................................................................................</w:t>
      </w:r>
      <w:r>
        <w:br/>
        <w:t xml:space="preserve">Data </w:t>
      </w:r>
      <w:proofErr w:type="spellStart"/>
      <w:r>
        <w:t>i</w:t>
      </w:r>
      <w:proofErr w:type="spellEnd"/>
      <w:r>
        <w:t xml:space="preserve"> </w:t>
      </w:r>
      <w:proofErr w:type="spellStart"/>
      <w:r>
        <w:t>podpis</w:t>
      </w:r>
      <w:proofErr w:type="spellEnd"/>
      <w:r>
        <w:t xml:space="preserve"> </w:t>
      </w:r>
      <w:proofErr w:type="spellStart"/>
      <w:r>
        <w:t>osoby</w:t>
      </w:r>
      <w:proofErr w:type="spellEnd"/>
      <w:r>
        <w:t xml:space="preserve"> </w:t>
      </w:r>
      <w:proofErr w:type="spellStart"/>
      <w:r>
        <w:t>upoważnionej</w:t>
      </w:r>
      <w:proofErr w:type="spellEnd"/>
      <w:r>
        <w:t xml:space="preserve"> do </w:t>
      </w:r>
      <w:proofErr w:type="spellStart"/>
      <w:r>
        <w:t>złożenia</w:t>
      </w:r>
      <w:proofErr w:type="spellEnd"/>
      <w:r>
        <w:t xml:space="preserve"> </w:t>
      </w:r>
      <w:proofErr w:type="spellStart"/>
      <w:r>
        <w:t>oferty</w:t>
      </w:r>
      <w:proofErr w:type="spellEnd"/>
    </w:p>
    <w:p w14:paraId="54733A98" w14:textId="639BB2FB" w:rsidR="009809EA" w:rsidRDefault="009809EA">
      <w:pPr>
        <w:spacing w:after="200"/>
      </w:pPr>
      <w:r>
        <w:br w:type="page"/>
      </w:r>
    </w:p>
    <w:p w14:paraId="0767C274" w14:textId="77777777" w:rsidR="009809EA" w:rsidRDefault="009809EA" w:rsidP="009809EA">
      <w:pPr>
        <w:jc w:val="right"/>
      </w:pPr>
      <w:proofErr w:type="spellStart"/>
      <w:r>
        <w:rPr>
          <w:b/>
        </w:rPr>
        <w:lastRenderedPageBreak/>
        <w:t>Załącznik</w:t>
      </w:r>
      <w:proofErr w:type="spellEnd"/>
      <w:r>
        <w:rPr>
          <w:b/>
        </w:rPr>
        <w:t xml:space="preserve"> nr 4.2</w:t>
      </w:r>
    </w:p>
    <w:p w14:paraId="329B95D6" w14:textId="77777777" w:rsidR="009809EA" w:rsidRDefault="009809EA" w:rsidP="009809EA">
      <w:pPr>
        <w:jc w:val="center"/>
      </w:pPr>
      <w:r>
        <w:rPr>
          <w:b/>
          <w:color w:val="1C324B"/>
          <w:sz w:val="28"/>
        </w:rPr>
        <w:t>OPIS PRZEDMIOTU ZAMÓWIENIA</w:t>
      </w:r>
    </w:p>
    <w:p w14:paraId="15D00757" w14:textId="77777777" w:rsidR="009809EA" w:rsidRDefault="009809EA" w:rsidP="009809EA">
      <w:pPr>
        <w:jc w:val="center"/>
      </w:pPr>
      <w:proofErr w:type="spellStart"/>
      <w:r>
        <w:rPr>
          <w:b/>
          <w:sz w:val="22"/>
        </w:rPr>
        <w:t>Specyfikacja</w:t>
      </w:r>
      <w:proofErr w:type="spellEnd"/>
      <w:r>
        <w:rPr>
          <w:b/>
          <w:sz w:val="22"/>
        </w:rPr>
        <w:t xml:space="preserve"> </w:t>
      </w:r>
      <w:proofErr w:type="spellStart"/>
      <w:r>
        <w:rPr>
          <w:b/>
          <w:sz w:val="22"/>
        </w:rPr>
        <w:t>techniczna</w:t>
      </w:r>
      <w:proofErr w:type="spellEnd"/>
      <w:r>
        <w:rPr>
          <w:b/>
          <w:sz w:val="22"/>
        </w:rPr>
        <w:t xml:space="preserve"> - Laptop </w:t>
      </w:r>
      <w:proofErr w:type="spellStart"/>
      <w:r>
        <w:rPr>
          <w:b/>
          <w:sz w:val="22"/>
        </w:rPr>
        <w:t>Typ</w:t>
      </w:r>
      <w:proofErr w:type="spellEnd"/>
      <w:r>
        <w:rPr>
          <w:b/>
          <w:sz w:val="22"/>
        </w:rPr>
        <w:t xml:space="preserve"> B - 2 </w:t>
      </w:r>
      <w:proofErr w:type="spellStart"/>
      <w:r>
        <w:rPr>
          <w:b/>
          <w:sz w:val="22"/>
        </w:rPr>
        <w:t>szt</w:t>
      </w:r>
      <w:proofErr w:type="spellEnd"/>
      <w:r>
        <w:rPr>
          <w:b/>
          <w:sz w:val="22"/>
        </w:rPr>
        <w:t>.</w:t>
      </w:r>
    </w:p>
    <w:p w14:paraId="68B64ADA" w14:textId="77777777" w:rsidR="009809EA" w:rsidRDefault="009809EA" w:rsidP="009809EA">
      <w:r>
        <w:t xml:space="preserve">Producent: ........................................................................     Model / </w:t>
      </w:r>
      <w:proofErr w:type="spellStart"/>
      <w:r>
        <w:t>oznaczenie</w:t>
      </w:r>
      <w:proofErr w:type="spellEnd"/>
      <w:r>
        <w:t>: ........................................................................</w:t>
      </w:r>
    </w:p>
    <w:tbl>
      <w:tblPr>
        <w:tblStyle w:val="Tabela-Siatka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438"/>
        <w:gridCol w:w="4762"/>
        <w:gridCol w:w="2324"/>
      </w:tblGrid>
      <w:tr w:rsidR="009809EA" w14:paraId="6E84BB7E" w14:textId="77777777" w:rsidTr="00CA7470">
        <w:trPr>
          <w:cantSplit/>
          <w:tblHeader/>
          <w:jc w:val="center"/>
        </w:trPr>
        <w:tc>
          <w:tcPr>
            <w:tcW w:w="2438" w:type="dxa"/>
            <w:shd w:val="clear" w:color="auto" w:fill="E8EEF5"/>
          </w:tcPr>
          <w:p w14:paraId="34627A84" w14:textId="77777777" w:rsidR="009809EA" w:rsidRDefault="009809EA" w:rsidP="00486407">
            <w:pPr>
              <w:spacing w:after="0"/>
            </w:pPr>
            <w:proofErr w:type="spellStart"/>
            <w:r>
              <w:rPr>
                <w:b/>
                <w:sz w:val="17"/>
              </w:rPr>
              <w:t>Cecha</w:t>
            </w:r>
            <w:proofErr w:type="spellEnd"/>
            <w:r>
              <w:rPr>
                <w:b/>
                <w:sz w:val="17"/>
              </w:rPr>
              <w:t xml:space="preserve"> / </w:t>
            </w:r>
            <w:proofErr w:type="spellStart"/>
            <w:r>
              <w:rPr>
                <w:b/>
                <w:sz w:val="17"/>
              </w:rPr>
              <w:t>parametr</w:t>
            </w:r>
            <w:proofErr w:type="spellEnd"/>
          </w:p>
        </w:tc>
        <w:tc>
          <w:tcPr>
            <w:tcW w:w="4762" w:type="dxa"/>
            <w:shd w:val="clear" w:color="auto" w:fill="E8EEF5"/>
          </w:tcPr>
          <w:p w14:paraId="4102F451" w14:textId="77777777" w:rsidR="009809EA" w:rsidRDefault="009809EA" w:rsidP="00486407">
            <w:pPr>
              <w:spacing w:after="0"/>
            </w:pPr>
            <w:proofErr w:type="spellStart"/>
            <w:r>
              <w:rPr>
                <w:b/>
                <w:sz w:val="17"/>
              </w:rPr>
              <w:t>Wymagane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minimalne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parametry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techniczne</w:t>
            </w:r>
            <w:proofErr w:type="spellEnd"/>
          </w:p>
        </w:tc>
        <w:tc>
          <w:tcPr>
            <w:tcW w:w="2324" w:type="dxa"/>
            <w:shd w:val="clear" w:color="auto" w:fill="FFFF99"/>
          </w:tcPr>
          <w:p w14:paraId="2963A384" w14:textId="77777777" w:rsidR="009809EA" w:rsidRDefault="009809EA" w:rsidP="00486407">
            <w:pPr>
              <w:spacing w:after="0"/>
            </w:pPr>
            <w:proofErr w:type="spellStart"/>
            <w:r>
              <w:rPr>
                <w:b/>
                <w:sz w:val="17"/>
              </w:rPr>
              <w:t>Oferowane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parametry</w:t>
            </w:r>
            <w:proofErr w:type="spellEnd"/>
            <w:r>
              <w:rPr>
                <w:b/>
                <w:sz w:val="17"/>
              </w:rPr>
              <w:t xml:space="preserve"> (</w:t>
            </w:r>
            <w:proofErr w:type="spellStart"/>
            <w:r>
              <w:rPr>
                <w:b/>
                <w:sz w:val="17"/>
              </w:rPr>
              <w:t>wypełnia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Wykonawca</w:t>
            </w:r>
            <w:proofErr w:type="spellEnd"/>
            <w:r>
              <w:rPr>
                <w:b/>
                <w:sz w:val="17"/>
              </w:rPr>
              <w:t>)</w:t>
            </w:r>
          </w:p>
        </w:tc>
      </w:tr>
      <w:tr w:rsidR="009809EA" w14:paraId="238351FD" w14:textId="77777777" w:rsidTr="00CA7470">
        <w:trPr>
          <w:cantSplit/>
          <w:jc w:val="center"/>
        </w:trPr>
        <w:tc>
          <w:tcPr>
            <w:tcW w:w="2438" w:type="dxa"/>
            <w:vAlign w:val="center"/>
          </w:tcPr>
          <w:p w14:paraId="7519C7FB" w14:textId="77777777" w:rsidR="009809EA" w:rsidRDefault="009809EA" w:rsidP="00486407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Typ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urządzenia</w:t>
            </w:r>
            <w:proofErr w:type="spellEnd"/>
          </w:p>
        </w:tc>
        <w:tc>
          <w:tcPr>
            <w:tcW w:w="4762" w:type="dxa"/>
            <w:vAlign w:val="center"/>
          </w:tcPr>
          <w:p w14:paraId="7919E815" w14:textId="77777777" w:rsidR="009809EA" w:rsidRDefault="009809EA" w:rsidP="00486407">
            <w:pPr>
              <w:keepLines/>
              <w:spacing w:after="0"/>
            </w:pPr>
            <w:proofErr w:type="spellStart"/>
            <w:r>
              <w:rPr>
                <w:sz w:val="17"/>
              </w:rPr>
              <w:t>Komputer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przenośny</w:t>
            </w:r>
            <w:proofErr w:type="spellEnd"/>
            <w:r>
              <w:rPr>
                <w:sz w:val="17"/>
              </w:rPr>
              <w:t xml:space="preserve"> (laptop) </w:t>
            </w:r>
            <w:proofErr w:type="spellStart"/>
            <w:r>
              <w:rPr>
                <w:sz w:val="17"/>
              </w:rPr>
              <w:t>klasy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biznesowej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71E9703A" w14:textId="77777777" w:rsidR="009809EA" w:rsidRDefault="009809EA" w:rsidP="00486407">
            <w:pPr>
              <w:keepLines/>
              <w:spacing w:after="0"/>
            </w:pPr>
          </w:p>
        </w:tc>
      </w:tr>
      <w:tr w:rsidR="009809EA" w14:paraId="11A05385" w14:textId="77777777" w:rsidTr="00CA7470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7FED268E" w14:textId="77777777" w:rsidR="009809EA" w:rsidRDefault="009809EA" w:rsidP="00486407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Ekran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47ED1903" w14:textId="77777777" w:rsidR="009809EA" w:rsidRDefault="009809EA" w:rsidP="00486407">
            <w:pPr>
              <w:keepLines/>
              <w:spacing w:after="0"/>
            </w:pPr>
            <w:r>
              <w:rPr>
                <w:sz w:val="17"/>
              </w:rPr>
              <w:t xml:space="preserve">16 </w:t>
            </w:r>
            <w:proofErr w:type="spellStart"/>
            <w:r>
              <w:rPr>
                <w:sz w:val="17"/>
              </w:rPr>
              <w:t>cali</w:t>
            </w:r>
            <w:proofErr w:type="spellEnd"/>
            <w:r>
              <w:rPr>
                <w:sz w:val="17"/>
              </w:rPr>
              <w:t xml:space="preserve">, </w:t>
            </w:r>
            <w:proofErr w:type="spellStart"/>
            <w:r>
              <w:rPr>
                <w:sz w:val="17"/>
              </w:rPr>
              <w:t>matryca</w:t>
            </w:r>
            <w:proofErr w:type="spellEnd"/>
            <w:r>
              <w:rPr>
                <w:sz w:val="17"/>
              </w:rPr>
              <w:t xml:space="preserve"> IPS, </w:t>
            </w:r>
            <w:proofErr w:type="spellStart"/>
            <w:r>
              <w:rPr>
                <w:sz w:val="17"/>
              </w:rPr>
              <w:t>matowa</w:t>
            </w:r>
            <w:proofErr w:type="spellEnd"/>
            <w:r>
              <w:rPr>
                <w:sz w:val="17"/>
              </w:rPr>
              <w:t xml:space="preserve">, </w:t>
            </w:r>
            <w:proofErr w:type="spellStart"/>
            <w:r>
              <w:rPr>
                <w:sz w:val="17"/>
              </w:rPr>
              <w:t>podświetlenie</w:t>
            </w:r>
            <w:proofErr w:type="spellEnd"/>
            <w:r>
              <w:rPr>
                <w:sz w:val="17"/>
              </w:rPr>
              <w:t xml:space="preserve"> LED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6DE552A4" w14:textId="77777777" w:rsidR="009809EA" w:rsidRDefault="009809EA" w:rsidP="00486407">
            <w:pPr>
              <w:keepLines/>
              <w:spacing w:after="0"/>
            </w:pPr>
          </w:p>
        </w:tc>
      </w:tr>
      <w:tr w:rsidR="009809EA" w14:paraId="6181B5E8" w14:textId="77777777" w:rsidTr="00CA7470">
        <w:trPr>
          <w:cantSplit/>
          <w:jc w:val="center"/>
        </w:trPr>
        <w:tc>
          <w:tcPr>
            <w:tcW w:w="2438" w:type="dxa"/>
            <w:vAlign w:val="center"/>
          </w:tcPr>
          <w:p w14:paraId="4EB0C532" w14:textId="77777777" w:rsidR="009809EA" w:rsidRDefault="009809EA" w:rsidP="00486407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Rozdzielczość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ekranu</w:t>
            </w:r>
            <w:proofErr w:type="spellEnd"/>
          </w:p>
        </w:tc>
        <w:tc>
          <w:tcPr>
            <w:tcW w:w="4762" w:type="dxa"/>
            <w:vAlign w:val="center"/>
          </w:tcPr>
          <w:p w14:paraId="6E89EBA0" w14:textId="77777777" w:rsidR="009809EA" w:rsidRDefault="009809EA" w:rsidP="00486407">
            <w:pPr>
              <w:keepLines/>
              <w:spacing w:after="0"/>
            </w:pPr>
            <w:r>
              <w:rPr>
                <w:sz w:val="17"/>
              </w:rPr>
              <w:t xml:space="preserve">Minimum 1920 × 1200 </w:t>
            </w:r>
            <w:proofErr w:type="spellStart"/>
            <w:r>
              <w:rPr>
                <w:sz w:val="17"/>
              </w:rPr>
              <w:t>pikseli</w:t>
            </w:r>
            <w:proofErr w:type="spellEnd"/>
            <w:r>
              <w:rPr>
                <w:sz w:val="17"/>
              </w:rPr>
              <w:t xml:space="preserve"> (WUXGA)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3C213882" w14:textId="77777777" w:rsidR="009809EA" w:rsidRDefault="009809EA" w:rsidP="00486407">
            <w:pPr>
              <w:keepLines/>
              <w:spacing w:after="0"/>
            </w:pPr>
          </w:p>
        </w:tc>
      </w:tr>
      <w:tr w:rsidR="009809EA" w14:paraId="3897B61E" w14:textId="77777777" w:rsidTr="00CA7470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482C6796" w14:textId="77777777" w:rsidR="009809EA" w:rsidRDefault="009809EA" w:rsidP="00486407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Proporcje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ekranu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6A8ECB51" w14:textId="77777777" w:rsidR="009809EA" w:rsidRDefault="009809EA" w:rsidP="00486407">
            <w:pPr>
              <w:keepLines/>
              <w:spacing w:after="0"/>
            </w:pPr>
            <w:r>
              <w:rPr>
                <w:sz w:val="17"/>
              </w:rPr>
              <w:t>16:10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031ADCDD" w14:textId="77777777" w:rsidR="009809EA" w:rsidRDefault="009809EA" w:rsidP="00486407">
            <w:pPr>
              <w:keepLines/>
              <w:spacing w:after="0"/>
            </w:pPr>
          </w:p>
        </w:tc>
      </w:tr>
      <w:tr w:rsidR="009809EA" w14:paraId="5DCADCB1" w14:textId="77777777" w:rsidTr="00CA7470">
        <w:trPr>
          <w:cantSplit/>
          <w:jc w:val="center"/>
        </w:trPr>
        <w:tc>
          <w:tcPr>
            <w:tcW w:w="2438" w:type="dxa"/>
            <w:vAlign w:val="center"/>
          </w:tcPr>
          <w:p w14:paraId="2F3280B5" w14:textId="77777777" w:rsidR="009809EA" w:rsidRDefault="009809EA" w:rsidP="00486407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Jasność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ekranu</w:t>
            </w:r>
            <w:proofErr w:type="spellEnd"/>
          </w:p>
        </w:tc>
        <w:tc>
          <w:tcPr>
            <w:tcW w:w="4762" w:type="dxa"/>
            <w:vAlign w:val="center"/>
          </w:tcPr>
          <w:p w14:paraId="3F806823" w14:textId="77777777" w:rsidR="009809EA" w:rsidRDefault="009809EA" w:rsidP="00486407">
            <w:pPr>
              <w:keepLines/>
              <w:spacing w:after="0"/>
            </w:pPr>
            <w:r>
              <w:rPr>
                <w:sz w:val="17"/>
              </w:rPr>
              <w:t>Minimum 300 cd/m²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3C27CC06" w14:textId="77777777" w:rsidR="009809EA" w:rsidRDefault="009809EA" w:rsidP="00486407">
            <w:pPr>
              <w:keepLines/>
              <w:spacing w:after="0"/>
            </w:pPr>
          </w:p>
        </w:tc>
      </w:tr>
      <w:tr w:rsidR="009809EA" w14:paraId="083F841B" w14:textId="77777777" w:rsidTr="00CA7470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4A815C53" w14:textId="77777777" w:rsidR="009809EA" w:rsidRDefault="009809EA" w:rsidP="00486407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Procesor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5FBFB6D0" w14:textId="77777777" w:rsidR="009809EA" w:rsidRDefault="009809EA" w:rsidP="00486407">
            <w:pPr>
              <w:keepLines/>
              <w:spacing w:after="0"/>
            </w:pPr>
            <w:r>
              <w:rPr>
                <w:sz w:val="17"/>
              </w:rPr>
              <w:t xml:space="preserve">Intel Core Ultra 7 258V </w:t>
            </w:r>
            <w:proofErr w:type="spellStart"/>
            <w:r>
              <w:rPr>
                <w:sz w:val="17"/>
              </w:rPr>
              <w:t>lub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równoważny</w:t>
            </w:r>
            <w:proofErr w:type="spellEnd"/>
            <w:r>
              <w:rPr>
                <w:sz w:val="17"/>
              </w:rPr>
              <w:t xml:space="preserve">, minimum 8 </w:t>
            </w:r>
            <w:proofErr w:type="spellStart"/>
            <w:r>
              <w:rPr>
                <w:sz w:val="17"/>
              </w:rPr>
              <w:t>rdzeni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fizycznych</w:t>
            </w:r>
            <w:proofErr w:type="spellEnd"/>
            <w:r>
              <w:rPr>
                <w:sz w:val="17"/>
              </w:rPr>
              <w:t xml:space="preserve">, </w:t>
            </w:r>
            <w:proofErr w:type="spellStart"/>
            <w:r>
              <w:rPr>
                <w:sz w:val="17"/>
              </w:rPr>
              <w:t>architektura</w:t>
            </w:r>
            <w:proofErr w:type="spellEnd"/>
            <w:r>
              <w:rPr>
                <w:sz w:val="17"/>
              </w:rPr>
              <w:t xml:space="preserve"> 64-bit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58D54186" w14:textId="77777777" w:rsidR="009809EA" w:rsidRDefault="009809EA" w:rsidP="00486407">
            <w:pPr>
              <w:keepLines/>
              <w:spacing w:after="0"/>
            </w:pPr>
          </w:p>
        </w:tc>
      </w:tr>
      <w:tr w:rsidR="009809EA" w14:paraId="08446FC1" w14:textId="77777777" w:rsidTr="00CA7470">
        <w:trPr>
          <w:cantSplit/>
          <w:jc w:val="center"/>
        </w:trPr>
        <w:tc>
          <w:tcPr>
            <w:tcW w:w="2438" w:type="dxa"/>
            <w:vAlign w:val="center"/>
          </w:tcPr>
          <w:p w14:paraId="07BBABCC" w14:textId="77777777" w:rsidR="009809EA" w:rsidRDefault="009809EA" w:rsidP="00486407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Pamięć</w:t>
            </w:r>
            <w:proofErr w:type="spellEnd"/>
            <w:r>
              <w:rPr>
                <w:b/>
                <w:sz w:val="17"/>
              </w:rPr>
              <w:t xml:space="preserve"> RAM</w:t>
            </w:r>
          </w:p>
        </w:tc>
        <w:tc>
          <w:tcPr>
            <w:tcW w:w="4762" w:type="dxa"/>
            <w:vAlign w:val="center"/>
          </w:tcPr>
          <w:p w14:paraId="45BA5620" w14:textId="77777777" w:rsidR="009809EA" w:rsidRDefault="009809EA" w:rsidP="00486407">
            <w:pPr>
              <w:keepLines/>
              <w:spacing w:after="0"/>
            </w:pPr>
            <w:r>
              <w:rPr>
                <w:sz w:val="17"/>
              </w:rPr>
              <w:t>Minimum 32 GB LPDDR5X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1886D920" w14:textId="77777777" w:rsidR="009809EA" w:rsidRDefault="009809EA" w:rsidP="00486407">
            <w:pPr>
              <w:keepLines/>
              <w:spacing w:after="0"/>
            </w:pPr>
          </w:p>
        </w:tc>
      </w:tr>
      <w:tr w:rsidR="009809EA" w14:paraId="6C09DD28" w14:textId="77777777" w:rsidTr="00CA7470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447FEB65" w14:textId="77777777" w:rsidR="009809EA" w:rsidRDefault="009809EA" w:rsidP="00486407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Dysk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7A7668F0" w14:textId="77777777" w:rsidR="009809EA" w:rsidRDefault="009809EA" w:rsidP="00486407">
            <w:pPr>
              <w:keepLines/>
              <w:spacing w:after="0"/>
            </w:pPr>
            <w:r>
              <w:rPr>
                <w:sz w:val="17"/>
              </w:rPr>
              <w:t xml:space="preserve">SSD minimum 512 GB, </w:t>
            </w:r>
            <w:proofErr w:type="spellStart"/>
            <w:r>
              <w:rPr>
                <w:sz w:val="17"/>
              </w:rPr>
              <w:t>NVMe</w:t>
            </w:r>
            <w:proofErr w:type="spellEnd"/>
            <w:r>
              <w:rPr>
                <w:sz w:val="17"/>
              </w:rPr>
              <w:t xml:space="preserve"> PCIe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2BA4CAEE" w14:textId="77777777" w:rsidR="009809EA" w:rsidRDefault="009809EA" w:rsidP="00486407">
            <w:pPr>
              <w:keepLines/>
              <w:spacing w:after="0"/>
            </w:pPr>
          </w:p>
        </w:tc>
      </w:tr>
      <w:tr w:rsidR="009809EA" w14:paraId="4F8BAB8B" w14:textId="77777777" w:rsidTr="00CA7470">
        <w:trPr>
          <w:cantSplit/>
          <w:jc w:val="center"/>
        </w:trPr>
        <w:tc>
          <w:tcPr>
            <w:tcW w:w="2438" w:type="dxa"/>
            <w:vAlign w:val="center"/>
          </w:tcPr>
          <w:p w14:paraId="5176396C" w14:textId="77777777" w:rsidR="009809EA" w:rsidRDefault="009809EA" w:rsidP="00486407">
            <w:pPr>
              <w:keepLines/>
              <w:spacing w:after="0"/>
            </w:pPr>
            <w:r>
              <w:rPr>
                <w:b/>
                <w:sz w:val="17"/>
              </w:rPr>
              <w:t xml:space="preserve">Karta </w:t>
            </w:r>
            <w:proofErr w:type="spellStart"/>
            <w:r>
              <w:rPr>
                <w:b/>
                <w:sz w:val="17"/>
              </w:rPr>
              <w:t>graficzna</w:t>
            </w:r>
            <w:proofErr w:type="spellEnd"/>
          </w:p>
        </w:tc>
        <w:tc>
          <w:tcPr>
            <w:tcW w:w="4762" w:type="dxa"/>
            <w:vAlign w:val="center"/>
          </w:tcPr>
          <w:p w14:paraId="3F85C1AC" w14:textId="77777777" w:rsidR="009809EA" w:rsidRDefault="009809EA" w:rsidP="00486407">
            <w:pPr>
              <w:keepLines/>
              <w:spacing w:after="0"/>
            </w:pPr>
            <w:proofErr w:type="spellStart"/>
            <w:r>
              <w:rPr>
                <w:sz w:val="17"/>
              </w:rPr>
              <w:t>Zintegrowana</w:t>
            </w:r>
            <w:proofErr w:type="spellEnd"/>
            <w:r>
              <w:rPr>
                <w:sz w:val="17"/>
              </w:rPr>
              <w:t xml:space="preserve">, </w:t>
            </w:r>
            <w:proofErr w:type="spellStart"/>
            <w:r>
              <w:rPr>
                <w:sz w:val="17"/>
              </w:rPr>
              <w:t>obsługująca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akcelerację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grafiki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i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multimediów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0963AA5F" w14:textId="77777777" w:rsidR="009809EA" w:rsidRDefault="009809EA" w:rsidP="00486407">
            <w:pPr>
              <w:keepLines/>
              <w:spacing w:after="0"/>
            </w:pPr>
          </w:p>
        </w:tc>
      </w:tr>
      <w:tr w:rsidR="009809EA" w14:paraId="02150F85" w14:textId="77777777" w:rsidTr="00CA7470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3C40D3B4" w14:textId="77777777" w:rsidR="009809EA" w:rsidRDefault="009809EA" w:rsidP="00486407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Łączność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bezprzewodowa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1E0682EC" w14:textId="77777777" w:rsidR="009809EA" w:rsidRDefault="009809EA" w:rsidP="00486407">
            <w:pPr>
              <w:keepLines/>
              <w:spacing w:after="0"/>
            </w:pPr>
            <w:r>
              <w:rPr>
                <w:sz w:val="17"/>
              </w:rPr>
              <w:t xml:space="preserve">Wi-Fi 6E (802.11ax) </w:t>
            </w:r>
            <w:proofErr w:type="spellStart"/>
            <w:r>
              <w:rPr>
                <w:sz w:val="17"/>
              </w:rPr>
              <w:t>lub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nowszy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7AD96C1A" w14:textId="77777777" w:rsidR="009809EA" w:rsidRDefault="009809EA" w:rsidP="00486407">
            <w:pPr>
              <w:keepLines/>
              <w:spacing w:after="0"/>
            </w:pPr>
          </w:p>
        </w:tc>
      </w:tr>
      <w:tr w:rsidR="009809EA" w14:paraId="2E94A24C" w14:textId="77777777" w:rsidTr="00CA7470">
        <w:trPr>
          <w:cantSplit/>
          <w:jc w:val="center"/>
        </w:trPr>
        <w:tc>
          <w:tcPr>
            <w:tcW w:w="2438" w:type="dxa"/>
            <w:vAlign w:val="center"/>
          </w:tcPr>
          <w:p w14:paraId="7D010E58" w14:textId="77777777" w:rsidR="009809EA" w:rsidRDefault="009809EA" w:rsidP="00486407">
            <w:pPr>
              <w:keepLines/>
              <w:spacing w:after="0"/>
            </w:pPr>
            <w:r>
              <w:rPr>
                <w:b/>
                <w:sz w:val="17"/>
              </w:rPr>
              <w:t>Bluetooth</w:t>
            </w:r>
          </w:p>
        </w:tc>
        <w:tc>
          <w:tcPr>
            <w:tcW w:w="4762" w:type="dxa"/>
            <w:vAlign w:val="center"/>
          </w:tcPr>
          <w:p w14:paraId="2C904C8B" w14:textId="77777777" w:rsidR="009809EA" w:rsidRDefault="009809EA" w:rsidP="00486407">
            <w:pPr>
              <w:keepLines/>
              <w:spacing w:after="0"/>
            </w:pPr>
            <w:r>
              <w:rPr>
                <w:sz w:val="17"/>
              </w:rPr>
              <w:t>Minimum 5.3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36D543BE" w14:textId="77777777" w:rsidR="009809EA" w:rsidRDefault="009809EA" w:rsidP="00486407">
            <w:pPr>
              <w:keepLines/>
              <w:spacing w:after="0"/>
            </w:pPr>
          </w:p>
        </w:tc>
      </w:tr>
      <w:tr w:rsidR="009809EA" w14:paraId="3CB5EEDB" w14:textId="77777777" w:rsidTr="00CA7470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17230206" w14:textId="77777777" w:rsidR="009809EA" w:rsidRDefault="009809EA" w:rsidP="00486407">
            <w:pPr>
              <w:keepLines/>
              <w:spacing w:after="0"/>
            </w:pPr>
            <w:r>
              <w:rPr>
                <w:b/>
                <w:sz w:val="17"/>
              </w:rPr>
              <w:t xml:space="preserve">Karta </w:t>
            </w:r>
            <w:proofErr w:type="spellStart"/>
            <w:r>
              <w:rPr>
                <w:b/>
                <w:sz w:val="17"/>
              </w:rPr>
              <w:t>sieciowa</w:t>
            </w:r>
            <w:proofErr w:type="spellEnd"/>
            <w:r>
              <w:rPr>
                <w:b/>
                <w:sz w:val="17"/>
              </w:rPr>
              <w:t xml:space="preserve"> LAN</w:t>
            </w:r>
          </w:p>
        </w:tc>
        <w:tc>
          <w:tcPr>
            <w:tcW w:w="4762" w:type="dxa"/>
            <w:shd w:val="clear" w:color="auto" w:fill="F5F7FA"/>
            <w:vAlign w:val="center"/>
          </w:tcPr>
          <w:p w14:paraId="35114D70" w14:textId="77777777" w:rsidR="009809EA" w:rsidRDefault="009809EA" w:rsidP="00486407">
            <w:pPr>
              <w:keepLines/>
              <w:spacing w:after="0"/>
            </w:pPr>
            <w:r>
              <w:rPr>
                <w:sz w:val="17"/>
              </w:rPr>
              <w:t>Ethernet RJ-45 10/100/1000 Mb/s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73D4906F" w14:textId="77777777" w:rsidR="009809EA" w:rsidRDefault="009809EA" w:rsidP="00486407">
            <w:pPr>
              <w:keepLines/>
              <w:spacing w:after="0"/>
            </w:pPr>
          </w:p>
        </w:tc>
      </w:tr>
      <w:tr w:rsidR="009809EA" w14:paraId="63A3073C" w14:textId="77777777" w:rsidTr="00CA7470">
        <w:trPr>
          <w:cantSplit/>
          <w:jc w:val="center"/>
        </w:trPr>
        <w:tc>
          <w:tcPr>
            <w:tcW w:w="2438" w:type="dxa"/>
            <w:vAlign w:val="center"/>
          </w:tcPr>
          <w:p w14:paraId="2A991D34" w14:textId="77777777" w:rsidR="009809EA" w:rsidRDefault="009809EA" w:rsidP="00486407">
            <w:pPr>
              <w:keepLines/>
              <w:spacing w:after="0"/>
            </w:pPr>
            <w:r>
              <w:rPr>
                <w:b/>
                <w:sz w:val="17"/>
              </w:rPr>
              <w:t>Porty USB-A</w:t>
            </w:r>
          </w:p>
        </w:tc>
        <w:tc>
          <w:tcPr>
            <w:tcW w:w="4762" w:type="dxa"/>
            <w:vAlign w:val="center"/>
          </w:tcPr>
          <w:p w14:paraId="4F021EF8" w14:textId="77777777" w:rsidR="009809EA" w:rsidRDefault="009809EA" w:rsidP="00486407">
            <w:pPr>
              <w:keepLines/>
              <w:spacing w:after="0"/>
            </w:pPr>
            <w:r>
              <w:rPr>
                <w:sz w:val="17"/>
              </w:rPr>
              <w:t>Minimum 2 porty USB-A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1F6AEA16" w14:textId="77777777" w:rsidR="009809EA" w:rsidRDefault="009809EA" w:rsidP="00486407">
            <w:pPr>
              <w:keepLines/>
              <w:spacing w:after="0"/>
            </w:pPr>
          </w:p>
        </w:tc>
      </w:tr>
      <w:tr w:rsidR="009809EA" w14:paraId="37609F74" w14:textId="77777777" w:rsidTr="00CA7470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00598050" w14:textId="77777777" w:rsidR="009809EA" w:rsidRDefault="009809EA" w:rsidP="00486407">
            <w:pPr>
              <w:keepLines/>
              <w:spacing w:after="0"/>
            </w:pPr>
            <w:r>
              <w:rPr>
                <w:b/>
                <w:sz w:val="17"/>
              </w:rPr>
              <w:t>Porty USB-C</w:t>
            </w:r>
          </w:p>
        </w:tc>
        <w:tc>
          <w:tcPr>
            <w:tcW w:w="4762" w:type="dxa"/>
            <w:shd w:val="clear" w:color="auto" w:fill="F5F7FA"/>
            <w:vAlign w:val="center"/>
          </w:tcPr>
          <w:p w14:paraId="049C25AD" w14:textId="77777777" w:rsidR="009809EA" w:rsidRDefault="009809EA" w:rsidP="00486407">
            <w:pPr>
              <w:keepLines/>
              <w:spacing w:after="0"/>
            </w:pPr>
            <w:r>
              <w:rPr>
                <w:sz w:val="17"/>
              </w:rPr>
              <w:t xml:space="preserve">Minimum 2 porty USB-C z </w:t>
            </w:r>
            <w:proofErr w:type="spellStart"/>
            <w:r>
              <w:rPr>
                <w:sz w:val="17"/>
              </w:rPr>
              <w:t>obsługą</w:t>
            </w:r>
            <w:proofErr w:type="spellEnd"/>
            <w:r>
              <w:rPr>
                <w:sz w:val="17"/>
              </w:rPr>
              <w:t xml:space="preserve"> Thunderbolt 4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755E228E" w14:textId="77777777" w:rsidR="009809EA" w:rsidRDefault="009809EA" w:rsidP="00486407">
            <w:pPr>
              <w:keepLines/>
              <w:spacing w:after="0"/>
            </w:pPr>
          </w:p>
        </w:tc>
      </w:tr>
      <w:tr w:rsidR="009809EA" w14:paraId="43962115" w14:textId="77777777" w:rsidTr="00CA7470">
        <w:trPr>
          <w:cantSplit/>
          <w:jc w:val="center"/>
        </w:trPr>
        <w:tc>
          <w:tcPr>
            <w:tcW w:w="2438" w:type="dxa"/>
            <w:vAlign w:val="center"/>
          </w:tcPr>
          <w:p w14:paraId="10D1EE33" w14:textId="77777777" w:rsidR="009809EA" w:rsidRDefault="009809EA" w:rsidP="00486407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Wyjście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obrazu</w:t>
            </w:r>
            <w:proofErr w:type="spellEnd"/>
          </w:p>
        </w:tc>
        <w:tc>
          <w:tcPr>
            <w:tcW w:w="4762" w:type="dxa"/>
            <w:vAlign w:val="center"/>
          </w:tcPr>
          <w:p w14:paraId="60ABD1D3" w14:textId="77777777" w:rsidR="009809EA" w:rsidRDefault="009809EA" w:rsidP="00486407">
            <w:pPr>
              <w:keepLines/>
              <w:spacing w:after="0"/>
            </w:pPr>
            <w:r>
              <w:rPr>
                <w:sz w:val="17"/>
              </w:rPr>
              <w:t>HDMI, minimum 2.0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3A9D6771" w14:textId="77777777" w:rsidR="009809EA" w:rsidRDefault="009809EA" w:rsidP="00486407">
            <w:pPr>
              <w:keepLines/>
              <w:spacing w:after="0"/>
            </w:pPr>
          </w:p>
        </w:tc>
      </w:tr>
      <w:tr w:rsidR="009809EA" w14:paraId="0BA7FDF7" w14:textId="77777777" w:rsidTr="00CA7470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718003F5" w14:textId="77777777" w:rsidR="009809EA" w:rsidRDefault="009809EA" w:rsidP="00486407">
            <w:pPr>
              <w:keepLines/>
              <w:spacing w:after="0"/>
            </w:pPr>
            <w:r>
              <w:rPr>
                <w:b/>
                <w:sz w:val="17"/>
              </w:rPr>
              <w:t>Kamera</w:t>
            </w:r>
          </w:p>
        </w:tc>
        <w:tc>
          <w:tcPr>
            <w:tcW w:w="4762" w:type="dxa"/>
            <w:shd w:val="clear" w:color="auto" w:fill="F5F7FA"/>
            <w:vAlign w:val="center"/>
          </w:tcPr>
          <w:p w14:paraId="5724CC55" w14:textId="77777777" w:rsidR="009809EA" w:rsidRDefault="009809EA" w:rsidP="00486407">
            <w:pPr>
              <w:keepLines/>
              <w:spacing w:after="0"/>
            </w:pPr>
            <w:proofErr w:type="spellStart"/>
            <w:r>
              <w:rPr>
                <w:sz w:val="17"/>
              </w:rPr>
              <w:t>Wbudowana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kamera</w:t>
            </w:r>
            <w:proofErr w:type="spellEnd"/>
            <w:r>
              <w:rPr>
                <w:sz w:val="17"/>
              </w:rPr>
              <w:t xml:space="preserve"> Full HD 1080p z </w:t>
            </w:r>
            <w:proofErr w:type="spellStart"/>
            <w:r>
              <w:rPr>
                <w:sz w:val="17"/>
              </w:rPr>
              <w:t>obsługą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podczerwieni</w:t>
            </w:r>
            <w:proofErr w:type="spellEnd"/>
            <w:r>
              <w:rPr>
                <w:sz w:val="17"/>
              </w:rPr>
              <w:t xml:space="preserve"> (IR)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39BFBC4F" w14:textId="77777777" w:rsidR="009809EA" w:rsidRDefault="009809EA" w:rsidP="00486407">
            <w:pPr>
              <w:keepLines/>
              <w:spacing w:after="0"/>
            </w:pPr>
          </w:p>
        </w:tc>
      </w:tr>
      <w:tr w:rsidR="009809EA" w14:paraId="7F44FD5F" w14:textId="77777777" w:rsidTr="00CA7470">
        <w:trPr>
          <w:cantSplit/>
          <w:jc w:val="center"/>
        </w:trPr>
        <w:tc>
          <w:tcPr>
            <w:tcW w:w="2438" w:type="dxa"/>
            <w:vAlign w:val="center"/>
          </w:tcPr>
          <w:p w14:paraId="46C6A959" w14:textId="77777777" w:rsidR="009809EA" w:rsidRDefault="009809EA" w:rsidP="00486407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Mikrofon</w:t>
            </w:r>
            <w:proofErr w:type="spellEnd"/>
          </w:p>
        </w:tc>
        <w:tc>
          <w:tcPr>
            <w:tcW w:w="4762" w:type="dxa"/>
            <w:vAlign w:val="center"/>
          </w:tcPr>
          <w:p w14:paraId="4E5B9326" w14:textId="77777777" w:rsidR="009809EA" w:rsidRDefault="009809EA" w:rsidP="00486407">
            <w:pPr>
              <w:keepLines/>
              <w:spacing w:after="0"/>
            </w:pPr>
            <w:proofErr w:type="spellStart"/>
            <w:r>
              <w:rPr>
                <w:sz w:val="17"/>
              </w:rPr>
              <w:t>Wbudowany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2A28EE26" w14:textId="77777777" w:rsidR="009809EA" w:rsidRDefault="009809EA" w:rsidP="00486407">
            <w:pPr>
              <w:keepLines/>
              <w:spacing w:after="0"/>
            </w:pPr>
          </w:p>
        </w:tc>
      </w:tr>
      <w:tr w:rsidR="009809EA" w14:paraId="3EEA7F43" w14:textId="77777777" w:rsidTr="00CA7470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14B90FFD" w14:textId="77777777" w:rsidR="009809EA" w:rsidRDefault="009809EA" w:rsidP="00486407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Głośniki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1AA714BC" w14:textId="77777777" w:rsidR="009809EA" w:rsidRDefault="009809EA" w:rsidP="00486407">
            <w:pPr>
              <w:keepLines/>
              <w:spacing w:after="0"/>
            </w:pPr>
            <w:proofErr w:type="spellStart"/>
            <w:r>
              <w:rPr>
                <w:sz w:val="17"/>
              </w:rPr>
              <w:t>Wbudowane</w:t>
            </w:r>
            <w:proofErr w:type="spellEnd"/>
            <w:r>
              <w:rPr>
                <w:sz w:val="17"/>
              </w:rPr>
              <w:t>, stereo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16D33023" w14:textId="77777777" w:rsidR="009809EA" w:rsidRDefault="009809EA" w:rsidP="00486407">
            <w:pPr>
              <w:keepLines/>
              <w:spacing w:after="0"/>
            </w:pPr>
          </w:p>
        </w:tc>
      </w:tr>
      <w:tr w:rsidR="009809EA" w14:paraId="4D969ADF" w14:textId="77777777" w:rsidTr="00CA7470">
        <w:trPr>
          <w:cantSplit/>
          <w:jc w:val="center"/>
        </w:trPr>
        <w:tc>
          <w:tcPr>
            <w:tcW w:w="2438" w:type="dxa"/>
            <w:vAlign w:val="center"/>
          </w:tcPr>
          <w:p w14:paraId="4521114B" w14:textId="77777777" w:rsidR="009809EA" w:rsidRDefault="009809EA" w:rsidP="00486407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Klawiatura</w:t>
            </w:r>
            <w:proofErr w:type="spellEnd"/>
          </w:p>
        </w:tc>
        <w:tc>
          <w:tcPr>
            <w:tcW w:w="4762" w:type="dxa"/>
            <w:vAlign w:val="center"/>
          </w:tcPr>
          <w:p w14:paraId="20A14FED" w14:textId="77777777" w:rsidR="009809EA" w:rsidRDefault="009809EA" w:rsidP="00486407">
            <w:pPr>
              <w:keepLines/>
              <w:spacing w:after="0"/>
            </w:pPr>
            <w:proofErr w:type="spellStart"/>
            <w:r>
              <w:rPr>
                <w:sz w:val="17"/>
              </w:rPr>
              <w:t>Pełnowymiarowa</w:t>
            </w:r>
            <w:proofErr w:type="spellEnd"/>
            <w:r>
              <w:rPr>
                <w:sz w:val="17"/>
              </w:rPr>
              <w:t xml:space="preserve">, </w:t>
            </w:r>
            <w:proofErr w:type="spellStart"/>
            <w:r>
              <w:rPr>
                <w:sz w:val="17"/>
              </w:rPr>
              <w:t>podświetlana</w:t>
            </w:r>
            <w:proofErr w:type="spellEnd"/>
            <w:r>
              <w:rPr>
                <w:sz w:val="17"/>
              </w:rPr>
              <w:t xml:space="preserve">, z </w:t>
            </w:r>
            <w:proofErr w:type="spellStart"/>
            <w:r>
              <w:rPr>
                <w:sz w:val="17"/>
              </w:rPr>
              <w:t>wydzielonym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blokiem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numerycznym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6783FD3A" w14:textId="77777777" w:rsidR="009809EA" w:rsidRDefault="009809EA" w:rsidP="00486407">
            <w:pPr>
              <w:keepLines/>
              <w:spacing w:after="0"/>
            </w:pPr>
          </w:p>
        </w:tc>
      </w:tr>
      <w:tr w:rsidR="009809EA" w14:paraId="412126CC" w14:textId="77777777" w:rsidTr="00CA7470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25C04012" w14:textId="77777777" w:rsidR="009809EA" w:rsidRDefault="009809EA" w:rsidP="00486407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Urządzenie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wskazujące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5B66AAF5" w14:textId="77777777" w:rsidR="009809EA" w:rsidRDefault="009809EA" w:rsidP="00486407">
            <w:pPr>
              <w:keepLines/>
              <w:spacing w:after="0"/>
            </w:pPr>
            <w:r>
              <w:rPr>
                <w:sz w:val="17"/>
              </w:rPr>
              <w:t xml:space="preserve">Touchpad </w:t>
            </w:r>
            <w:proofErr w:type="spellStart"/>
            <w:r>
              <w:rPr>
                <w:sz w:val="17"/>
              </w:rPr>
              <w:t>lub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równoważne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0CB97098" w14:textId="77777777" w:rsidR="009809EA" w:rsidRDefault="009809EA" w:rsidP="00486407">
            <w:pPr>
              <w:keepLines/>
              <w:spacing w:after="0"/>
            </w:pPr>
          </w:p>
        </w:tc>
      </w:tr>
      <w:tr w:rsidR="009809EA" w14:paraId="2B2A08D5" w14:textId="77777777" w:rsidTr="00CA7470">
        <w:trPr>
          <w:cantSplit/>
          <w:jc w:val="center"/>
        </w:trPr>
        <w:tc>
          <w:tcPr>
            <w:tcW w:w="2438" w:type="dxa"/>
            <w:vAlign w:val="center"/>
          </w:tcPr>
          <w:p w14:paraId="2FDA4710" w14:textId="77777777" w:rsidR="009809EA" w:rsidRDefault="009809EA" w:rsidP="00486407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Czytnik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linii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papilarnych</w:t>
            </w:r>
            <w:proofErr w:type="spellEnd"/>
          </w:p>
        </w:tc>
        <w:tc>
          <w:tcPr>
            <w:tcW w:w="4762" w:type="dxa"/>
            <w:vAlign w:val="center"/>
          </w:tcPr>
          <w:p w14:paraId="63E4FA51" w14:textId="77777777" w:rsidR="009809EA" w:rsidRDefault="009809EA" w:rsidP="00486407">
            <w:pPr>
              <w:keepLines/>
              <w:spacing w:after="0"/>
            </w:pPr>
            <w:proofErr w:type="spellStart"/>
            <w:r>
              <w:rPr>
                <w:sz w:val="17"/>
              </w:rPr>
              <w:t>Wbudowany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6263D688" w14:textId="77777777" w:rsidR="009809EA" w:rsidRDefault="009809EA" w:rsidP="00486407">
            <w:pPr>
              <w:keepLines/>
              <w:spacing w:after="0"/>
            </w:pPr>
          </w:p>
        </w:tc>
      </w:tr>
      <w:tr w:rsidR="009809EA" w14:paraId="52F020E2" w14:textId="77777777" w:rsidTr="00CA7470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06A19CAA" w14:textId="77777777" w:rsidR="009809EA" w:rsidRDefault="009809EA" w:rsidP="00486407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Zabezpieczenia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0103CB9A" w14:textId="77777777" w:rsidR="009809EA" w:rsidRDefault="009809EA" w:rsidP="00486407">
            <w:pPr>
              <w:keepLines/>
              <w:spacing w:after="0"/>
            </w:pPr>
            <w:r>
              <w:rPr>
                <w:sz w:val="17"/>
              </w:rPr>
              <w:t xml:space="preserve">TPM 2.0, Secure Boot, </w:t>
            </w:r>
            <w:proofErr w:type="spellStart"/>
            <w:r>
              <w:rPr>
                <w:sz w:val="17"/>
              </w:rPr>
              <w:t>obsługa</w:t>
            </w:r>
            <w:proofErr w:type="spellEnd"/>
            <w:r>
              <w:rPr>
                <w:sz w:val="17"/>
              </w:rPr>
              <w:t xml:space="preserve"> Windows Hello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09A67C02" w14:textId="77777777" w:rsidR="009809EA" w:rsidRDefault="009809EA" w:rsidP="00486407">
            <w:pPr>
              <w:keepLines/>
              <w:spacing w:after="0"/>
            </w:pPr>
          </w:p>
        </w:tc>
      </w:tr>
      <w:tr w:rsidR="009809EA" w14:paraId="143E452D" w14:textId="77777777" w:rsidTr="00CA7470">
        <w:trPr>
          <w:cantSplit/>
          <w:jc w:val="center"/>
        </w:trPr>
        <w:tc>
          <w:tcPr>
            <w:tcW w:w="2438" w:type="dxa"/>
            <w:vAlign w:val="center"/>
          </w:tcPr>
          <w:p w14:paraId="612A605E" w14:textId="77777777" w:rsidR="009809EA" w:rsidRDefault="009809EA" w:rsidP="00486407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Akumulator</w:t>
            </w:r>
            <w:proofErr w:type="spellEnd"/>
          </w:p>
        </w:tc>
        <w:tc>
          <w:tcPr>
            <w:tcW w:w="4762" w:type="dxa"/>
            <w:vAlign w:val="center"/>
          </w:tcPr>
          <w:p w14:paraId="31BFEBA3" w14:textId="77777777" w:rsidR="009809EA" w:rsidRDefault="009809EA" w:rsidP="00486407">
            <w:pPr>
              <w:keepLines/>
              <w:spacing w:after="0"/>
            </w:pPr>
            <w:r>
              <w:rPr>
                <w:sz w:val="17"/>
              </w:rPr>
              <w:t xml:space="preserve">Minimum 64 </w:t>
            </w:r>
            <w:proofErr w:type="spellStart"/>
            <w:r>
              <w:rPr>
                <w:sz w:val="17"/>
              </w:rPr>
              <w:t>Wh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2ABF9EDD" w14:textId="77777777" w:rsidR="009809EA" w:rsidRDefault="009809EA" w:rsidP="00486407">
            <w:pPr>
              <w:keepLines/>
              <w:spacing w:after="0"/>
            </w:pPr>
          </w:p>
        </w:tc>
      </w:tr>
      <w:tr w:rsidR="009809EA" w14:paraId="73E5E0F2" w14:textId="77777777" w:rsidTr="00CA7470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33F08E5D" w14:textId="77777777" w:rsidR="009809EA" w:rsidRDefault="009809EA" w:rsidP="00486407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Zasilacz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2E925669" w14:textId="77777777" w:rsidR="009809EA" w:rsidRDefault="009809EA" w:rsidP="00486407">
            <w:pPr>
              <w:keepLines/>
              <w:spacing w:after="0"/>
            </w:pPr>
            <w:r>
              <w:rPr>
                <w:sz w:val="17"/>
              </w:rPr>
              <w:t xml:space="preserve">Minimum 65 W, </w:t>
            </w:r>
            <w:proofErr w:type="spellStart"/>
            <w:r>
              <w:rPr>
                <w:sz w:val="17"/>
              </w:rPr>
              <w:t>ładowanie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przez</w:t>
            </w:r>
            <w:proofErr w:type="spellEnd"/>
            <w:r>
              <w:rPr>
                <w:sz w:val="17"/>
              </w:rPr>
              <w:t xml:space="preserve"> USB-C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3F09BEB4" w14:textId="77777777" w:rsidR="009809EA" w:rsidRDefault="009809EA" w:rsidP="00486407">
            <w:pPr>
              <w:keepLines/>
              <w:spacing w:after="0"/>
            </w:pPr>
          </w:p>
        </w:tc>
      </w:tr>
      <w:tr w:rsidR="009809EA" w14:paraId="1F3E75C4" w14:textId="77777777" w:rsidTr="00CA7470">
        <w:trPr>
          <w:cantSplit/>
          <w:jc w:val="center"/>
        </w:trPr>
        <w:tc>
          <w:tcPr>
            <w:tcW w:w="2438" w:type="dxa"/>
            <w:vAlign w:val="center"/>
          </w:tcPr>
          <w:p w14:paraId="54F390C9" w14:textId="77777777" w:rsidR="009809EA" w:rsidRDefault="009809EA" w:rsidP="00486407">
            <w:pPr>
              <w:keepLines/>
              <w:spacing w:after="0"/>
            </w:pPr>
            <w:r>
              <w:rPr>
                <w:b/>
                <w:sz w:val="17"/>
              </w:rPr>
              <w:t xml:space="preserve">System </w:t>
            </w:r>
            <w:proofErr w:type="spellStart"/>
            <w:r>
              <w:rPr>
                <w:b/>
                <w:sz w:val="17"/>
              </w:rPr>
              <w:t>operacyjny</w:t>
            </w:r>
            <w:proofErr w:type="spellEnd"/>
          </w:p>
        </w:tc>
        <w:tc>
          <w:tcPr>
            <w:tcW w:w="4762" w:type="dxa"/>
            <w:vAlign w:val="center"/>
          </w:tcPr>
          <w:p w14:paraId="1F064603" w14:textId="77777777" w:rsidR="009809EA" w:rsidRDefault="009809EA" w:rsidP="00486407">
            <w:pPr>
              <w:keepLines/>
              <w:spacing w:after="0"/>
            </w:pPr>
            <w:r>
              <w:rPr>
                <w:sz w:val="17"/>
              </w:rPr>
              <w:t xml:space="preserve">Windows 11 Pro 64-bit PL, </w:t>
            </w:r>
            <w:proofErr w:type="spellStart"/>
            <w:r>
              <w:rPr>
                <w:sz w:val="17"/>
              </w:rPr>
              <w:t>fabrycznie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zainstalowany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i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aktywowany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4EB8B682" w14:textId="77777777" w:rsidR="009809EA" w:rsidRDefault="009809EA" w:rsidP="00486407">
            <w:pPr>
              <w:keepLines/>
              <w:spacing w:after="0"/>
            </w:pPr>
          </w:p>
        </w:tc>
      </w:tr>
      <w:tr w:rsidR="009809EA" w14:paraId="33DA5FDD" w14:textId="77777777" w:rsidTr="00CA7470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3A38A031" w14:textId="77777777" w:rsidR="009809EA" w:rsidRDefault="009809EA" w:rsidP="00486407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Kompatybilność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29665649" w14:textId="77777777" w:rsidR="009809EA" w:rsidRDefault="009809EA" w:rsidP="00486407">
            <w:pPr>
              <w:keepLines/>
              <w:spacing w:after="0"/>
            </w:pPr>
            <w:proofErr w:type="spellStart"/>
            <w:r>
              <w:rPr>
                <w:sz w:val="17"/>
              </w:rPr>
              <w:t>Możliwość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dołączenia</w:t>
            </w:r>
            <w:proofErr w:type="spellEnd"/>
            <w:r>
              <w:rPr>
                <w:sz w:val="17"/>
              </w:rPr>
              <w:t xml:space="preserve"> do </w:t>
            </w:r>
            <w:proofErr w:type="spellStart"/>
            <w:r>
              <w:rPr>
                <w:sz w:val="17"/>
              </w:rPr>
              <w:t>domeny</w:t>
            </w:r>
            <w:proofErr w:type="spellEnd"/>
            <w:r>
              <w:rPr>
                <w:sz w:val="17"/>
              </w:rPr>
              <w:t xml:space="preserve"> Active Directory </w:t>
            </w:r>
            <w:proofErr w:type="spellStart"/>
            <w:r>
              <w:rPr>
                <w:sz w:val="17"/>
              </w:rPr>
              <w:t>oraz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zarządzania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przez</w:t>
            </w:r>
            <w:proofErr w:type="spellEnd"/>
            <w:r>
              <w:rPr>
                <w:sz w:val="17"/>
              </w:rPr>
              <w:t xml:space="preserve"> Microsoft Intune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56090A3B" w14:textId="77777777" w:rsidR="009809EA" w:rsidRDefault="009809EA" w:rsidP="00486407">
            <w:pPr>
              <w:keepLines/>
              <w:spacing w:after="0"/>
            </w:pPr>
          </w:p>
        </w:tc>
      </w:tr>
      <w:tr w:rsidR="009809EA" w14:paraId="4260CAD6" w14:textId="77777777" w:rsidTr="00CA7470">
        <w:trPr>
          <w:cantSplit/>
          <w:jc w:val="center"/>
        </w:trPr>
        <w:tc>
          <w:tcPr>
            <w:tcW w:w="2438" w:type="dxa"/>
            <w:vAlign w:val="center"/>
          </w:tcPr>
          <w:p w14:paraId="5B9C6060" w14:textId="77777777" w:rsidR="009809EA" w:rsidRDefault="009809EA" w:rsidP="00486407">
            <w:pPr>
              <w:keepLines/>
              <w:spacing w:after="0"/>
            </w:pPr>
            <w:r>
              <w:rPr>
                <w:b/>
                <w:sz w:val="17"/>
              </w:rPr>
              <w:t>Waga</w:t>
            </w:r>
          </w:p>
        </w:tc>
        <w:tc>
          <w:tcPr>
            <w:tcW w:w="4762" w:type="dxa"/>
            <w:vAlign w:val="center"/>
          </w:tcPr>
          <w:p w14:paraId="192A1A78" w14:textId="77777777" w:rsidR="009809EA" w:rsidRDefault="009809EA" w:rsidP="00486407">
            <w:pPr>
              <w:keepLines/>
              <w:spacing w:after="0"/>
            </w:pPr>
            <w:proofErr w:type="spellStart"/>
            <w:r>
              <w:rPr>
                <w:sz w:val="17"/>
              </w:rPr>
              <w:t>Maksymalnie</w:t>
            </w:r>
            <w:proofErr w:type="spellEnd"/>
            <w:r>
              <w:rPr>
                <w:sz w:val="17"/>
              </w:rPr>
              <w:t xml:space="preserve"> 1,8 kg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7F462E07" w14:textId="77777777" w:rsidR="009809EA" w:rsidRDefault="009809EA" w:rsidP="00486407">
            <w:pPr>
              <w:keepLines/>
              <w:spacing w:after="0"/>
            </w:pPr>
          </w:p>
        </w:tc>
      </w:tr>
      <w:tr w:rsidR="009809EA" w14:paraId="2E3551C3" w14:textId="77777777" w:rsidTr="00CA7470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16525D2B" w14:textId="77777777" w:rsidR="009809EA" w:rsidRDefault="009809EA" w:rsidP="00486407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Obudowa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70CD03E6" w14:textId="77777777" w:rsidR="009809EA" w:rsidRDefault="009809EA" w:rsidP="00486407">
            <w:pPr>
              <w:keepLines/>
              <w:spacing w:after="0"/>
            </w:pPr>
            <w:proofErr w:type="spellStart"/>
            <w:r>
              <w:rPr>
                <w:sz w:val="17"/>
              </w:rPr>
              <w:t>Konstrukcja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biznesowa</w:t>
            </w:r>
            <w:proofErr w:type="spellEnd"/>
            <w:r>
              <w:rPr>
                <w:sz w:val="17"/>
              </w:rPr>
              <w:t xml:space="preserve">, </w:t>
            </w:r>
            <w:proofErr w:type="spellStart"/>
            <w:r>
              <w:rPr>
                <w:sz w:val="17"/>
              </w:rPr>
              <w:t>pokrywa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wykonana</w:t>
            </w:r>
            <w:proofErr w:type="spellEnd"/>
            <w:r>
              <w:rPr>
                <w:sz w:val="17"/>
              </w:rPr>
              <w:t xml:space="preserve"> z </w:t>
            </w:r>
            <w:proofErr w:type="spellStart"/>
            <w:r>
              <w:rPr>
                <w:sz w:val="17"/>
              </w:rPr>
              <w:t>aluminium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lub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materiału</w:t>
            </w:r>
            <w:proofErr w:type="spellEnd"/>
            <w:r>
              <w:rPr>
                <w:sz w:val="17"/>
              </w:rPr>
              <w:t xml:space="preserve"> o </w:t>
            </w:r>
            <w:proofErr w:type="spellStart"/>
            <w:r>
              <w:rPr>
                <w:sz w:val="17"/>
              </w:rPr>
              <w:t>równoważnej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trwałości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041B8120" w14:textId="77777777" w:rsidR="009809EA" w:rsidRDefault="009809EA" w:rsidP="00486407">
            <w:pPr>
              <w:keepLines/>
              <w:spacing w:after="0"/>
            </w:pPr>
          </w:p>
        </w:tc>
      </w:tr>
      <w:tr w:rsidR="009809EA" w14:paraId="3F7EDD01" w14:textId="77777777" w:rsidTr="00CA7470">
        <w:trPr>
          <w:cantSplit/>
          <w:jc w:val="center"/>
        </w:trPr>
        <w:tc>
          <w:tcPr>
            <w:tcW w:w="2438" w:type="dxa"/>
            <w:vAlign w:val="center"/>
          </w:tcPr>
          <w:p w14:paraId="4E8E74F7" w14:textId="77777777" w:rsidR="009809EA" w:rsidRDefault="009809EA" w:rsidP="00486407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Certyfikaty</w:t>
            </w:r>
            <w:proofErr w:type="spellEnd"/>
          </w:p>
        </w:tc>
        <w:tc>
          <w:tcPr>
            <w:tcW w:w="4762" w:type="dxa"/>
            <w:vAlign w:val="center"/>
          </w:tcPr>
          <w:p w14:paraId="4A29FA60" w14:textId="77777777" w:rsidR="009809EA" w:rsidRDefault="009809EA" w:rsidP="00486407">
            <w:pPr>
              <w:keepLines/>
              <w:spacing w:after="0"/>
            </w:pPr>
            <w:r>
              <w:rPr>
                <w:sz w:val="17"/>
              </w:rPr>
              <w:t xml:space="preserve">ENERGY STAR, EPEAT Gold </w:t>
            </w:r>
            <w:proofErr w:type="spellStart"/>
            <w:r>
              <w:rPr>
                <w:sz w:val="17"/>
              </w:rPr>
              <w:t>lub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równoważne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47771C20" w14:textId="77777777" w:rsidR="009809EA" w:rsidRDefault="009809EA" w:rsidP="00486407">
            <w:pPr>
              <w:keepLines/>
              <w:spacing w:after="0"/>
            </w:pPr>
          </w:p>
        </w:tc>
      </w:tr>
      <w:tr w:rsidR="009809EA" w14:paraId="0C45CC25" w14:textId="77777777" w:rsidTr="00CA7470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00F13FFE" w14:textId="77777777" w:rsidR="009809EA" w:rsidRDefault="009809EA" w:rsidP="00486407">
            <w:pPr>
              <w:keepLines/>
              <w:spacing w:after="0"/>
            </w:pPr>
            <w:r>
              <w:rPr>
                <w:b/>
                <w:sz w:val="17"/>
              </w:rPr>
              <w:t xml:space="preserve">Stan </w:t>
            </w:r>
            <w:proofErr w:type="spellStart"/>
            <w:r>
              <w:rPr>
                <w:b/>
                <w:sz w:val="17"/>
              </w:rPr>
              <w:t>urządzenia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42309178" w14:textId="77777777" w:rsidR="009809EA" w:rsidRDefault="009809EA" w:rsidP="00486407">
            <w:pPr>
              <w:keepLines/>
              <w:spacing w:after="0"/>
            </w:pPr>
            <w:proofErr w:type="spellStart"/>
            <w:r>
              <w:rPr>
                <w:sz w:val="17"/>
              </w:rPr>
              <w:t>Fabrycznie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nowe</w:t>
            </w:r>
            <w:proofErr w:type="spellEnd"/>
            <w:r>
              <w:rPr>
                <w:sz w:val="17"/>
              </w:rPr>
              <w:t xml:space="preserve">, </w:t>
            </w:r>
            <w:proofErr w:type="spellStart"/>
            <w:r>
              <w:rPr>
                <w:sz w:val="17"/>
              </w:rPr>
              <w:t>nieużywane</w:t>
            </w:r>
            <w:proofErr w:type="spellEnd"/>
            <w:r>
              <w:rPr>
                <w:sz w:val="17"/>
              </w:rPr>
              <w:t xml:space="preserve">, </w:t>
            </w:r>
            <w:proofErr w:type="spellStart"/>
            <w:r>
              <w:rPr>
                <w:sz w:val="17"/>
              </w:rPr>
              <w:t>nieregenerowane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5C498A26" w14:textId="77777777" w:rsidR="009809EA" w:rsidRDefault="009809EA" w:rsidP="00486407">
            <w:pPr>
              <w:keepLines/>
              <w:spacing w:after="0"/>
            </w:pPr>
          </w:p>
        </w:tc>
      </w:tr>
      <w:tr w:rsidR="009809EA" w14:paraId="36EADC97" w14:textId="77777777" w:rsidTr="00CA7470">
        <w:trPr>
          <w:cantSplit/>
          <w:jc w:val="center"/>
        </w:trPr>
        <w:tc>
          <w:tcPr>
            <w:tcW w:w="2438" w:type="dxa"/>
            <w:vAlign w:val="center"/>
          </w:tcPr>
          <w:p w14:paraId="6CB54FFA" w14:textId="77777777" w:rsidR="009809EA" w:rsidRDefault="009809EA" w:rsidP="00486407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Gwarancja</w:t>
            </w:r>
            <w:proofErr w:type="spellEnd"/>
          </w:p>
        </w:tc>
        <w:tc>
          <w:tcPr>
            <w:tcW w:w="4762" w:type="dxa"/>
            <w:vAlign w:val="center"/>
          </w:tcPr>
          <w:p w14:paraId="02CA0DEE" w14:textId="77777777" w:rsidR="009809EA" w:rsidRDefault="009809EA" w:rsidP="00486407">
            <w:pPr>
              <w:keepLines/>
              <w:spacing w:after="0"/>
            </w:pPr>
            <w:r>
              <w:rPr>
                <w:sz w:val="17"/>
              </w:rPr>
              <w:t xml:space="preserve">Minimum 36 </w:t>
            </w:r>
            <w:proofErr w:type="spellStart"/>
            <w:r>
              <w:rPr>
                <w:sz w:val="17"/>
              </w:rPr>
              <w:t>miesięcy</w:t>
            </w:r>
            <w:proofErr w:type="spellEnd"/>
            <w:r>
              <w:rPr>
                <w:sz w:val="17"/>
              </w:rPr>
              <w:t xml:space="preserve">, </w:t>
            </w:r>
            <w:proofErr w:type="spellStart"/>
            <w:r>
              <w:rPr>
                <w:sz w:val="17"/>
              </w:rPr>
              <w:t>serwis</w:t>
            </w:r>
            <w:proofErr w:type="spellEnd"/>
            <w:r>
              <w:rPr>
                <w:sz w:val="17"/>
              </w:rPr>
              <w:t xml:space="preserve"> w </w:t>
            </w:r>
            <w:proofErr w:type="spellStart"/>
            <w:r>
              <w:rPr>
                <w:sz w:val="17"/>
              </w:rPr>
              <w:t>miejscu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użytkowania</w:t>
            </w:r>
            <w:proofErr w:type="spellEnd"/>
            <w:r>
              <w:rPr>
                <w:sz w:val="17"/>
              </w:rPr>
              <w:t xml:space="preserve"> (</w:t>
            </w:r>
            <w:proofErr w:type="spellStart"/>
            <w:r>
              <w:rPr>
                <w:sz w:val="17"/>
              </w:rPr>
              <w:t>OnSite</w:t>
            </w:r>
            <w:proofErr w:type="spellEnd"/>
            <w:r>
              <w:rPr>
                <w:sz w:val="17"/>
              </w:rPr>
              <w:t>)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1C850A5A" w14:textId="77777777" w:rsidR="009809EA" w:rsidRDefault="009809EA" w:rsidP="00486407">
            <w:pPr>
              <w:keepLines/>
              <w:spacing w:after="0"/>
            </w:pPr>
          </w:p>
        </w:tc>
      </w:tr>
      <w:tr w:rsidR="009809EA" w14:paraId="79F59707" w14:textId="77777777" w:rsidTr="00CA7470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6B1D58AE" w14:textId="77777777" w:rsidR="009809EA" w:rsidRDefault="009809EA" w:rsidP="00486407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Wyposażenie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5FE00485" w14:textId="77777777" w:rsidR="009809EA" w:rsidRDefault="009809EA" w:rsidP="00486407">
            <w:pPr>
              <w:keepLines/>
              <w:spacing w:after="0"/>
            </w:pPr>
            <w:r>
              <w:rPr>
                <w:sz w:val="17"/>
              </w:rPr>
              <w:t xml:space="preserve">Laptop, </w:t>
            </w:r>
            <w:proofErr w:type="spellStart"/>
            <w:r>
              <w:rPr>
                <w:sz w:val="17"/>
              </w:rPr>
              <w:t>oryginalny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zasilacz</w:t>
            </w:r>
            <w:proofErr w:type="spellEnd"/>
            <w:r>
              <w:rPr>
                <w:sz w:val="17"/>
              </w:rPr>
              <w:t xml:space="preserve">, </w:t>
            </w:r>
            <w:proofErr w:type="spellStart"/>
            <w:r>
              <w:rPr>
                <w:sz w:val="17"/>
              </w:rPr>
              <w:t>dokumentacja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producenta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301A3F27" w14:textId="77777777" w:rsidR="009809EA" w:rsidRDefault="009809EA" w:rsidP="00486407">
            <w:pPr>
              <w:keepLines/>
              <w:spacing w:after="0"/>
            </w:pPr>
          </w:p>
        </w:tc>
      </w:tr>
      <w:tr w:rsidR="009809EA" w14:paraId="7343E42E" w14:textId="77777777" w:rsidTr="00CA7470">
        <w:trPr>
          <w:cantSplit/>
          <w:jc w:val="center"/>
        </w:trPr>
        <w:tc>
          <w:tcPr>
            <w:tcW w:w="2438" w:type="dxa"/>
            <w:vAlign w:val="center"/>
          </w:tcPr>
          <w:p w14:paraId="5DAFDBE8" w14:textId="77777777" w:rsidR="009809EA" w:rsidRDefault="009809EA" w:rsidP="00486407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Urządzenia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równoważne</w:t>
            </w:r>
            <w:proofErr w:type="spellEnd"/>
          </w:p>
        </w:tc>
        <w:tc>
          <w:tcPr>
            <w:tcW w:w="4762" w:type="dxa"/>
            <w:vAlign w:val="center"/>
          </w:tcPr>
          <w:p w14:paraId="3E943091" w14:textId="77777777" w:rsidR="009809EA" w:rsidRDefault="009809EA" w:rsidP="00486407">
            <w:pPr>
              <w:keepLines/>
              <w:spacing w:after="0"/>
            </w:pPr>
            <w:proofErr w:type="spellStart"/>
            <w:r>
              <w:rPr>
                <w:sz w:val="17"/>
              </w:rPr>
              <w:t>Dopuszczalne</w:t>
            </w:r>
            <w:proofErr w:type="spellEnd"/>
            <w:r>
              <w:rPr>
                <w:sz w:val="17"/>
              </w:rPr>
              <w:t xml:space="preserve">, pod </w:t>
            </w:r>
            <w:proofErr w:type="spellStart"/>
            <w:r>
              <w:rPr>
                <w:sz w:val="17"/>
              </w:rPr>
              <w:t>warunkiem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spełnienia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wszystkich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minimalnych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wymagań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technicznych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561809FC" w14:textId="77777777" w:rsidR="009809EA" w:rsidRDefault="009809EA" w:rsidP="00486407">
            <w:pPr>
              <w:keepLines/>
              <w:spacing w:after="0"/>
            </w:pPr>
          </w:p>
        </w:tc>
      </w:tr>
    </w:tbl>
    <w:p w14:paraId="0E95BE89" w14:textId="77777777" w:rsidR="009809EA" w:rsidRDefault="009809EA" w:rsidP="009809EA"/>
    <w:tbl>
      <w:tblPr>
        <w:tblStyle w:val="Tabela-Siatka"/>
        <w:tblW w:w="0" w:type="auto"/>
        <w:tblInd w:w="38" w:type="dxa"/>
        <w:tblLook w:val="04A0" w:firstRow="1" w:lastRow="0" w:firstColumn="1" w:lastColumn="0" w:noHBand="0" w:noVBand="1"/>
      </w:tblPr>
      <w:tblGrid>
        <w:gridCol w:w="3446"/>
        <w:gridCol w:w="1444"/>
        <w:gridCol w:w="2410"/>
      </w:tblGrid>
      <w:tr w:rsidR="00CA7470" w14:paraId="76108656" w14:textId="77777777">
        <w:tc>
          <w:tcPr>
            <w:tcW w:w="34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51A6C2" w14:textId="77777777" w:rsidR="00CA7470" w:rsidRDefault="00CA7470">
            <w:r>
              <w:t xml:space="preserve">Cena za 1 </w:t>
            </w:r>
            <w:proofErr w:type="spellStart"/>
            <w:r>
              <w:t>szt</w:t>
            </w:r>
            <w:proofErr w:type="spellEnd"/>
            <w:r>
              <w:t>.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77476E" w14:textId="77777777" w:rsidR="00CA7470" w:rsidRDefault="00CA7470">
            <w:r>
              <w:t xml:space="preserve">Netto w </w:t>
            </w:r>
            <w:proofErr w:type="spellStart"/>
            <w:r>
              <w:t>zł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19FC1078" w14:textId="77777777" w:rsidR="00CA7470" w:rsidRDefault="00CA7470">
            <w:pPr>
              <w:rPr>
                <w:highlight w:val="yellow"/>
              </w:rPr>
            </w:pPr>
          </w:p>
        </w:tc>
      </w:tr>
      <w:tr w:rsidR="00CA7470" w14:paraId="33672EF3" w14:textId="7777777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FE7AAA" w14:textId="77777777" w:rsidR="00CA7470" w:rsidRDefault="00CA7470">
            <w:pPr>
              <w:spacing w:after="0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B4BB7A" w14:textId="77777777" w:rsidR="00CA7470" w:rsidRDefault="00CA7470">
            <w:r>
              <w:t xml:space="preserve">Brutto w </w:t>
            </w:r>
            <w:proofErr w:type="spellStart"/>
            <w:r>
              <w:t>zł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5B890A90" w14:textId="77777777" w:rsidR="00CA7470" w:rsidRDefault="00CA7470">
            <w:pPr>
              <w:rPr>
                <w:highlight w:val="yellow"/>
              </w:rPr>
            </w:pPr>
          </w:p>
        </w:tc>
      </w:tr>
      <w:tr w:rsidR="00CA7470" w14:paraId="7391F431" w14:textId="77777777">
        <w:tc>
          <w:tcPr>
            <w:tcW w:w="34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80E4B1" w14:textId="52D53719" w:rsidR="00CA7470" w:rsidRDefault="00CA7470">
            <w:proofErr w:type="spellStart"/>
            <w:r>
              <w:t>Łączna</w:t>
            </w:r>
            <w:proofErr w:type="spellEnd"/>
            <w:r>
              <w:t xml:space="preserve"> </w:t>
            </w:r>
            <w:proofErr w:type="spellStart"/>
            <w:r>
              <w:t>Kwota</w:t>
            </w:r>
            <w:proofErr w:type="spellEnd"/>
            <w:r>
              <w:t xml:space="preserve"> za: </w:t>
            </w:r>
            <w:r>
              <w:t>2</w:t>
            </w:r>
            <w:r>
              <w:t xml:space="preserve"> </w:t>
            </w:r>
            <w:proofErr w:type="spellStart"/>
            <w:r>
              <w:t>szt</w:t>
            </w:r>
            <w:proofErr w:type="spellEnd"/>
            <w:r>
              <w:t>.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D2078F" w14:textId="77777777" w:rsidR="00CA7470" w:rsidRDefault="00CA7470">
            <w:r>
              <w:t xml:space="preserve">Netto w </w:t>
            </w:r>
            <w:proofErr w:type="spellStart"/>
            <w:r>
              <w:t>zł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4B78C7B3" w14:textId="77777777" w:rsidR="00CA7470" w:rsidRDefault="00CA7470">
            <w:pPr>
              <w:rPr>
                <w:highlight w:val="yellow"/>
              </w:rPr>
            </w:pPr>
          </w:p>
        </w:tc>
      </w:tr>
      <w:tr w:rsidR="00CA7470" w14:paraId="19772DC1" w14:textId="7777777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51F7A8" w14:textId="77777777" w:rsidR="00CA7470" w:rsidRDefault="00CA7470">
            <w:pPr>
              <w:spacing w:after="0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96CB9D" w14:textId="266CA3A1" w:rsidR="00CA7470" w:rsidRDefault="0025708B">
            <w:r>
              <w:t>Br</w:t>
            </w:r>
            <w:r w:rsidR="00CA7470">
              <w:t xml:space="preserve">utto w </w:t>
            </w:r>
            <w:proofErr w:type="spellStart"/>
            <w:r w:rsidR="00CA7470">
              <w:t>zł</w:t>
            </w:r>
            <w:proofErr w:type="spellEnd"/>
            <w:r w:rsidR="00CA7470">
              <w:t>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340E08DF" w14:textId="77777777" w:rsidR="00CA7470" w:rsidRDefault="00CA7470">
            <w:pPr>
              <w:rPr>
                <w:highlight w:val="yellow"/>
              </w:rPr>
            </w:pPr>
          </w:p>
        </w:tc>
      </w:tr>
    </w:tbl>
    <w:p w14:paraId="16A1BF68" w14:textId="77777777" w:rsidR="00CA7470" w:rsidRDefault="00CA7470" w:rsidP="009809EA"/>
    <w:p w14:paraId="21BB5122" w14:textId="77777777" w:rsidR="009809EA" w:rsidRDefault="009809EA" w:rsidP="009809EA">
      <w:r>
        <w:t xml:space="preserve">Oświadczamy, </w:t>
      </w:r>
      <w:proofErr w:type="spellStart"/>
      <w:r>
        <w:t>że</w:t>
      </w:r>
      <w:proofErr w:type="spellEnd"/>
      <w:r>
        <w:t xml:space="preserve"> </w:t>
      </w:r>
      <w:proofErr w:type="spellStart"/>
      <w:r>
        <w:t>oferowany</w:t>
      </w:r>
      <w:proofErr w:type="spellEnd"/>
      <w:r>
        <w:t xml:space="preserve"> </w:t>
      </w:r>
      <w:proofErr w:type="spellStart"/>
      <w:r>
        <w:t>przedmiot</w:t>
      </w:r>
      <w:proofErr w:type="spellEnd"/>
      <w:r>
        <w:t xml:space="preserve"> </w:t>
      </w:r>
      <w:proofErr w:type="spellStart"/>
      <w:r>
        <w:t>zamówienia</w:t>
      </w:r>
      <w:proofErr w:type="spellEnd"/>
      <w:r>
        <w:t xml:space="preserve"> </w:t>
      </w:r>
      <w:proofErr w:type="spellStart"/>
      <w:r>
        <w:t>spełnia</w:t>
      </w:r>
      <w:proofErr w:type="spellEnd"/>
      <w:r>
        <w:t xml:space="preserve"> </w:t>
      </w:r>
      <w:proofErr w:type="spellStart"/>
      <w:r>
        <w:t>wymagania</w:t>
      </w:r>
      <w:proofErr w:type="spellEnd"/>
      <w:r>
        <w:t xml:space="preserve"> </w:t>
      </w:r>
      <w:proofErr w:type="spellStart"/>
      <w:r>
        <w:t>wskazane</w:t>
      </w:r>
      <w:proofErr w:type="spellEnd"/>
      <w:r>
        <w:t xml:space="preserve"> w </w:t>
      </w:r>
      <w:proofErr w:type="spellStart"/>
      <w:r>
        <w:t>tabeli</w:t>
      </w:r>
      <w:proofErr w:type="spellEnd"/>
      <w:r>
        <w:t>.</w:t>
      </w:r>
    </w:p>
    <w:p w14:paraId="2A244425" w14:textId="77777777" w:rsidR="009809EA" w:rsidRDefault="009809EA" w:rsidP="009809EA">
      <w:r>
        <w:t>.....................................................................................</w:t>
      </w:r>
      <w:r>
        <w:br/>
        <w:t xml:space="preserve">Data </w:t>
      </w:r>
      <w:proofErr w:type="spellStart"/>
      <w:r>
        <w:t>i</w:t>
      </w:r>
      <w:proofErr w:type="spellEnd"/>
      <w:r>
        <w:t xml:space="preserve"> </w:t>
      </w:r>
      <w:proofErr w:type="spellStart"/>
      <w:r>
        <w:t>podpis</w:t>
      </w:r>
      <w:proofErr w:type="spellEnd"/>
      <w:r>
        <w:t xml:space="preserve"> </w:t>
      </w:r>
      <w:proofErr w:type="spellStart"/>
      <w:r>
        <w:t>osoby</w:t>
      </w:r>
      <w:proofErr w:type="spellEnd"/>
      <w:r>
        <w:t xml:space="preserve"> </w:t>
      </w:r>
      <w:proofErr w:type="spellStart"/>
      <w:r>
        <w:t>upoważnionej</w:t>
      </w:r>
      <w:proofErr w:type="spellEnd"/>
      <w:r>
        <w:t xml:space="preserve"> do </w:t>
      </w:r>
      <w:proofErr w:type="spellStart"/>
      <w:r>
        <w:t>złożenia</w:t>
      </w:r>
      <w:proofErr w:type="spellEnd"/>
      <w:r>
        <w:t xml:space="preserve"> </w:t>
      </w:r>
      <w:proofErr w:type="spellStart"/>
      <w:r>
        <w:t>oferty</w:t>
      </w:r>
      <w:proofErr w:type="spellEnd"/>
    </w:p>
    <w:p w14:paraId="61D746E0" w14:textId="58AF8B4E" w:rsidR="009809EA" w:rsidRDefault="009809EA" w:rsidP="00CA7470">
      <w:pPr>
        <w:spacing w:after="200"/>
        <w:jc w:val="right"/>
      </w:pPr>
      <w:r>
        <w:br w:type="page"/>
      </w:r>
      <w:proofErr w:type="spellStart"/>
      <w:r>
        <w:rPr>
          <w:b/>
        </w:rPr>
        <w:lastRenderedPageBreak/>
        <w:t>Załącznik</w:t>
      </w:r>
      <w:proofErr w:type="spellEnd"/>
      <w:r>
        <w:rPr>
          <w:b/>
        </w:rPr>
        <w:t xml:space="preserve"> nr 4.3</w:t>
      </w:r>
    </w:p>
    <w:p w14:paraId="1AC6EB20" w14:textId="77777777" w:rsidR="009809EA" w:rsidRDefault="009809EA" w:rsidP="009809EA">
      <w:pPr>
        <w:jc w:val="center"/>
      </w:pPr>
      <w:r>
        <w:rPr>
          <w:b/>
          <w:color w:val="1C324B"/>
          <w:sz w:val="28"/>
        </w:rPr>
        <w:t>OPIS PRZEDMIOTU ZAMÓWIENIA</w:t>
      </w:r>
    </w:p>
    <w:p w14:paraId="5C36E5BE" w14:textId="77777777" w:rsidR="009809EA" w:rsidRDefault="009809EA" w:rsidP="009809EA">
      <w:pPr>
        <w:jc w:val="center"/>
      </w:pPr>
      <w:proofErr w:type="spellStart"/>
      <w:r>
        <w:rPr>
          <w:b/>
          <w:sz w:val="22"/>
        </w:rPr>
        <w:t>Specyfikacja</w:t>
      </w:r>
      <w:proofErr w:type="spellEnd"/>
      <w:r>
        <w:rPr>
          <w:b/>
          <w:sz w:val="22"/>
        </w:rPr>
        <w:t xml:space="preserve"> </w:t>
      </w:r>
      <w:proofErr w:type="spellStart"/>
      <w:r>
        <w:rPr>
          <w:b/>
          <w:sz w:val="22"/>
        </w:rPr>
        <w:t>techniczna</w:t>
      </w:r>
      <w:proofErr w:type="spellEnd"/>
      <w:r>
        <w:rPr>
          <w:b/>
          <w:sz w:val="22"/>
        </w:rPr>
        <w:t xml:space="preserve"> - Laptop </w:t>
      </w:r>
      <w:proofErr w:type="spellStart"/>
      <w:r>
        <w:rPr>
          <w:b/>
          <w:sz w:val="22"/>
        </w:rPr>
        <w:t>Typ</w:t>
      </w:r>
      <w:proofErr w:type="spellEnd"/>
      <w:r>
        <w:rPr>
          <w:b/>
          <w:sz w:val="22"/>
        </w:rPr>
        <w:t xml:space="preserve"> C - 2 </w:t>
      </w:r>
      <w:proofErr w:type="spellStart"/>
      <w:r>
        <w:rPr>
          <w:b/>
          <w:sz w:val="22"/>
        </w:rPr>
        <w:t>szt</w:t>
      </w:r>
      <w:proofErr w:type="spellEnd"/>
      <w:r>
        <w:rPr>
          <w:b/>
          <w:sz w:val="22"/>
        </w:rPr>
        <w:t>.</w:t>
      </w:r>
    </w:p>
    <w:p w14:paraId="41188FED" w14:textId="77777777" w:rsidR="009809EA" w:rsidRDefault="009809EA" w:rsidP="009809EA">
      <w:r>
        <w:t xml:space="preserve">Producent: ........................................................................     Model / </w:t>
      </w:r>
      <w:proofErr w:type="spellStart"/>
      <w:r>
        <w:t>oznaczenie</w:t>
      </w:r>
      <w:proofErr w:type="spellEnd"/>
      <w:r>
        <w:t>: ........................................................................</w:t>
      </w:r>
    </w:p>
    <w:tbl>
      <w:tblPr>
        <w:tblStyle w:val="Tabela-Siatka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438"/>
        <w:gridCol w:w="4762"/>
        <w:gridCol w:w="2324"/>
      </w:tblGrid>
      <w:tr w:rsidR="009809EA" w14:paraId="6FAD5388" w14:textId="77777777" w:rsidTr="00AF05CA">
        <w:trPr>
          <w:cantSplit/>
          <w:tblHeader/>
          <w:jc w:val="center"/>
        </w:trPr>
        <w:tc>
          <w:tcPr>
            <w:tcW w:w="2438" w:type="dxa"/>
            <w:shd w:val="clear" w:color="auto" w:fill="E8EEF5"/>
          </w:tcPr>
          <w:p w14:paraId="66565222" w14:textId="77777777" w:rsidR="009809EA" w:rsidRDefault="009809EA" w:rsidP="00486407">
            <w:pPr>
              <w:spacing w:after="0"/>
            </w:pPr>
            <w:proofErr w:type="spellStart"/>
            <w:r>
              <w:rPr>
                <w:b/>
                <w:sz w:val="17"/>
              </w:rPr>
              <w:t>Cecha</w:t>
            </w:r>
            <w:proofErr w:type="spellEnd"/>
            <w:r>
              <w:rPr>
                <w:b/>
                <w:sz w:val="17"/>
              </w:rPr>
              <w:t xml:space="preserve"> / </w:t>
            </w:r>
            <w:proofErr w:type="spellStart"/>
            <w:r>
              <w:rPr>
                <w:b/>
                <w:sz w:val="17"/>
              </w:rPr>
              <w:t>parametr</w:t>
            </w:r>
            <w:proofErr w:type="spellEnd"/>
          </w:p>
        </w:tc>
        <w:tc>
          <w:tcPr>
            <w:tcW w:w="4762" w:type="dxa"/>
            <w:shd w:val="clear" w:color="auto" w:fill="E8EEF5"/>
          </w:tcPr>
          <w:p w14:paraId="1899D6CB" w14:textId="77777777" w:rsidR="009809EA" w:rsidRDefault="009809EA" w:rsidP="00486407">
            <w:pPr>
              <w:spacing w:after="0"/>
            </w:pPr>
            <w:proofErr w:type="spellStart"/>
            <w:r>
              <w:rPr>
                <w:b/>
                <w:sz w:val="17"/>
              </w:rPr>
              <w:t>Wymagane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minimalne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parametry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techniczne</w:t>
            </w:r>
            <w:proofErr w:type="spellEnd"/>
          </w:p>
        </w:tc>
        <w:tc>
          <w:tcPr>
            <w:tcW w:w="2324" w:type="dxa"/>
            <w:shd w:val="clear" w:color="auto" w:fill="FFFF99"/>
          </w:tcPr>
          <w:p w14:paraId="60D1E78F" w14:textId="77777777" w:rsidR="009809EA" w:rsidRDefault="009809EA" w:rsidP="00486407">
            <w:pPr>
              <w:spacing w:after="0"/>
            </w:pPr>
            <w:proofErr w:type="spellStart"/>
            <w:r>
              <w:rPr>
                <w:b/>
                <w:sz w:val="17"/>
              </w:rPr>
              <w:t>Oferowane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parametry</w:t>
            </w:r>
            <w:proofErr w:type="spellEnd"/>
            <w:r>
              <w:rPr>
                <w:b/>
                <w:sz w:val="17"/>
              </w:rPr>
              <w:t xml:space="preserve"> (</w:t>
            </w:r>
            <w:proofErr w:type="spellStart"/>
            <w:r>
              <w:rPr>
                <w:b/>
                <w:sz w:val="17"/>
              </w:rPr>
              <w:t>wypełnia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Wykonawca</w:t>
            </w:r>
            <w:proofErr w:type="spellEnd"/>
            <w:r>
              <w:rPr>
                <w:b/>
                <w:sz w:val="17"/>
              </w:rPr>
              <w:t>)</w:t>
            </w:r>
          </w:p>
        </w:tc>
      </w:tr>
      <w:tr w:rsidR="009809EA" w14:paraId="694019E7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676A688A" w14:textId="77777777" w:rsidR="009809EA" w:rsidRDefault="009809EA" w:rsidP="00486407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Typ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urządzenia</w:t>
            </w:r>
            <w:proofErr w:type="spellEnd"/>
          </w:p>
        </w:tc>
        <w:tc>
          <w:tcPr>
            <w:tcW w:w="4762" w:type="dxa"/>
            <w:vAlign w:val="center"/>
          </w:tcPr>
          <w:p w14:paraId="783951C4" w14:textId="77777777" w:rsidR="009809EA" w:rsidRDefault="009809EA" w:rsidP="00486407">
            <w:pPr>
              <w:keepLines/>
              <w:spacing w:after="0"/>
            </w:pPr>
            <w:proofErr w:type="spellStart"/>
            <w:r>
              <w:rPr>
                <w:sz w:val="17"/>
              </w:rPr>
              <w:t>Komputer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przenośny</w:t>
            </w:r>
            <w:proofErr w:type="spellEnd"/>
            <w:r>
              <w:rPr>
                <w:sz w:val="17"/>
              </w:rPr>
              <w:t xml:space="preserve"> (laptop)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4A02D206" w14:textId="77777777" w:rsidR="009809EA" w:rsidRDefault="009809EA" w:rsidP="00486407">
            <w:pPr>
              <w:keepLines/>
              <w:spacing w:after="0"/>
            </w:pPr>
          </w:p>
        </w:tc>
      </w:tr>
      <w:tr w:rsidR="009809EA" w14:paraId="09F6DA03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5B2E9812" w14:textId="77777777" w:rsidR="009809EA" w:rsidRDefault="009809EA" w:rsidP="00486407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Przeznaczenie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258CCC9F" w14:textId="77777777" w:rsidR="009809EA" w:rsidRDefault="009809EA" w:rsidP="00486407">
            <w:pPr>
              <w:keepLines/>
              <w:spacing w:after="0"/>
            </w:pPr>
            <w:proofErr w:type="spellStart"/>
            <w:r>
              <w:rPr>
                <w:sz w:val="17"/>
              </w:rPr>
              <w:t>Mobilny</w:t>
            </w:r>
            <w:proofErr w:type="spellEnd"/>
            <w:r>
              <w:rPr>
                <w:sz w:val="17"/>
              </w:rPr>
              <w:t xml:space="preserve"> terminal do </w:t>
            </w:r>
            <w:proofErr w:type="spellStart"/>
            <w:r>
              <w:rPr>
                <w:sz w:val="17"/>
              </w:rPr>
              <w:t>pracy</w:t>
            </w:r>
            <w:proofErr w:type="spellEnd"/>
            <w:r>
              <w:rPr>
                <w:sz w:val="17"/>
              </w:rPr>
              <w:t xml:space="preserve"> z </w:t>
            </w:r>
            <w:proofErr w:type="spellStart"/>
            <w:r>
              <w:rPr>
                <w:sz w:val="17"/>
              </w:rPr>
              <w:t>aplikacjami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i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systemami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informatycznymi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2592C0B0" w14:textId="77777777" w:rsidR="009809EA" w:rsidRDefault="009809EA" w:rsidP="00486407">
            <w:pPr>
              <w:keepLines/>
              <w:spacing w:after="0"/>
            </w:pPr>
          </w:p>
        </w:tc>
      </w:tr>
      <w:tr w:rsidR="009809EA" w14:paraId="6B7096B5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5E164FCC" w14:textId="77777777" w:rsidR="009809EA" w:rsidRDefault="009809EA" w:rsidP="00486407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Ekran</w:t>
            </w:r>
            <w:proofErr w:type="spellEnd"/>
          </w:p>
        </w:tc>
        <w:tc>
          <w:tcPr>
            <w:tcW w:w="4762" w:type="dxa"/>
            <w:vAlign w:val="center"/>
          </w:tcPr>
          <w:p w14:paraId="1900337B" w14:textId="77777777" w:rsidR="009809EA" w:rsidRDefault="009809EA" w:rsidP="00486407">
            <w:pPr>
              <w:keepLines/>
              <w:spacing w:after="0"/>
            </w:pPr>
            <w:r>
              <w:rPr>
                <w:sz w:val="17"/>
              </w:rPr>
              <w:t xml:space="preserve">14 </w:t>
            </w:r>
            <w:proofErr w:type="spellStart"/>
            <w:r>
              <w:rPr>
                <w:sz w:val="17"/>
              </w:rPr>
              <w:t>cali</w:t>
            </w:r>
            <w:proofErr w:type="spellEnd"/>
            <w:r>
              <w:rPr>
                <w:sz w:val="17"/>
              </w:rPr>
              <w:t xml:space="preserve">, </w:t>
            </w:r>
            <w:proofErr w:type="spellStart"/>
            <w:r>
              <w:rPr>
                <w:sz w:val="17"/>
              </w:rPr>
              <w:t>matowy</w:t>
            </w:r>
            <w:proofErr w:type="spellEnd"/>
            <w:r>
              <w:rPr>
                <w:sz w:val="17"/>
              </w:rPr>
              <w:t xml:space="preserve">, z </w:t>
            </w:r>
            <w:proofErr w:type="spellStart"/>
            <w:r>
              <w:rPr>
                <w:sz w:val="17"/>
              </w:rPr>
              <w:t>podświetleniem</w:t>
            </w:r>
            <w:proofErr w:type="spellEnd"/>
            <w:r>
              <w:rPr>
                <w:sz w:val="17"/>
              </w:rPr>
              <w:t xml:space="preserve"> LED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37C3BE84" w14:textId="77777777" w:rsidR="009809EA" w:rsidRDefault="009809EA" w:rsidP="00486407">
            <w:pPr>
              <w:keepLines/>
              <w:spacing w:after="0"/>
            </w:pPr>
          </w:p>
        </w:tc>
      </w:tr>
      <w:tr w:rsidR="009809EA" w14:paraId="06FCFC15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595285E7" w14:textId="77777777" w:rsidR="009809EA" w:rsidRDefault="009809EA" w:rsidP="00486407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Rozdzielczość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ekranu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4DE7DB57" w14:textId="77777777" w:rsidR="009809EA" w:rsidRDefault="009809EA" w:rsidP="00486407">
            <w:pPr>
              <w:keepLines/>
              <w:spacing w:after="0"/>
            </w:pPr>
            <w:r>
              <w:rPr>
                <w:sz w:val="17"/>
              </w:rPr>
              <w:t xml:space="preserve">Minimum 1920 × 1080 </w:t>
            </w:r>
            <w:proofErr w:type="spellStart"/>
            <w:r>
              <w:rPr>
                <w:sz w:val="17"/>
              </w:rPr>
              <w:t>pikseli</w:t>
            </w:r>
            <w:proofErr w:type="spellEnd"/>
            <w:r>
              <w:rPr>
                <w:sz w:val="17"/>
              </w:rPr>
              <w:t xml:space="preserve"> (Full HD) </w:t>
            </w:r>
            <w:proofErr w:type="spellStart"/>
            <w:r>
              <w:rPr>
                <w:sz w:val="17"/>
              </w:rPr>
              <w:t>lub</w:t>
            </w:r>
            <w:proofErr w:type="spellEnd"/>
            <w:r>
              <w:rPr>
                <w:sz w:val="17"/>
              </w:rPr>
              <w:t xml:space="preserve"> 1920 × 1200 (WUXGA)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52D66C13" w14:textId="77777777" w:rsidR="009809EA" w:rsidRDefault="009809EA" w:rsidP="00486407">
            <w:pPr>
              <w:keepLines/>
              <w:spacing w:after="0"/>
            </w:pPr>
          </w:p>
        </w:tc>
      </w:tr>
      <w:tr w:rsidR="009809EA" w14:paraId="3B77697F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325F69AD" w14:textId="77777777" w:rsidR="009809EA" w:rsidRDefault="009809EA" w:rsidP="00486407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Procesor</w:t>
            </w:r>
            <w:proofErr w:type="spellEnd"/>
          </w:p>
        </w:tc>
        <w:tc>
          <w:tcPr>
            <w:tcW w:w="4762" w:type="dxa"/>
            <w:vAlign w:val="center"/>
          </w:tcPr>
          <w:p w14:paraId="1165E698" w14:textId="77777777" w:rsidR="009809EA" w:rsidRDefault="009809EA" w:rsidP="00486407">
            <w:pPr>
              <w:keepLines/>
              <w:spacing w:after="0"/>
            </w:pPr>
            <w:r>
              <w:rPr>
                <w:sz w:val="17"/>
              </w:rPr>
              <w:t xml:space="preserve">Minimum 4 </w:t>
            </w:r>
            <w:proofErr w:type="spellStart"/>
            <w:r>
              <w:rPr>
                <w:sz w:val="17"/>
              </w:rPr>
              <w:t>rdzenie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fizyczne</w:t>
            </w:r>
            <w:proofErr w:type="spellEnd"/>
            <w:r>
              <w:rPr>
                <w:sz w:val="17"/>
              </w:rPr>
              <w:t xml:space="preserve">, </w:t>
            </w:r>
            <w:proofErr w:type="spellStart"/>
            <w:r>
              <w:rPr>
                <w:sz w:val="17"/>
              </w:rPr>
              <w:t>architektura</w:t>
            </w:r>
            <w:proofErr w:type="spellEnd"/>
            <w:r>
              <w:rPr>
                <w:sz w:val="17"/>
              </w:rPr>
              <w:t xml:space="preserve"> 64-bit, </w:t>
            </w:r>
            <w:proofErr w:type="spellStart"/>
            <w:r>
              <w:rPr>
                <w:sz w:val="17"/>
              </w:rPr>
              <w:t>kompatybilny</w:t>
            </w:r>
            <w:proofErr w:type="spellEnd"/>
            <w:r>
              <w:rPr>
                <w:sz w:val="17"/>
              </w:rPr>
              <w:t xml:space="preserve"> z Windows 11 Pro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0D4C1968" w14:textId="77777777" w:rsidR="009809EA" w:rsidRDefault="009809EA" w:rsidP="00486407">
            <w:pPr>
              <w:keepLines/>
              <w:spacing w:after="0"/>
            </w:pPr>
          </w:p>
        </w:tc>
      </w:tr>
      <w:tr w:rsidR="009809EA" w14:paraId="2F35E1CD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6F17083F" w14:textId="77777777" w:rsidR="009809EA" w:rsidRDefault="009809EA" w:rsidP="00486407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Pamięć</w:t>
            </w:r>
            <w:proofErr w:type="spellEnd"/>
            <w:r>
              <w:rPr>
                <w:b/>
                <w:sz w:val="17"/>
              </w:rPr>
              <w:t xml:space="preserve"> RAM</w:t>
            </w:r>
          </w:p>
        </w:tc>
        <w:tc>
          <w:tcPr>
            <w:tcW w:w="4762" w:type="dxa"/>
            <w:shd w:val="clear" w:color="auto" w:fill="F5F7FA"/>
            <w:vAlign w:val="center"/>
          </w:tcPr>
          <w:p w14:paraId="61A4544B" w14:textId="77777777" w:rsidR="009809EA" w:rsidRDefault="009809EA" w:rsidP="00486407">
            <w:pPr>
              <w:keepLines/>
              <w:spacing w:after="0"/>
            </w:pPr>
            <w:r>
              <w:rPr>
                <w:sz w:val="17"/>
              </w:rPr>
              <w:t>Minimum 8 GB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7842A160" w14:textId="77777777" w:rsidR="009809EA" w:rsidRDefault="009809EA" w:rsidP="00486407">
            <w:pPr>
              <w:keepLines/>
              <w:spacing w:after="0"/>
            </w:pPr>
          </w:p>
        </w:tc>
      </w:tr>
      <w:tr w:rsidR="009809EA" w14:paraId="640444EB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41244E1D" w14:textId="77777777" w:rsidR="009809EA" w:rsidRDefault="009809EA" w:rsidP="00486407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Dysk</w:t>
            </w:r>
            <w:proofErr w:type="spellEnd"/>
          </w:p>
        </w:tc>
        <w:tc>
          <w:tcPr>
            <w:tcW w:w="4762" w:type="dxa"/>
            <w:vAlign w:val="center"/>
          </w:tcPr>
          <w:p w14:paraId="28D583CE" w14:textId="77777777" w:rsidR="009809EA" w:rsidRDefault="009809EA" w:rsidP="00486407">
            <w:pPr>
              <w:keepLines/>
              <w:spacing w:after="0"/>
            </w:pPr>
            <w:r>
              <w:rPr>
                <w:sz w:val="17"/>
              </w:rPr>
              <w:t>SSD minimum 256 GB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222E4470" w14:textId="77777777" w:rsidR="009809EA" w:rsidRDefault="009809EA" w:rsidP="00486407">
            <w:pPr>
              <w:keepLines/>
              <w:spacing w:after="0"/>
            </w:pPr>
          </w:p>
        </w:tc>
      </w:tr>
      <w:tr w:rsidR="009809EA" w14:paraId="2D699033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12D4C91C" w14:textId="77777777" w:rsidR="009809EA" w:rsidRDefault="009809EA" w:rsidP="00486407">
            <w:pPr>
              <w:keepLines/>
              <w:spacing w:after="0"/>
            </w:pPr>
            <w:r>
              <w:rPr>
                <w:b/>
                <w:sz w:val="17"/>
              </w:rPr>
              <w:t xml:space="preserve">Karta </w:t>
            </w:r>
            <w:proofErr w:type="spellStart"/>
            <w:r>
              <w:rPr>
                <w:b/>
                <w:sz w:val="17"/>
              </w:rPr>
              <w:t>graficzna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0833F391" w14:textId="77777777" w:rsidR="009809EA" w:rsidRDefault="009809EA" w:rsidP="00486407">
            <w:pPr>
              <w:keepLines/>
              <w:spacing w:after="0"/>
            </w:pPr>
            <w:proofErr w:type="spellStart"/>
            <w:r>
              <w:rPr>
                <w:sz w:val="17"/>
              </w:rPr>
              <w:t>Zintegrowana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4C13C496" w14:textId="77777777" w:rsidR="009809EA" w:rsidRDefault="009809EA" w:rsidP="00486407">
            <w:pPr>
              <w:keepLines/>
              <w:spacing w:after="0"/>
            </w:pPr>
          </w:p>
        </w:tc>
      </w:tr>
      <w:tr w:rsidR="009809EA" w14:paraId="0E6F24D8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45CDC8F9" w14:textId="77777777" w:rsidR="009809EA" w:rsidRDefault="009809EA" w:rsidP="00486407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Łączność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bezprzewodowa</w:t>
            </w:r>
            <w:proofErr w:type="spellEnd"/>
          </w:p>
        </w:tc>
        <w:tc>
          <w:tcPr>
            <w:tcW w:w="4762" w:type="dxa"/>
            <w:vAlign w:val="center"/>
          </w:tcPr>
          <w:p w14:paraId="02A3C723" w14:textId="77777777" w:rsidR="009809EA" w:rsidRDefault="009809EA" w:rsidP="00486407">
            <w:pPr>
              <w:keepLines/>
              <w:spacing w:after="0"/>
            </w:pPr>
            <w:r>
              <w:rPr>
                <w:sz w:val="17"/>
              </w:rPr>
              <w:t xml:space="preserve">Wi-Fi 6 (802.11ax) </w:t>
            </w:r>
            <w:proofErr w:type="spellStart"/>
            <w:r>
              <w:rPr>
                <w:sz w:val="17"/>
              </w:rPr>
              <w:t>lub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nowszy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601B328D" w14:textId="77777777" w:rsidR="009809EA" w:rsidRDefault="009809EA" w:rsidP="00486407">
            <w:pPr>
              <w:keepLines/>
              <w:spacing w:after="0"/>
            </w:pPr>
          </w:p>
        </w:tc>
      </w:tr>
      <w:tr w:rsidR="009809EA" w14:paraId="2B9CA8E7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58E51FE0" w14:textId="77777777" w:rsidR="009809EA" w:rsidRDefault="009809EA" w:rsidP="00486407">
            <w:pPr>
              <w:keepLines/>
              <w:spacing w:after="0"/>
            </w:pPr>
            <w:r>
              <w:rPr>
                <w:b/>
                <w:sz w:val="17"/>
              </w:rPr>
              <w:t>Bluetooth</w:t>
            </w:r>
          </w:p>
        </w:tc>
        <w:tc>
          <w:tcPr>
            <w:tcW w:w="4762" w:type="dxa"/>
            <w:shd w:val="clear" w:color="auto" w:fill="F5F7FA"/>
            <w:vAlign w:val="center"/>
          </w:tcPr>
          <w:p w14:paraId="6904B10F" w14:textId="77777777" w:rsidR="009809EA" w:rsidRDefault="009809EA" w:rsidP="00486407">
            <w:pPr>
              <w:keepLines/>
              <w:spacing w:after="0"/>
            </w:pPr>
            <w:r>
              <w:rPr>
                <w:sz w:val="17"/>
              </w:rPr>
              <w:t>Minimum 5.0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740980BC" w14:textId="77777777" w:rsidR="009809EA" w:rsidRDefault="009809EA" w:rsidP="00486407">
            <w:pPr>
              <w:keepLines/>
              <w:spacing w:after="0"/>
            </w:pPr>
          </w:p>
        </w:tc>
      </w:tr>
      <w:tr w:rsidR="009809EA" w14:paraId="59C891B0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34088275" w14:textId="77777777" w:rsidR="009809EA" w:rsidRDefault="009809EA" w:rsidP="00486407">
            <w:pPr>
              <w:keepLines/>
              <w:spacing w:after="0"/>
            </w:pPr>
            <w:r>
              <w:rPr>
                <w:b/>
                <w:sz w:val="17"/>
              </w:rPr>
              <w:t xml:space="preserve">Karta </w:t>
            </w:r>
            <w:proofErr w:type="spellStart"/>
            <w:r>
              <w:rPr>
                <w:b/>
                <w:sz w:val="17"/>
              </w:rPr>
              <w:t>sieciowa</w:t>
            </w:r>
            <w:proofErr w:type="spellEnd"/>
            <w:r>
              <w:rPr>
                <w:b/>
                <w:sz w:val="17"/>
              </w:rPr>
              <w:t xml:space="preserve"> LAN</w:t>
            </w:r>
          </w:p>
        </w:tc>
        <w:tc>
          <w:tcPr>
            <w:tcW w:w="4762" w:type="dxa"/>
            <w:vAlign w:val="center"/>
          </w:tcPr>
          <w:p w14:paraId="4581827E" w14:textId="77777777" w:rsidR="009809EA" w:rsidRDefault="009809EA" w:rsidP="00486407">
            <w:pPr>
              <w:keepLines/>
              <w:spacing w:after="0"/>
            </w:pPr>
            <w:r>
              <w:rPr>
                <w:sz w:val="17"/>
              </w:rPr>
              <w:t xml:space="preserve">Ethernet RJ-45 10/100/1000 Mb/s </w:t>
            </w:r>
            <w:proofErr w:type="spellStart"/>
            <w:r>
              <w:rPr>
                <w:sz w:val="17"/>
              </w:rPr>
              <w:t>lub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dołączony</w:t>
            </w:r>
            <w:proofErr w:type="spellEnd"/>
            <w:r>
              <w:rPr>
                <w:sz w:val="17"/>
              </w:rPr>
              <w:t xml:space="preserve"> adapter USB–LAN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1477FA43" w14:textId="77777777" w:rsidR="009809EA" w:rsidRDefault="009809EA" w:rsidP="00486407">
            <w:pPr>
              <w:keepLines/>
              <w:spacing w:after="0"/>
            </w:pPr>
          </w:p>
        </w:tc>
      </w:tr>
      <w:tr w:rsidR="009809EA" w14:paraId="3F49974B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7E89F35C" w14:textId="77777777" w:rsidR="009809EA" w:rsidRDefault="009809EA" w:rsidP="00486407">
            <w:pPr>
              <w:keepLines/>
              <w:spacing w:after="0"/>
            </w:pPr>
            <w:r>
              <w:rPr>
                <w:b/>
                <w:sz w:val="17"/>
              </w:rPr>
              <w:t>Porty USB</w:t>
            </w:r>
          </w:p>
        </w:tc>
        <w:tc>
          <w:tcPr>
            <w:tcW w:w="4762" w:type="dxa"/>
            <w:shd w:val="clear" w:color="auto" w:fill="F5F7FA"/>
            <w:vAlign w:val="center"/>
          </w:tcPr>
          <w:p w14:paraId="0D4A1C3E" w14:textId="77777777" w:rsidR="009809EA" w:rsidRDefault="009809EA" w:rsidP="00486407">
            <w:pPr>
              <w:keepLines/>
              <w:spacing w:after="0"/>
            </w:pPr>
            <w:r>
              <w:rPr>
                <w:sz w:val="17"/>
              </w:rPr>
              <w:t xml:space="preserve">Minimum 2 porty USB, w </w:t>
            </w:r>
            <w:proofErr w:type="spellStart"/>
            <w:r>
              <w:rPr>
                <w:sz w:val="17"/>
              </w:rPr>
              <w:t>tym</w:t>
            </w:r>
            <w:proofErr w:type="spellEnd"/>
            <w:r>
              <w:rPr>
                <w:sz w:val="17"/>
              </w:rPr>
              <w:t xml:space="preserve"> minimum 1 × USB-C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6F2A27E6" w14:textId="77777777" w:rsidR="009809EA" w:rsidRDefault="009809EA" w:rsidP="00486407">
            <w:pPr>
              <w:keepLines/>
              <w:spacing w:after="0"/>
            </w:pPr>
          </w:p>
        </w:tc>
      </w:tr>
      <w:tr w:rsidR="009809EA" w14:paraId="65A62607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053DF217" w14:textId="77777777" w:rsidR="009809EA" w:rsidRDefault="009809EA" w:rsidP="00486407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Wyjście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obrazu</w:t>
            </w:r>
            <w:proofErr w:type="spellEnd"/>
          </w:p>
        </w:tc>
        <w:tc>
          <w:tcPr>
            <w:tcW w:w="4762" w:type="dxa"/>
            <w:vAlign w:val="center"/>
          </w:tcPr>
          <w:p w14:paraId="347D07AA" w14:textId="77777777" w:rsidR="009809EA" w:rsidRDefault="009809EA" w:rsidP="00486407">
            <w:pPr>
              <w:keepLines/>
              <w:spacing w:after="0"/>
            </w:pPr>
            <w:r>
              <w:rPr>
                <w:sz w:val="17"/>
              </w:rPr>
              <w:t xml:space="preserve">HDMI </w:t>
            </w:r>
            <w:proofErr w:type="spellStart"/>
            <w:r>
              <w:rPr>
                <w:sz w:val="17"/>
              </w:rPr>
              <w:t>lub</w:t>
            </w:r>
            <w:proofErr w:type="spellEnd"/>
            <w:r>
              <w:rPr>
                <w:sz w:val="17"/>
              </w:rPr>
              <w:t xml:space="preserve"> USB-C z </w:t>
            </w:r>
            <w:proofErr w:type="spellStart"/>
            <w:r>
              <w:rPr>
                <w:sz w:val="17"/>
              </w:rPr>
              <w:t>obsługą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obrazu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3B9BDE26" w14:textId="77777777" w:rsidR="009809EA" w:rsidRDefault="009809EA" w:rsidP="00486407">
            <w:pPr>
              <w:keepLines/>
              <w:spacing w:after="0"/>
            </w:pPr>
          </w:p>
        </w:tc>
      </w:tr>
      <w:tr w:rsidR="009809EA" w14:paraId="76B9D335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320DCCA9" w14:textId="77777777" w:rsidR="009809EA" w:rsidRDefault="009809EA" w:rsidP="00486407">
            <w:pPr>
              <w:keepLines/>
              <w:spacing w:after="0"/>
            </w:pPr>
            <w:r>
              <w:rPr>
                <w:b/>
                <w:sz w:val="17"/>
              </w:rPr>
              <w:t>Kamera</w:t>
            </w:r>
          </w:p>
        </w:tc>
        <w:tc>
          <w:tcPr>
            <w:tcW w:w="4762" w:type="dxa"/>
            <w:shd w:val="clear" w:color="auto" w:fill="F5F7FA"/>
            <w:vAlign w:val="center"/>
          </w:tcPr>
          <w:p w14:paraId="56713B5F" w14:textId="77777777" w:rsidR="009809EA" w:rsidRDefault="009809EA" w:rsidP="00486407">
            <w:pPr>
              <w:keepLines/>
              <w:spacing w:after="0"/>
            </w:pPr>
            <w:proofErr w:type="spellStart"/>
            <w:r>
              <w:rPr>
                <w:sz w:val="17"/>
              </w:rPr>
              <w:t>Wbudowana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kamera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internetowa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50FF8C65" w14:textId="77777777" w:rsidR="009809EA" w:rsidRDefault="009809EA" w:rsidP="00486407">
            <w:pPr>
              <w:keepLines/>
              <w:spacing w:after="0"/>
            </w:pPr>
          </w:p>
        </w:tc>
      </w:tr>
      <w:tr w:rsidR="009809EA" w14:paraId="00D77C6D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51E89442" w14:textId="77777777" w:rsidR="009809EA" w:rsidRDefault="009809EA" w:rsidP="00486407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Dźwięk</w:t>
            </w:r>
            <w:proofErr w:type="spellEnd"/>
          </w:p>
        </w:tc>
        <w:tc>
          <w:tcPr>
            <w:tcW w:w="4762" w:type="dxa"/>
            <w:vAlign w:val="center"/>
          </w:tcPr>
          <w:p w14:paraId="628C997E" w14:textId="77777777" w:rsidR="009809EA" w:rsidRDefault="009809EA" w:rsidP="00486407">
            <w:pPr>
              <w:keepLines/>
              <w:spacing w:after="0"/>
            </w:pPr>
            <w:proofErr w:type="spellStart"/>
            <w:r>
              <w:rPr>
                <w:sz w:val="17"/>
              </w:rPr>
              <w:t>Wbudowany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mikrofon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i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głośniki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46E957BB" w14:textId="77777777" w:rsidR="009809EA" w:rsidRDefault="009809EA" w:rsidP="00486407">
            <w:pPr>
              <w:keepLines/>
              <w:spacing w:after="0"/>
            </w:pPr>
          </w:p>
        </w:tc>
      </w:tr>
      <w:tr w:rsidR="009809EA" w14:paraId="61EF82AD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65CD0CC1" w14:textId="77777777" w:rsidR="009809EA" w:rsidRDefault="009809EA" w:rsidP="00486407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Klawiatura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066F39EF" w14:textId="77777777" w:rsidR="009809EA" w:rsidRDefault="009809EA" w:rsidP="00486407">
            <w:pPr>
              <w:keepLines/>
              <w:spacing w:after="0"/>
            </w:pPr>
            <w:proofErr w:type="spellStart"/>
            <w:r>
              <w:rPr>
                <w:sz w:val="17"/>
              </w:rPr>
              <w:t>Układ</w:t>
            </w:r>
            <w:proofErr w:type="spellEnd"/>
            <w:r>
              <w:rPr>
                <w:sz w:val="17"/>
              </w:rPr>
              <w:t xml:space="preserve"> QWERTY, </w:t>
            </w:r>
            <w:proofErr w:type="spellStart"/>
            <w:r>
              <w:rPr>
                <w:sz w:val="17"/>
              </w:rPr>
              <w:t>możliwość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wprowadzania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polskich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znaków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740E4164" w14:textId="77777777" w:rsidR="009809EA" w:rsidRDefault="009809EA" w:rsidP="00486407">
            <w:pPr>
              <w:keepLines/>
              <w:spacing w:after="0"/>
            </w:pPr>
          </w:p>
        </w:tc>
      </w:tr>
      <w:tr w:rsidR="009809EA" w14:paraId="51AE67AA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3C750FAC" w14:textId="77777777" w:rsidR="009809EA" w:rsidRDefault="009809EA" w:rsidP="00486407">
            <w:pPr>
              <w:keepLines/>
              <w:spacing w:after="0"/>
            </w:pPr>
            <w:r>
              <w:rPr>
                <w:b/>
                <w:sz w:val="17"/>
              </w:rPr>
              <w:t>Touchpad</w:t>
            </w:r>
          </w:p>
        </w:tc>
        <w:tc>
          <w:tcPr>
            <w:tcW w:w="4762" w:type="dxa"/>
            <w:vAlign w:val="center"/>
          </w:tcPr>
          <w:p w14:paraId="71E717BE" w14:textId="77777777" w:rsidR="009809EA" w:rsidRDefault="009809EA" w:rsidP="00486407">
            <w:pPr>
              <w:keepLines/>
              <w:spacing w:after="0"/>
            </w:pPr>
            <w:proofErr w:type="spellStart"/>
            <w:r>
              <w:rPr>
                <w:sz w:val="17"/>
              </w:rPr>
              <w:t>Wbudowany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4986C132" w14:textId="77777777" w:rsidR="009809EA" w:rsidRDefault="009809EA" w:rsidP="00486407">
            <w:pPr>
              <w:keepLines/>
              <w:spacing w:after="0"/>
            </w:pPr>
          </w:p>
        </w:tc>
      </w:tr>
      <w:tr w:rsidR="009809EA" w14:paraId="1D9F7BD6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2ACBD00F" w14:textId="77777777" w:rsidR="009809EA" w:rsidRDefault="009809EA" w:rsidP="00486407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Akumulator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67F9871E" w14:textId="77777777" w:rsidR="009809EA" w:rsidRDefault="009809EA" w:rsidP="00486407">
            <w:pPr>
              <w:keepLines/>
              <w:spacing w:after="0"/>
            </w:pPr>
            <w:proofErr w:type="spellStart"/>
            <w:r>
              <w:rPr>
                <w:sz w:val="17"/>
              </w:rPr>
              <w:t>Wbudowany</w:t>
            </w:r>
            <w:proofErr w:type="spellEnd"/>
            <w:r>
              <w:rPr>
                <w:sz w:val="17"/>
              </w:rPr>
              <w:t xml:space="preserve">, </w:t>
            </w:r>
            <w:proofErr w:type="spellStart"/>
            <w:r>
              <w:rPr>
                <w:sz w:val="17"/>
              </w:rPr>
              <w:t>umożliwiający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pracę</w:t>
            </w:r>
            <w:proofErr w:type="spellEnd"/>
            <w:r>
              <w:rPr>
                <w:sz w:val="17"/>
              </w:rPr>
              <w:t xml:space="preserve"> bez </w:t>
            </w:r>
            <w:proofErr w:type="spellStart"/>
            <w:r>
              <w:rPr>
                <w:sz w:val="17"/>
              </w:rPr>
              <w:t>zasilania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sieciowego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6AC18886" w14:textId="77777777" w:rsidR="009809EA" w:rsidRDefault="009809EA" w:rsidP="00486407">
            <w:pPr>
              <w:keepLines/>
              <w:spacing w:after="0"/>
            </w:pPr>
          </w:p>
        </w:tc>
      </w:tr>
      <w:tr w:rsidR="009809EA" w14:paraId="5B3C6A0A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0A5E7D96" w14:textId="77777777" w:rsidR="009809EA" w:rsidRDefault="009809EA" w:rsidP="00486407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Zasilacz</w:t>
            </w:r>
            <w:proofErr w:type="spellEnd"/>
          </w:p>
        </w:tc>
        <w:tc>
          <w:tcPr>
            <w:tcW w:w="4762" w:type="dxa"/>
            <w:vAlign w:val="center"/>
          </w:tcPr>
          <w:p w14:paraId="6604A9D9" w14:textId="77777777" w:rsidR="009809EA" w:rsidRDefault="009809EA" w:rsidP="00486407">
            <w:pPr>
              <w:keepLines/>
              <w:spacing w:after="0"/>
            </w:pPr>
            <w:proofErr w:type="spellStart"/>
            <w:r>
              <w:rPr>
                <w:sz w:val="17"/>
              </w:rPr>
              <w:t>Fabryczny</w:t>
            </w:r>
            <w:proofErr w:type="spellEnd"/>
            <w:r>
              <w:rPr>
                <w:sz w:val="17"/>
              </w:rPr>
              <w:t xml:space="preserve">, </w:t>
            </w:r>
            <w:proofErr w:type="spellStart"/>
            <w:r>
              <w:rPr>
                <w:sz w:val="17"/>
              </w:rPr>
              <w:t>dołączony</w:t>
            </w:r>
            <w:proofErr w:type="spellEnd"/>
            <w:r>
              <w:rPr>
                <w:sz w:val="17"/>
              </w:rPr>
              <w:t xml:space="preserve"> do </w:t>
            </w:r>
            <w:proofErr w:type="spellStart"/>
            <w:r>
              <w:rPr>
                <w:sz w:val="17"/>
              </w:rPr>
              <w:t>zestawu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5BF4D92D" w14:textId="77777777" w:rsidR="009809EA" w:rsidRDefault="009809EA" w:rsidP="00486407">
            <w:pPr>
              <w:keepLines/>
              <w:spacing w:after="0"/>
            </w:pPr>
          </w:p>
        </w:tc>
      </w:tr>
      <w:tr w:rsidR="009809EA" w14:paraId="14346D64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37BCE18B" w14:textId="77777777" w:rsidR="009809EA" w:rsidRDefault="009809EA" w:rsidP="00486407">
            <w:pPr>
              <w:keepLines/>
              <w:spacing w:after="0"/>
            </w:pPr>
            <w:r>
              <w:rPr>
                <w:b/>
                <w:sz w:val="17"/>
              </w:rPr>
              <w:t xml:space="preserve">System </w:t>
            </w:r>
            <w:proofErr w:type="spellStart"/>
            <w:r>
              <w:rPr>
                <w:b/>
                <w:sz w:val="17"/>
              </w:rPr>
              <w:t>operacyjny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64255827" w14:textId="77777777" w:rsidR="009809EA" w:rsidRDefault="009809EA" w:rsidP="00486407">
            <w:pPr>
              <w:keepLines/>
              <w:spacing w:after="0"/>
            </w:pPr>
            <w:r>
              <w:rPr>
                <w:sz w:val="17"/>
              </w:rPr>
              <w:t xml:space="preserve">Windows 11 Pro 64-bit, </w:t>
            </w:r>
            <w:proofErr w:type="spellStart"/>
            <w:r>
              <w:rPr>
                <w:sz w:val="17"/>
              </w:rPr>
              <w:t>fabrycznie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zainstalowany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i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aktywowany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07B3B506" w14:textId="77777777" w:rsidR="009809EA" w:rsidRDefault="009809EA" w:rsidP="00486407">
            <w:pPr>
              <w:keepLines/>
              <w:spacing w:after="0"/>
            </w:pPr>
          </w:p>
        </w:tc>
      </w:tr>
      <w:tr w:rsidR="009809EA" w14:paraId="119E3C42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3A55505F" w14:textId="77777777" w:rsidR="009809EA" w:rsidRDefault="009809EA" w:rsidP="00486407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Zabezpieczenia</w:t>
            </w:r>
            <w:proofErr w:type="spellEnd"/>
          </w:p>
        </w:tc>
        <w:tc>
          <w:tcPr>
            <w:tcW w:w="4762" w:type="dxa"/>
            <w:vAlign w:val="center"/>
          </w:tcPr>
          <w:p w14:paraId="75F92B71" w14:textId="77777777" w:rsidR="009809EA" w:rsidRDefault="009809EA" w:rsidP="00486407">
            <w:pPr>
              <w:keepLines/>
              <w:spacing w:after="0"/>
            </w:pPr>
            <w:r>
              <w:rPr>
                <w:sz w:val="17"/>
              </w:rPr>
              <w:t>TPM 2.0, Secure Boot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73049392" w14:textId="77777777" w:rsidR="009809EA" w:rsidRDefault="009809EA" w:rsidP="00486407">
            <w:pPr>
              <w:keepLines/>
              <w:spacing w:after="0"/>
            </w:pPr>
          </w:p>
        </w:tc>
      </w:tr>
      <w:tr w:rsidR="009809EA" w14:paraId="0729B039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7E7A58F5" w14:textId="77777777" w:rsidR="009809EA" w:rsidRDefault="009809EA" w:rsidP="00486407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Kompatybilność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36B3BCEB" w14:textId="77777777" w:rsidR="009809EA" w:rsidRDefault="009809EA" w:rsidP="00486407">
            <w:pPr>
              <w:keepLines/>
              <w:spacing w:after="0"/>
            </w:pPr>
            <w:proofErr w:type="spellStart"/>
            <w:r>
              <w:rPr>
                <w:sz w:val="17"/>
              </w:rPr>
              <w:t>Możliwość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dołączenia</w:t>
            </w:r>
            <w:proofErr w:type="spellEnd"/>
            <w:r>
              <w:rPr>
                <w:sz w:val="17"/>
              </w:rPr>
              <w:t xml:space="preserve"> do </w:t>
            </w:r>
            <w:proofErr w:type="spellStart"/>
            <w:r>
              <w:rPr>
                <w:sz w:val="17"/>
              </w:rPr>
              <w:t>domeny</w:t>
            </w:r>
            <w:proofErr w:type="spellEnd"/>
            <w:r>
              <w:rPr>
                <w:sz w:val="17"/>
              </w:rPr>
              <w:t xml:space="preserve"> Active Directory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28635E69" w14:textId="77777777" w:rsidR="009809EA" w:rsidRDefault="009809EA" w:rsidP="00486407">
            <w:pPr>
              <w:keepLines/>
              <w:spacing w:after="0"/>
            </w:pPr>
          </w:p>
        </w:tc>
      </w:tr>
      <w:tr w:rsidR="009809EA" w14:paraId="50E51680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655A3885" w14:textId="77777777" w:rsidR="009809EA" w:rsidRDefault="009809EA" w:rsidP="00486407">
            <w:pPr>
              <w:keepLines/>
              <w:spacing w:after="0"/>
            </w:pPr>
            <w:r>
              <w:rPr>
                <w:b/>
                <w:sz w:val="17"/>
              </w:rPr>
              <w:t xml:space="preserve">Stan </w:t>
            </w:r>
            <w:proofErr w:type="spellStart"/>
            <w:r>
              <w:rPr>
                <w:b/>
                <w:sz w:val="17"/>
              </w:rPr>
              <w:t>urządzenia</w:t>
            </w:r>
            <w:proofErr w:type="spellEnd"/>
          </w:p>
        </w:tc>
        <w:tc>
          <w:tcPr>
            <w:tcW w:w="4762" w:type="dxa"/>
            <w:vAlign w:val="center"/>
          </w:tcPr>
          <w:p w14:paraId="513740E6" w14:textId="77777777" w:rsidR="009809EA" w:rsidRDefault="009809EA" w:rsidP="00486407">
            <w:pPr>
              <w:keepLines/>
              <w:spacing w:after="0"/>
            </w:pPr>
            <w:proofErr w:type="spellStart"/>
            <w:r>
              <w:rPr>
                <w:sz w:val="17"/>
              </w:rPr>
              <w:t>Fabrycznie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nowy</w:t>
            </w:r>
            <w:proofErr w:type="spellEnd"/>
            <w:r>
              <w:rPr>
                <w:sz w:val="17"/>
              </w:rPr>
              <w:t xml:space="preserve">, </w:t>
            </w:r>
            <w:proofErr w:type="spellStart"/>
            <w:r>
              <w:rPr>
                <w:sz w:val="17"/>
              </w:rPr>
              <w:t>nieużywany</w:t>
            </w:r>
            <w:proofErr w:type="spellEnd"/>
            <w:r>
              <w:rPr>
                <w:sz w:val="17"/>
              </w:rPr>
              <w:t xml:space="preserve">, </w:t>
            </w:r>
            <w:proofErr w:type="spellStart"/>
            <w:r>
              <w:rPr>
                <w:sz w:val="17"/>
              </w:rPr>
              <w:t>nieregenerowany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4FC197B0" w14:textId="77777777" w:rsidR="009809EA" w:rsidRDefault="009809EA" w:rsidP="00486407">
            <w:pPr>
              <w:keepLines/>
              <w:spacing w:after="0"/>
            </w:pPr>
          </w:p>
        </w:tc>
      </w:tr>
      <w:tr w:rsidR="009809EA" w14:paraId="1389AFA7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7F9D04FD" w14:textId="77777777" w:rsidR="009809EA" w:rsidRDefault="009809EA" w:rsidP="00486407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Gwarancja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45D54B9B" w14:textId="77777777" w:rsidR="009809EA" w:rsidRDefault="009809EA" w:rsidP="00486407">
            <w:pPr>
              <w:keepLines/>
              <w:spacing w:after="0"/>
            </w:pPr>
            <w:r>
              <w:rPr>
                <w:sz w:val="17"/>
              </w:rPr>
              <w:t xml:space="preserve">Minimum 24 </w:t>
            </w:r>
            <w:proofErr w:type="spellStart"/>
            <w:r>
              <w:rPr>
                <w:sz w:val="17"/>
              </w:rPr>
              <w:t>miesiące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22C25027" w14:textId="77777777" w:rsidR="009809EA" w:rsidRDefault="009809EA" w:rsidP="00486407">
            <w:pPr>
              <w:keepLines/>
              <w:spacing w:after="0"/>
            </w:pPr>
          </w:p>
        </w:tc>
      </w:tr>
      <w:tr w:rsidR="009809EA" w14:paraId="1A2C62EE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24245816" w14:textId="77777777" w:rsidR="009809EA" w:rsidRDefault="009809EA" w:rsidP="00486407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Wyposażenie</w:t>
            </w:r>
            <w:proofErr w:type="spellEnd"/>
          </w:p>
        </w:tc>
        <w:tc>
          <w:tcPr>
            <w:tcW w:w="4762" w:type="dxa"/>
            <w:vAlign w:val="center"/>
          </w:tcPr>
          <w:p w14:paraId="2154033C" w14:textId="77777777" w:rsidR="009809EA" w:rsidRDefault="009809EA" w:rsidP="00486407">
            <w:pPr>
              <w:keepLines/>
              <w:spacing w:after="0"/>
            </w:pPr>
            <w:r>
              <w:rPr>
                <w:sz w:val="17"/>
              </w:rPr>
              <w:t xml:space="preserve">Laptop, </w:t>
            </w:r>
            <w:proofErr w:type="spellStart"/>
            <w:r>
              <w:rPr>
                <w:sz w:val="17"/>
              </w:rPr>
              <w:t>zasilacz</w:t>
            </w:r>
            <w:proofErr w:type="spellEnd"/>
            <w:r>
              <w:rPr>
                <w:sz w:val="17"/>
              </w:rPr>
              <w:t xml:space="preserve">, </w:t>
            </w:r>
            <w:proofErr w:type="spellStart"/>
            <w:r>
              <w:rPr>
                <w:sz w:val="17"/>
              </w:rPr>
              <w:t>dokumentacja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producenta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2F0CD3F6" w14:textId="77777777" w:rsidR="009809EA" w:rsidRDefault="009809EA" w:rsidP="00486407">
            <w:pPr>
              <w:keepLines/>
              <w:spacing w:after="0"/>
            </w:pPr>
          </w:p>
        </w:tc>
      </w:tr>
    </w:tbl>
    <w:p w14:paraId="33DC00C7" w14:textId="77777777" w:rsidR="009809EA" w:rsidRDefault="009809EA" w:rsidP="009809EA"/>
    <w:tbl>
      <w:tblPr>
        <w:tblStyle w:val="Tabela-Siatka"/>
        <w:tblW w:w="0" w:type="auto"/>
        <w:tblInd w:w="38" w:type="dxa"/>
        <w:tblLook w:val="04A0" w:firstRow="1" w:lastRow="0" w:firstColumn="1" w:lastColumn="0" w:noHBand="0" w:noVBand="1"/>
      </w:tblPr>
      <w:tblGrid>
        <w:gridCol w:w="3446"/>
        <w:gridCol w:w="1444"/>
        <w:gridCol w:w="2410"/>
      </w:tblGrid>
      <w:tr w:rsidR="00AF05CA" w14:paraId="63BE0C03" w14:textId="77777777">
        <w:tc>
          <w:tcPr>
            <w:tcW w:w="34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1A4685" w14:textId="77777777" w:rsidR="00AF05CA" w:rsidRDefault="00AF05CA">
            <w:r>
              <w:t xml:space="preserve">Cena za 1 </w:t>
            </w:r>
            <w:proofErr w:type="spellStart"/>
            <w:r>
              <w:t>szt</w:t>
            </w:r>
            <w:proofErr w:type="spellEnd"/>
            <w:r>
              <w:t>.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1043DE" w14:textId="77777777" w:rsidR="00AF05CA" w:rsidRDefault="00AF05CA">
            <w:r>
              <w:t xml:space="preserve">Netto w </w:t>
            </w:r>
            <w:proofErr w:type="spellStart"/>
            <w:r>
              <w:t>zł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540876AF" w14:textId="77777777" w:rsidR="00AF05CA" w:rsidRDefault="00AF05CA">
            <w:pPr>
              <w:rPr>
                <w:highlight w:val="yellow"/>
              </w:rPr>
            </w:pPr>
          </w:p>
        </w:tc>
      </w:tr>
      <w:tr w:rsidR="00AF05CA" w14:paraId="7DD2B44D" w14:textId="7777777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DFB346" w14:textId="77777777" w:rsidR="00AF05CA" w:rsidRDefault="00AF05CA">
            <w:pPr>
              <w:spacing w:after="0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ED3248" w14:textId="77777777" w:rsidR="00AF05CA" w:rsidRDefault="00AF05CA">
            <w:r>
              <w:t xml:space="preserve">Brutto w </w:t>
            </w:r>
            <w:proofErr w:type="spellStart"/>
            <w:r>
              <w:t>zł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32AEFAA7" w14:textId="77777777" w:rsidR="00AF05CA" w:rsidRDefault="00AF05CA">
            <w:pPr>
              <w:rPr>
                <w:highlight w:val="yellow"/>
              </w:rPr>
            </w:pPr>
          </w:p>
        </w:tc>
      </w:tr>
      <w:tr w:rsidR="00AF05CA" w14:paraId="5C0B5D77" w14:textId="77777777">
        <w:tc>
          <w:tcPr>
            <w:tcW w:w="34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5BF3CC" w14:textId="31BDDAA3" w:rsidR="00AF05CA" w:rsidRDefault="00AF05CA">
            <w:proofErr w:type="spellStart"/>
            <w:r>
              <w:t>Łączna</w:t>
            </w:r>
            <w:proofErr w:type="spellEnd"/>
            <w:r>
              <w:t xml:space="preserve"> </w:t>
            </w:r>
            <w:proofErr w:type="spellStart"/>
            <w:r>
              <w:t>Kwota</w:t>
            </w:r>
            <w:proofErr w:type="spellEnd"/>
            <w:r>
              <w:t xml:space="preserve"> za: </w:t>
            </w:r>
            <w:r>
              <w:t>2</w:t>
            </w:r>
            <w:r>
              <w:t xml:space="preserve"> </w:t>
            </w:r>
            <w:proofErr w:type="spellStart"/>
            <w:r>
              <w:t>szt</w:t>
            </w:r>
            <w:proofErr w:type="spellEnd"/>
            <w:r>
              <w:t>.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A49C78" w14:textId="77777777" w:rsidR="00AF05CA" w:rsidRDefault="00AF05CA">
            <w:r>
              <w:t xml:space="preserve">Netto w </w:t>
            </w:r>
            <w:proofErr w:type="spellStart"/>
            <w:r>
              <w:t>zł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6F138CBF" w14:textId="77777777" w:rsidR="00AF05CA" w:rsidRDefault="00AF05CA">
            <w:pPr>
              <w:rPr>
                <w:highlight w:val="yellow"/>
              </w:rPr>
            </w:pPr>
          </w:p>
        </w:tc>
      </w:tr>
      <w:tr w:rsidR="00AF05CA" w14:paraId="658813D7" w14:textId="7777777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0D9598" w14:textId="77777777" w:rsidR="00AF05CA" w:rsidRDefault="00AF05CA">
            <w:pPr>
              <w:spacing w:after="0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30A942" w14:textId="586B22C8" w:rsidR="00AF05CA" w:rsidRDefault="0025708B">
            <w:r>
              <w:t>Br</w:t>
            </w:r>
            <w:r w:rsidR="00AF05CA">
              <w:t xml:space="preserve">utto w </w:t>
            </w:r>
            <w:proofErr w:type="spellStart"/>
            <w:r w:rsidR="00AF05CA">
              <w:t>zł</w:t>
            </w:r>
            <w:proofErr w:type="spellEnd"/>
            <w:r w:rsidR="00AF05CA">
              <w:t>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4CDA15ED" w14:textId="77777777" w:rsidR="00AF05CA" w:rsidRDefault="00AF05CA">
            <w:pPr>
              <w:rPr>
                <w:highlight w:val="yellow"/>
              </w:rPr>
            </w:pPr>
          </w:p>
        </w:tc>
      </w:tr>
    </w:tbl>
    <w:p w14:paraId="124B8C3A" w14:textId="77777777" w:rsidR="00AF05CA" w:rsidRDefault="00AF05CA" w:rsidP="009809EA"/>
    <w:p w14:paraId="1A16B49A" w14:textId="77777777" w:rsidR="009809EA" w:rsidRDefault="009809EA" w:rsidP="009809EA">
      <w:r>
        <w:t xml:space="preserve">Oświadczamy, </w:t>
      </w:r>
      <w:proofErr w:type="spellStart"/>
      <w:r>
        <w:t>że</w:t>
      </w:r>
      <w:proofErr w:type="spellEnd"/>
      <w:r>
        <w:t xml:space="preserve"> </w:t>
      </w:r>
      <w:proofErr w:type="spellStart"/>
      <w:r>
        <w:t>oferowany</w:t>
      </w:r>
      <w:proofErr w:type="spellEnd"/>
      <w:r>
        <w:t xml:space="preserve"> </w:t>
      </w:r>
      <w:proofErr w:type="spellStart"/>
      <w:r>
        <w:t>przedmiot</w:t>
      </w:r>
      <w:proofErr w:type="spellEnd"/>
      <w:r>
        <w:t xml:space="preserve"> </w:t>
      </w:r>
      <w:proofErr w:type="spellStart"/>
      <w:r>
        <w:t>zamówienia</w:t>
      </w:r>
      <w:proofErr w:type="spellEnd"/>
      <w:r>
        <w:t xml:space="preserve"> </w:t>
      </w:r>
      <w:proofErr w:type="spellStart"/>
      <w:r>
        <w:t>spełnia</w:t>
      </w:r>
      <w:proofErr w:type="spellEnd"/>
      <w:r>
        <w:t xml:space="preserve"> </w:t>
      </w:r>
      <w:proofErr w:type="spellStart"/>
      <w:r>
        <w:t>wymagania</w:t>
      </w:r>
      <w:proofErr w:type="spellEnd"/>
      <w:r>
        <w:t xml:space="preserve"> </w:t>
      </w:r>
      <w:proofErr w:type="spellStart"/>
      <w:r>
        <w:t>wskazane</w:t>
      </w:r>
      <w:proofErr w:type="spellEnd"/>
      <w:r>
        <w:t xml:space="preserve"> w </w:t>
      </w:r>
      <w:proofErr w:type="spellStart"/>
      <w:r>
        <w:t>tabeli</w:t>
      </w:r>
      <w:proofErr w:type="spellEnd"/>
      <w:r>
        <w:t>.</w:t>
      </w:r>
    </w:p>
    <w:p w14:paraId="741B3768" w14:textId="77777777" w:rsidR="009809EA" w:rsidRDefault="009809EA" w:rsidP="009809EA">
      <w:r>
        <w:t>.....................................................................................</w:t>
      </w:r>
      <w:r>
        <w:br/>
        <w:t xml:space="preserve">Data </w:t>
      </w:r>
      <w:proofErr w:type="spellStart"/>
      <w:r>
        <w:t>i</w:t>
      </w:r>
      <w:proofErr w:type="spellEnd"/>
      <w:r>
        <w:t xml:space="preserve"> </w:t>
      </w:r>
      <w:proofErr w:type="spellStart"/>
      <w:r>
        <w:t>podpis</w:t>
      </w:r>
      <w:proofErr w:type="spellEnd"/>
      <w:r>
        <w:t xml:space="preserve"> </w:t>
      </w:r>
      <w:proofErr w:type="spellStart"/>
      <w:r>
        <w:t>osoby</w:t>
      </w:r>
      <w:proofErr w:type="spellEnd"/>
      <w:r>
        <w:t xml:space="preserve"> </w:t>
      </w:r>
      <w:proofErr w:type="spellStart"/>
      <w:r>
        <w:t>upoważnionej</w:t>
      </w:r>
      <w:proofErr w:type="spellEnd"/>
      <w:r>
        <w:t xml:space="preserve"> do </w:t>
      </w:r>
      <w:proofErr w:type="spellStart"/>
      <w:r>
        <w:t>złożenia</w:t>
      </w:r>
      <w:proofErr w:type="spellEnd"/>
      <w:r>
        <w:t xml:space="preserve"> </w:t>
      </w:r>
      <w:proofErr w:type="spellStart"/>
      <w:r>
        <w:t>oferty</w:t>
      </w:r>
      <w:proofErr w:type="spellEnd"/>
    </w:p>
    <w:p w14:paraId="0614D2A5" w14:textId="2A92A1ED" w:rsidR="0097191A" w:rsidRDefault="009809EA">
      <w:pPr>
        <w:spacing w:after="200"/>
      </w:pPr>
      <w:r>
        <w:br w:type="page"/>
      </w:r>
    </w:p>
    <w:p w14:paraId="301C4DE0" w14:textId="77777777" w:rsidR="0097191A" w:rsidRDefault="0097191A" w:rsidP="0097191A">
      <w:pPr>
        <w:jc w:val="right"/>
      </w:pPr>
      <w:proofErr w:type="spellStart"/>
      <w:r>
        <w:rPr>
          <w:b/>
        </w:rPr>
        <w:lastRenderedPageBreak/>
        <w:t>Załącznik</w:t>
      </w:r>
      <w:proofErr w:type="spellEnd"/>
      <w:r>
        <w:rPr>
          <w:b/>
        </w:rPr>
        <w:t xml:space="preserve"> nr 4.4</w:t>
      </w:r>
    </w:p>
    <w:p w14:paraId="48E45AC6" w14:textId="77777777" w:rsidR="0097191A" w:rsidRDefault="0097191A" w:rsidP="0097191A">
      <w:pPr>
        <w:jc w:val="center"/>
      </w:pPr>
      <w:r>
        <w:rPr>
          <w:b/>
          <w:color w:val="1C324B"/>
          <w:sz w:val="28"/>
        </w:rPr>
        <w:t>OPIS PRZEDMIOTU ZAMÓWIENIA</w:t>
      </w:r>
    </w:p>
    <w:p w14:paraId="7B7B33F2" w14:textId="77777777" w:rsidR="0097191A" w:rsidRDefault="0097191A" w:rsidP="0097191A">
      <w:pPr>
        <w:jc w:val="center"/>
      </w:pPr>
      <w:proofErr w:type="spellStart"/>
      <w:r>
        <w:rPr>
          <w:b/>
          <w:sz w:val="22"/>
        </w:rPr>
        <w:t>Specyfikacja</w:t>
      </w:r>
      <w:proofErr w:type="spellEnd"/>
      <w:r>
        <w:rPr>
          <w:b/>
          <w:sz w:val="22"/>
        </w:rPr>
        <w:t xml:space="preserve"> </w:t>
      </w:r>
      <w:proofErr w:type="spellStart"/>
      <w:r>
        <w:rPr>
          <w:b/>
          <w:sz w:val="22"/>
        </w:rPr>
        <w:t>techniczna</w:t>
      </w:r>
      <w:proofErr w:type="spellEnd"/>
      <w:r>
        <w:rPr>
          <w:b/>
          <w:sz w:val="22"/>
        </w:rPr>
        <w:t xml:space="preserve"> - Torba </w:t>
      </w:r>
      <w:proofErr w:type="spellStart"/>
      <w:r>
        <w:rPr>
          <w:b/>
          <w:sz w:val="22"/>
        </w:rPr>
        <w:t>Typ</w:t>
      </w:r>
      <w:proofErr w:type="spellEnd"/>
      <w:r>
        <w:rPr>
          <w:b/>
          <w:sz w:val="22"/>
        </w:rPr>
        <w:t xml:space="preserve"> A - 19 </w:t>
      </w:r>
      <w:proofErr w:type="spellStart"/>
      <w:r>
        <w:rPr>
          <w:b/>
          <w:sz w:val="22"/>
        </w:rPr>
        <w:t>szt</w:t>
      </w:r>
      <w:proofErr w:type="spellEnd"/>
      <w:r>
        <w:rPr>
          <w:b/>
          <w:sz w:val="22"/>
        </w:rPr>
        <w:t>.</w:t>
      </w:r>
    </w:p>
    <w:p w14:paraId="4084B8D6" w14:textId="77777777" w:rsidR="0097191A" w:rsidRDefault="0097191A" w:rsidP="0097191A">
      <w:r>
        <w:t xml:space="preserve">Producent: ........................................................................     Model / </w:t>
      </w:r>
      <w:proofErr w:type="spellStart"/>
      <w:r>
        <w:t>oznaczenie</w:t>
      </w:r>
      <w:proofErr w:type="spellEnd"/>
      <w:r>
        <w:t>: ........................................................................</w:t>
      </w:r>
    </w:p>
    <w:tbl>
      <w:tblPr>
        <w:tblStyle w:val="Tabela-Siatka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438"/>
        <w:gridCol w:w="4762"/>
        <w:gridCol w:w="2324"/>
      </w:tblGrid>
      <w:tr w:rsidR="0097191A" w14:paraId="2F363E5C" w14:textId="77777777" w:rsidTr="00AF05CA">
        <w:trPr>
          <w:cantSplit/>
          <w:tblHeader/>
          <w:jc w:val="center"/>
        </w:trPr>
        <w:tc>
          <w:tcPr>
            <w:tcW w:w="2438" w:type="dxa"/>
            <w:shd w:val="clear" w:color="auto" w:fill="E8EEF5"/>
          </w:tcPr>
          <w:p w14:paraId="3EB3AF33" w14:textId="77777777" w:rsidR="0097191A" w:rsidRDefault="0097191A" w:rsidP="00E73126">
            <w:pPr>
              <w:spacing w:after="0"/>
            </w:pPr>
            <w:proofErr w:type="spellStart"/>
            <w:r>
              <w:rPr>
                <w:b/>
                <w:sz w:val="17"/>
              </w:rPr>
              <w:t>Cecha</w:t>
            </w:r>
            <w:proofErr w:type="spellEnd"/>
            <w:r>
              <w:rPr>
                <w:b/>
                <w:sz w:val="17"/>
              </w:rPr>
              <w:t xml:space="preserve"> / </w:t>
            </w:r>
            <w:proofErr w:type="spellStart"/>
            <w:r>
              <w:rPr>
                <w:b/>
                <w:sz w:val="17"/>
              </w:rPr>
              <w:t>parametr</w:t>
            </w:r>
            <w:proofErr w:type="spellEnd"/>
          </w:p>
        </w:tc>
        <w:tc>
          <w:tcPr>
            <w:tcW w:w="4762" w:type="dxa"/>
            <w:shd w:val="clear" w:color="auto" w:fill="E8EEF5"/>
          </w:tcPr>
          <w:p w14:paraId="0E551FFB" w14:textId="77777777" w:rsidR="0097191A" w:rsidRDefault="0097191A" w:rsidP="00E73126">
            <w:pPr>
              <w:spacing w:after="0"/>
            </w:pPr>
            <w:proofErr w:type="spellStart"/>
            <w:r>
              <w:rPr>
                <w:b/>
                <w:sz w:val="17"/>
              </w:rPr>
              <w:t>Wymagane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minimalne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parametry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techniczne</w:t>
            </w:r>
            <w:proofErr w:type="spellEnd"/>
          </w:p>
        </w:tc>
        <w:tc>
          <w:tcPr>
            <w:tcW w:w="2324" w:type="dxa"/>
            <w:shd w:val="clear" w:color="auto" w:fill="FFFF99"/>
          </w:tcPr>
          <w:p w14:paraId="72B89B99" w14:textId="77777777" w:rsidR="0097191A" w:rsidRDefault="0097191A" w:rsidP="00E73126">
            <w:pPr>
              <w:spacing w:after="0"/>
            </w:pPr>
            <w:proofErr w:type="spellStart"/>
            <w:r>
              <w:rPr>
                <w:b/>
                <w:sz w:val="17"/>
              </w:rPr>
              <w:t>Oferowane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parametry</w:t>
            </w:r>
            <w:proofErr w:type="spellEnd"/>
            <w:r>
              <w:rPr>
                <w:b/>
                <w:sz w:val="17"/>
              </w:rPr>
              <w:t xml:space="preserve"> (</w:t>
            </w:r>
            <w:proofErr w:type="spellStart"/>
            <w:r>
              <w:rPr>
                <w:b/>
                <w:sz w:val="17"/>
              </w:rPr>
              <w:t>wypełnia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Wykonawca</w:t>
            </w:r>
            <w:proofErr w:type="spellEnd"/>
            <w:r>
              <w:rPr>
                <w:b/>
                <w:sz w:val="17"/>
              </w:rPr>
              <w:t>)</w:t>
            </w:r>
          </w:p>
        </w:tc>
      </w:tr>
      <w:tr w:rsidR="0097191A" w14:paraId="5EE2788B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4F0319FA" w14:textId="77777777" w:rsidR="0097191A" w:rsidRDefault="0097191A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Typ</w:t>
            </w:r>
            <w:proofErr w:type="spellEnd"/>
          </w:p>
        </w:tc>
        <w:tc>
          <w:tcPr>
            <w:tcW w:w="4762" w:type="dxa"/>
            <w:vAlign w:val="center"/>
          </w:tcPr>
          <w:p w14:paraId="45085B65" w14:textId="77777777" w:rsidR="0097191A" w:rsidRDefault="0097191A" w:rsidP="00E73126">
            <w:pPr>
              <w:keepLines/>
              <w:spacing w:after="0"/>
            </w:pPr>
            <w:r>
              <w:rPr>
                <w:sz w:val="17"/>
              </w:rPr>
              <w:t xml:space="preserve">Torba </w:t>
            </w:r>
            <w:proofErr w:type="spellStart"/>
            <w:r>
              <w:rPr>
                <w:sz w:val="17"/>
              </w:rPr>
              <w:t>typu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Topload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przeznaczona</w:t>
            </w:r>
            <w:proofErr w:type="spellEnd"/>
            <w:r>
              <w:rPr>
                <w:sz w:val="17"/>
              </w:rPr>
              <w:t xml:space="preserve"> do </w:t>
            </w:r>
            <w:proofErr w:type="spellStart"/>
            <w:r>
              <w:rPr>
                <w:sz w:val="17"/>
              </w:rPr>
              <w:t>przenoszenia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notebooka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6CA707C8" w14:textId="77777777" w:rsidR="0097191A" w:rsidRDefault="0097191A" w:rsidP="00E73126">
            <w:pPr>
              <w:keepLines/>
              <w:spacing w:after="0"/>
            </w:pPr>
          </w:p>
        </w:tc>
      </w:tr>
      <w:tr w:rsidR="0097191A" w14:paraId="5AF07096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31375420" w14:textId="77777777" w:rsidR="0097191A" w:rsidRDefault="0097191A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Kompatybilność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32A30B1F" w14:textId="77777777" w:rsidR="0097191A" w:rsidRDefault="0097191A" w:rsidP="00E73126">
            <w:pPr>
              <w:keepLines/>
              <w:spacing w:after="0"/>
            </w:pPr>
            <w:r>
              <w:rPr>
                <w:sz w:val="17"/>
              </w:rPr>
              <w:t xml:space="preserve">Notebook o </w:t>
            </w:r>
            <w:proofErr w:type="spellStart"/>
            <w:r>
              <w:rPr>
                <w:sz w:val="17"/>
              </w:rPr>
              <w:t>przekątnej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ekranu</w:t>
            </w:r>
            <w:proofErr w:type="spellEnd"/>
            <w:r>
              <w:rPr>
                <w:sz w:val="17"/>
              </w:rPr>
              <w:t xml:space="preserve"> do 16"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33EE6048" w14:textId="77777777" w:rsidR="0097191A" w:rsidRDefault="0097191A" w:rsidP="00E73126">
            <w:pPr>
              <w:keepLines/>
              <w:spacing w:after="0"/>
            </w:pPr>
          </w:p>
        </w:tc>
      </w:tr>
      <w:tr w:rsidR="0097191A" w14:paraId="5671C64F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551C20CE" w14:textId="77777777" w:rsidR="0097191A" w:rsidRDefault="0097191A" w:rsidP="00E73126">
            <w:pPr>
              <w:keepLines/>
              <w:spacing w:after="0"/>
            </w:pPr>
            <w:r>
              <w:rPr>
                <w:b/>
                <w:sz w:val="17"/>
              </w:rPr>
              <w:t xml:space="preserve">Komora </w:t>
            </w:r>
            <w:proofErr w:type="spellStart"/>
            <w:r>
              <w:rPr>
                <w:b/>
                <w:sz w:val="17"/>
              </w:rPr>
              <w:t>notebooka</w:t>
            </w:r>
            <w:proofErr w:type="spellEnd"/>
          </w:p>
        </w:tc>
        <w:tc>
          <w:tcPr>
            <w:tcW w:w="4762" w:type="dxa"/>
            <w:vAlign w:val="center"/>
          </w:tcPr>
          <w:p w14:paraId="33235168" w14:textId="77777777" w:rsidR="0097191A" w:rsidRDefault="0097191A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Dedykowana</w:t>
            </w:r>
            <w:proofErr w:type="spellEnd"/>
            <w:r>
              <w:rPr>
                <w:sz w:val="17"/>
              </w:rPr>
              <w:t xml:space="preserve">, </w:t>
            </w:r>
            <w:proofErr w:type="spellStart"/>
            <w:r>
              <w:rPr>
                <w:sz w:val="17"/>
              </w:rPr>
              <w:t>oddzielna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i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wyściełana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komora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zabezpieczająca</w:t>
            </w:r>
            <w:proofErr w:type="spellEnd"/>
            <w:r>
              <w:rPr>
                <w:sz w:val="17"/>
              </w:rPr>
              <w:t xml:space="preserve"> notebook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6CF6E310" w14:textId="77777777" w:rsidR="0097191A" w:rsidRDefault="0097191A" w:rsidP="00E73126">
            <w:pPr>
              <w:keepLines/>
              <w:spacing w:after="0"/>
            </w:pPr>
          </w:p>
        </w:tc>
      </w:tr>
      <w:tr w:rsidR="0097191A" w14:paraId="2D577229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65D1BB4F" w14:textId="77777777" w:rsidR="0097191A" w:rsidRDefault="0097191A" w:rsidP="00E73126">
            <w:pPr>
              <w:keepLines/>
              <w:spacing w:after="0"/>
            </w:pPr>
            <w:r>
              <w:rPr>
                <w:b/>
                <w:sz w:val="17"/>
              </w:rPr>
              <w:t xml:space="preserve">Maks. </w:t>
            </w:r>
            <w:proofErr w:type="spellStart"/>
            <w:r>
              <w:rPr>
                <w:b/>
                <w:sz w:val="17"/>
              </w:rPr>
              <w:t>wymiary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notebooka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3A0BB425" w14:textId="77777777" w:rsidR="0097191A" w:rsidRDefault="0097191A" w:rsidP="00E73126">
            <w:pPr>
              <w:keepLines/>
              <w:spacing w:after="0"/>
            </w:pPr>
            <w:r>
              <w:rPr>
                <w:sz w:val="17"/>
              </w:rPr>
              <w:t xml:space="preserve">Komora </w:t>
            </w:r>
            <w:proofErr w:type="spellStart"/>
            <w:r>
              <w:rPr>
                <w:sz w:val="17"/>
              </w:rPr>
              <w:t>umożliwiająca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umieszczenie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notebooka</w:t>
            </w:r>
            <w:proofErr w:type="spellEnd"/>
            <w:r>
              <w:rPr>
                <w:sz w:val="17"/>
              </w:rPr>
              <w:t xml:space="preserve"> o </w:t>
            </w:r>
            <w:proofErr w:type="spellStart"/>
            <w:r>
              <w:rPr>
                <w:sz w:val="17"/>
              </w:rPr>
              <w:t>wymiarach</w:t>
            </w:r>
            <w:proofErr w:type="spellEnd"/>
            <w:r>
              <w:rPr>
                <w:sz w:val="17"/>
              </w:rPr>
              <w:t xml:space="preserve"> co </w:t>
            </w:r>
            <w:proofErr w:type="spellStart"/>
            <w:r>
              <w:rPr>
                <w:sz w:val="17"/>
              </w:rPr>
              <w:t>najmniej</w:t>
            </w:r>
            <w:proofErr w:type="spellEnd"/>
            <w:r>
              <w:rPr>
                <w:sz w:val="17"/>
              </w:rPr>
              <w:t xml:space="preserve"> 380 × 260 × 30 mm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6E0ABF3D" w14:textId="77777777" w:rsidR="0097191A" w:rsidRDefault="0097191A" w:rsidP="00E73126">
            <w:pPr>
              <w:keepLines/>
              <w:spacing w:after="0"/>
            </w:pPr>
          </w:p>
        </w:tc>
      </w:tr>
      <w:tr w:rsidR="0097191A" w14:paraId="5A922745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0EC3510F" w14:textId="77777777" w:rsidR="0097191A" w:rsidRDefault="0097191A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Materiał</w:t>
            </w:r>
            <w:proofErr w:type="spellEnd"/>
          </w:p>
        </w:tc>
        <w:tc>
          <w:tcPr>
            <w:tcW w:w="4762" w:type="dxa"/>
            <w:vAlign w:val="center"/>
          </w:tcPr>
          <w:p w14:paraId="76096ED5" w14:textId="77777777" w:rsidR="0097191A" w:rsidRDefault="0097191A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Poliester</w:t>
            </w:r>
            <w:proofErr w:type="spellEnd"/>
            <w:r>
              <w:rPr>
                <w:sz w:val="17"/>
              </w:rPr>
              <w:t xml:space="preserve">, </w:t>
            </w:r>
            <w:proofErr w:type="spellStart"/>
            <w:r>
              <w:rPr>
                <w:sz w:val="17"/>
              </w:rPr>
              <w:t>materiał</w:t>
            </w:r>
            <w:proofErr w:type="spellEnd"/>
            <w:r>
              <w:rPr>
                <w:sz w:val="17"/>
              </w:rPr>
              <w:t xml:space="preserve"> PET </w:t>
            </w:r>
            <w:proofErr w:type="spellStart"/>
            <w:r>
              <w:rPr>
                <w:sz w:val="17"/>
              </w:rPr>
              <w:t>pochodzący</w:t>
            </w:r>
            <w:proofErr w:type="spellEnd"/>
            <w:r>
              <w:rPr>
                <w:sz w:val="17"/>
              </w:rPr>
              <w:t xml:space="preserve"> z </w:t>
            </w:r>
            <w:proofErr w:type="spellStart"/>
            <w:r>
              <w:rPr>
                <w:sz w:val="17"/>
              </w:rPr>
              <w:t>recyklingu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lub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materiał</w:t>
            </w:r>
            <w:proofErr w:type="spellEnd"/>
            <w:r>
              <w:rPr>
                <w:sz w:val="17"/>
              </w:rPr>
              <w:t xml:space="preserve"> o </w:t>
            </w:r>
            <w:proofErr w:type="spellStart"/>
            <w:r>
              <w:rPr>
                <w:sz w:val="17"/>
              </w:rPr>
              <w:t>nie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gorszej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trwałości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62EDDF08" w14:textId="77777777" w:rsidR="0097191A" w:rsidRDefault="0097191A" w:rsidP="00E73126">
            <w:pPr>
              <w:keepLines/>
              <w:spacing w:after="0"/>
            </w:pPr>
          </w:p>
        </w:tc>
      </w:tr>
      <w:tr w:rsidR="0097191A" w14:paraId="36912C7F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33F97B74" w14:textId="77777777" w:rsidR="0097191A" w:rsidRDefault="0097191A" w:rsidP="00E73126">
            <w:pPr>
              <w:keepLines/>
              <w:spacing w:after="0"/>
            </w:pPr>
            <w:r>
              <w:rPr>
                <w:b/>
                <w:sz w:val="17"/>
              </w:rPr>
              <w:t>Kolor</w:t>
            </w:r>
          </w:p>
        </w:tc>
        <w:tc>
          <w:tcPr>
            <w:tcW w:w="4762" w:type="dxa"/>
            <w:shd w:val="clear" w:color="auto" w:fill="F5F7FA"/>
            <w:vAlign w:val="center"/>
          </w:tcPr>
          <w:p w14:paraId="0501CE83" w14:textId="77777777" w:rsidR="0097191A" w:rsidRDefault="0097191A" w:rsidP="00E73126">
            <w:pPr>
              <w:keepLines/>
              <w:spacing w:after="0"/>
            </w:pPr>
            <w:r>
              <w:rPr>
                <w:sz w:val="17"/>
              </w:rPr>
              <w:t xml:space="preserve">Czarny / </w:t>
            </w:r>
            <w:proofErr w:type="spellStart"/>
            <w:r>
              <w:rPr>
                <w:sz w:val="17"/>
              </w:rPr>
              <w:t>ciemny</w:t>
            </w:r>
            <w:proofErr w:type="spellEnd"/>
            <w:r>
              <w:rPr>
                <w:sz w:val="17"/>
              </w:rPr>
              <w:t xml:space="preserve">, </w:t>
            </w:r>
            <w:proofErr w:type="spellStart"/>
            <w:r>
              <w:rPr>
                <w:sz w:val="17"/>
              </w:rPr>
              <w:t>odpowiedni</w:t>
            </w:r>
            <w:proofErr w:type="spellEnd"/>
            <w:r>
              <w:rPr>
                <w:sz w:val="17"/>
              </w:rPr>
              <w:t xml:space="preserve"> do </w:t>
            </w:r>
            <w:proofErr w:type="spellStart"/>
            <w:r>
              <w:rPr>
                <w:sz w:val="17"/>
              </w:rPr>
              <w:t>zastosowań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biurowych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315C2200" w14:textId="77777777" w:rsidR="0097191A" w:rsidRDefault="0097191A" w:rsidP="00E73126">
            <w:pPr>
              <w:keepLines/>
              <w:spacing w:after="0"/>
            </w:pPr>
          </w:p>
        </w:tc>
      </w:tr>
      <w:tr w:rsidR="0097191A" w14:paraId="1D8B8FF0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7A64DD73" w14:textId="77777777" w:rsidR="0097191A" w:rsidRDefault="0097191A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Akcesoria</w:t>
            </w:r>
            <w:proofErr w:type="spellEnd"/>
          </w:p>
        </w:tc>
        <w:tc>
          <w:tcPr>
            <w:tcW w:w="4762" w:type="dxa"/>
            <w:vAlign w:val="center"/>
          </w:tcPr>
          <w:p w14:paraId="0A907267" w14:textId="77777777" w:rsidR="0097191A" w:rsidRDefault="0097191A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Oddzielna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przestrzeń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umożliwiająca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przenoszenie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zasilacza</w:t>
            </w:r>
            <w:proofErr w:type="spellEnd"/>
            <w:r>
              <w:rPr>
                <w:sz w:val="17"/>
              </w:rPr>
              <w:t xml:space="preserve">, </w:t>
            </w:r>
            <w:proofErr w:type="spellStart"/>
            <w:r>
              <w:rPr>
                <w:sz w:val="17"/>
              </w:rPr>
              <w:t>myszy</w:t>
            </w:r>
            <w:proofErr w:type="spellEnd"/>
            <w:r>
              <w:rPr>
                <w:sz w:val="17"/>
              </w:rPr>
              <w:t xml:space="preserve">, </w:t>
            </w:r>
            <w:proofErr w:type="spellStart"/>
            <w:r>
              <w:rPr>
                <w:sz w:val="17"/>
              </w:rPr>
              <w:t>przewodów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i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innych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akcesoriów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62818300" w14:textId="77777777" w:rsidR="0097191A" w:rsidRDefault="0097191A" w:rsidP="00E73126">
            <w:pPr>
              <w:keepLines/>
              <w:spacing w:after="0"/>
            </w:pPr>
          </w:p>
        </w:tc>
      </w:tr>
      <w:tr w:rsidR="0097191A" w14:paraId="46AF115C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0E1DA41C" w14:textId="77777777" w:rsidR="0097191A" w:rsidRDefault="0097191A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Dokumenty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222D894F" w14:textId="77777777" w:rsidR="0097191A" w:rsidRDefault="0097191A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Przestrzeń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umożliwiająca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przenoszenie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dokumentów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47F96BF2" w14:textId="77777777" w:rsidR="0097191A" w:rsidRDefault="0097191A" w:rsidP="00E73126">
            <w:pPr>
              <w:keepLines/>
              <w:spacing w:after="0"/>
            </w:pPr>
          </w:p>
        </w:tc>
      </w:tr>
      <w:tr w:rsidR="0097191A" w14:paraId="6C49A9BC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4539C638" w14:textId="77777777" w:rsidR="0097191A" w:rsidRDefault="0097191A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Kieszenie</w:t>
            </w:r>
            <w:proofErr w:type="spellEnd"/>
          </w:p>
        </w:tc>
        <w:tc>
          <w:tcPr>
            <w:tcW w:w="4762" w:type="dxa"/>
            <w:vAlign w:val="center"/>
          </w:tcPr>
          <w:p w14:paraId="54763D57" w14:textId="77777777" w:rsidR="0097191A" w:rsidRDefault="0097191A" w:rsidP="00E73126">
            <w:pPr>
              <w:keepLines/>
              <w:spacing w:after="0"/>
            </w:pPr>
            <w:r>
              <w:rPr>
                <w:sz w:val="17"/>
              </w:rPr>
              <w:t xml:space="preserve">Minimum 2 </w:t>
            </w:r>
            <w:proofErr w:type="spellStart"/>
            <w:r>
              <w:rPr>
                <w:sz w:val="17"/>
              </w:rPr>
              <w:t>dodatkowe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kieszenie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zewnętrzne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na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akcesoria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571C1B21" w14:textId="77777777" w:rsidR="0097191A" w:rsidRDefault="0097191A" w:rsidP="00E73126">
            <w:pPr>
              <w:keepLines/>
              <w:spacing w:after="0"/>
            </w:pPr>
          </w:p>
        </w:tc>
      </w:tr>
      <w:tr w:rsidR="0097191A" w14:paraId="5F84D618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61018EF3" w14:textId="77777777" w:rsidR="0097191A" w:rsidRDefault="0097191A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Zamknięcie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13D5F1A6" w14:textId="77777777" w:rsidR="0097191A" w:rsidRDefault="0097191A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Zamki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błyskawiczne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11A419F7" w14:textId="77777777" w:rsidR="0097191A" w:rsidRDefault="0097191A" w:rsidP="00E73126">
            <w:pPr>
              <w:keepLines/>
              <w:spacing w:after="0"/>
            </w:pPr>
          </w:p>
        </w:tc>
      </w:tr>
      <w:tr w:rsidR="0097191A" w14:paraId="0DF765AE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06164DDC" w14:textId="77777777" w:rsidR="0097191A" w:rsidRDefault="0097191A" w:rsidP="00E73126">
            <w:pPr>
              <w:keepLines/>
              <w:spacing w:after="0"/>
            </w:pPr>
            <w:r>
              <w:rPr>
                <w:b/>
                <w:sz w:val="17"/>
              </w:rPr>
              <w:t xml:space="preserve">Pasek </w:t>
            </w:r>
            <w:proofErr w:type="spellStart"/>
            <w:r>
              <w:rPr>
                <w:b/>
                <w:sz w:val="17"/>
              </w:rPr>
              <w:t>na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ramię</w:t>
            </w:r>
            <w:proofErr w:type="spellEnd"/>
          </w:p>
        </w:tc>
        <w:tc>
          <w:tcPr>
            <w:tcW w:w="4762" w:type="dxa"/>
            <w:vAlign w:val="center"/>
          </w:tcPr>
          <w:p w14:paraId="20B59D0F" w14:textId="77777777" w:rsidR="0097191A" w:rsidRDefault="0097191A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Regulowany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i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odpinany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7256FB66" w14:textId="77777777" w:rsidR="0097191A" w:rsidRDefault="0097191A" w:rsidP="00E73126">
            <w:pPr>
              <w:keepLines/>
              <w:spacing w:after="0"/>
            </w:pPr>
          </w:p>
        </w:tc>
      </w:tr>
      <w:tr w:rsidR="0097191A" w14:paraId="097BB747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67046DCB" w14:textId="77777777" w:rsidR="0097191A" w:rsidRDefault="0097191A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Uchwyt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2FF4FDAF" w14:textId="77777777" w:rsidR="0097191A" w:rsidRDefault="0097191A" w:rsidP="00E73126">
            <w:pPr>
              <w:keepLines/>
              <w:spacing w:after="0"/>
            </w:pPr>
            <w:r>
              <w:rPr>
                <w:sz w:val="17"/>
              </w:rPr>
              <w:t xml:space="preserve">Minimum </w:t>
            </w:r>
            <w:proofErr w:type="spellStart"/>
            <w:r>
              <w:rPr>
                <w:sz w:val="17"/>
              </w:rPr>
              <w:t>jeden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uchwyt</w:t>
            </w:r>
            <w:proofErr w:type="spellEnd"/>
            <w:r>
              <w:rPr>
                <w:sz w:val="17"/>
              </w:rPr>
              <w:t>/</w:t>
            </w:r>
            <w:proofErr w:type="spellStart"/>
            <w:r>
              <w:rPr>
                <w:sz w:val="17"/>
              </w:rPr>
              <w:t>rączka</w:t>
            </w:r>
            <w:proofErr w:type="spellEnd"/>
            <w:r>
              <w:rPr>
                <w:sz w:val="17"/>
              </w:rPr>
              <w:t xml:space="preserve"> do </w:t>
            </w:r>
            <w:proofErr w:type="spellStart"/>
            <w:r>
              <w:rPr>
                <w:sz w:val="17"/>
              </w:rPr>
              <w:t>przenoszenia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torby</w:t>
            </w:r>
            <w:proofErr w:type="spellEnd"/>
            <w:r>
              <w:rPr>
                <w:sz w:val="17"/>
              </w:rPr>
              <w:t xml:space="preserve"> w </w:t>
            </w:r>
            <w:proofErr w:type="spellStart"/>
            <w:r>
              <w:rPr>
                <w:sz w:val="17"/>
              </w:rPr>
              <w:t>dłoni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64B4DC7E" w14:textId="77777777" w:rsidR="0097191A" w:rsidRDefault="0097191A" w:rsidP="00E73126">
            <w:pPr>
              <w:keepLines/>
              <w:spacing w:after="0"/>
            </w:pPr>
          </w:p>
        </w:tc>
      </w:tr>
      <w:tr w:rsidR="0097191A" w14:paraId="022824FF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6A32C8AD" w14:textId="77777777" w:rsidR="0097191A" w:rsidRDefault="0097191A" w:rsidP="00E73126">
            <w:pPr>
              <w:keepLines/>
              <w:spacing w:after="0"/>
            </w:pPr>
            <w:r>
              <w:rPr>
                <w:b/>
                <w:sz w:val="17"/>
              </w:rPr>
              <w:t xml:space="preserve">Pas </w:t>
            </w:r>
            <w:proofErr w:type="spellStart"/>
            <w:r>
              <w:rPr>
                <w:b/>
                <w:sz w:val="17"/>
              </w:rPr>
              <w:t>bagażowy</w:t>
            </w:r>
            <w:proofErr w:type="spellEnd"/>
          </w:p>
        </w:tc>
        <w:tc>
          <w:tcPr>
            <w:tcW w:w="4762" w:type="dxa"/>
            <w:vAlign w:val="center"/>
          </w:tcPr>
          <w:p w14:paraId="3949834B" w14:textId="77777777" w:rsidR="0097191A" w:rsidRDefault="0097191A" w:rsidP="00E73126">
            <w:pPr>
              <w:keepLines/>
              <w:spacing w:after="0"/>
            </w:pPr>
            <w:r>
              <w:rPr>
                <w:sz w:val="17"/>
              </w:rPr>
              <w:t xml:space="preserve">Pasek </w:t>
            </w:r>
            <w:proofErr w:type="spellStart"/>
            <w:r>
              <w:rPr>
                <w:sz w:val="17"/>
              </w:rPr>
              <w:t>umożliwiający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zamocowanie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torby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na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uchwycie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walizki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543EA40B" w14:textId="77777777" w:rsidR="0097191A" w:rsidRDefault="0097191A" w:rsidP="00E73126">
            <w:pPr>
              <w:keepLines/>
              <w:spacing w:after="0"/>
            </w:pPr>
          </w:p>
        </w:tc>
      </w:tr>
      <w:tr w:rsidR="0097191A" w14:paraId="6A1ABA34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59200CCC" w14:textId="77777777" w:rsidR="0097191A" w:rsidRDefault="0097191A" w:rsidP="00E73126">
            <w:pPr>
              <w:keepLines/>
              <w:spacing w:after="0"/>
            </w:pPr>
            <w:r>
              <w:rPr>
                <w:b/>
                <w:sz w:val="17"/>
              </w:rPr>
              <w:t>Waga</w:t>
            </w:r>
          </w:p>
        </w:tc>
        <w:tc>
          <w:tcPr>
            <w:tcW w:w="4762" w:type="dxa"/>
            <w:shd w:val="clear" w:color="auto" w:fill="F5F7FA"/>
            <w:vAlign w:val="center"/>
          </w:tcPr>
          <w:p w14:paraId="3D97D6DD" w14:textId="77777777" w:rsidR="0097191A" w:rsidRDefault="0097191A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Maksymalnie</w:t>
            </w:r>
            <w:proofErr w:type="spellEnd"/>
            <w:r>
              <w:rPr>
                <w:sz w:val="17"/>
              </w:rPr>
              <w:t xml:space="preserve"> 0,6 kg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051AA438" w14:textId="77777777" w:rsidR="0097191A" w:rsidRDefault="0097191A" w:rsidP="00E73126">
            <w:pPr>
              <w:keepLines/>
              <w:spacing w:after="0"/>
            </w:pPr>
          </w:p>
        </w:tc>
      </w:tr>
      <w:tr w:rsidR="0097191A" w14:paraId="071D99FE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1E665022" w14:textId="77777777" w:rsidR="0097191A" w:rsidRDefault="0097191A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Gwarancja</w:t>
            </w:r>
            <w:proofErr w:type="spellEnd"/>
          </w:p>
        </w:tc>
        <w:tc>
          <w:tcPr>
            <w:tcW w:w="4762" w:type="dxa"/>
            <w:vAlign w:val="center"/>
          </w:tcPr>
          <w:p w14:paraId="561CE9C3" w14:textId="77777777" w:rsidR="0097191A" w:rsidRDefault="0097191A" w:rsidP="00E73126">
            <w:pPr>
              <w:keepLines/>
              <w:spacing w:after="0"/>
            </w:pPr>
            <w:r>
              <w:rPr>
                <w:sz w:val="17"/>
              </w:rPr>
              <w:t xml:space="preserve">Minimum 24 </w:t>
            </w:r>
            <w:proofErr w:type="spellStart"/>
            <w:r>
              <w:rPr>
                <w:sz w:val="17"/>
              </w:rPr>
              <w:t>miesiące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2E40CDA2" w14:textId="77777777" w:rsidR="0097191A" w:rsidRDefault="0097191A" w:rsidP="00E73126">
            <w:pPr>
              <w:keepLines/>
              <w:spacing w:after="0"/>
            </w:pPr>
          </w:p>
        </w:tc>
      </w:tr>
      <w:tr w:rsidR="0097191A" w14:paraId="19785CAE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15A96C75" w14:textId="77777777" w:rsidR="0097191A" w:rsidRDefault="0097191A" w:rsidP="00E73126">
            <w:pPr>
              <w:keepLines/>
              <w:spacing w:after="0"/>
            </w:pPr>
            <w:r>
              <w:rPr>
                <w:b/>
                <w:sz w:val="17"/>
              </w:rPr>
              <w:t>Stan</w:t>
            </w:r>
          </w:p>
        </w:tc>
        <w:tc>
          <w:tcPr>
            <w:tcW w:w="4762" w:type="dxa"/>
            <w:shd w:val="clear" w:color="auto" w:fill="F5F7FA"/>
            <w:vAlign w:val="center"/>
          </w:tcPr>
          <w:p w14:paraId="1FB28D69" w14:textId="77777777" w:rsidR="0097191A" w:rsidRDefault="0097191A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Produkt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fabrycznie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nowy</w:t>
            </w:r>
            <w:proofErr w:type="spellEnd"/>
            <w:r>
              <w:rPr>
                <w:sz w:val="17"/>
              </w:rPr>
              <w:t xml:space="preserve">, </w:t>
            </w:r>
            <w:proofErr w:type="spellStart"/>
            <w:r>
              <w:rPr>
                <w:sz w:val="17"/>
              </w:rPr>
              <w:t>nieużywany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1FE7C4DF" w14:textId="77777777" w:rsidR="0097191A" w:rsidRDefault="0097191A" w:rsidP="00E73126">
            <w:pPr>
              <w:keepLines/>
              <w:spacing w:after="0"/>
            </w:pPr>
          </w:p>
        </w:tc>
      </w:tr>
    </w:tbl>
    <w:p w14:paraId="3988457F" w14:textId="77777777" w:rsidR="0097191A" w:rsidRDefault="0097191A" w:rsidP="0097191A"/>
    <w:tbl>
      <w:tblPr>
        <w:tblStyle w:val="Tabela-Siatka"/>
        <w:tblW w:w="0" w:type="auto"/>
        <w:tblInd w:w="38" w:type="dxa"/>
        <w:tblLook w:val="04A0" w:firstRow="1" w:lastRow="0" w:firstColumn="1" w:lastColumn="0" w:noHBand="0" w:noVBand="1"/>
      </w:tblPr>
      <w:tblGrid>
        <w:gridCol w:w="3446"/>
        <w:gridCol w:w="1444"/>
        <w:gridCol w:w="2410"/>
      </w:tblGrid>
      <w:tr w:rsidR="00AF05CA" w14:paraId="44EB9A45" w14:textId="77777777">
        <w:tc>
          <w:tcPr>
            <w:tcW w:w="34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54DF1A" w14:textId="77777777" w:rsidR="00AF05CA" w:rsidRDefault="00AF05CA">
            <w:r>
              <w:t xml:space="preserve">Cena za 1 </w:t>
            </w:r>
            <w:proofErr w:type="spellStart"/>
            <w:r>
              <w:t>szt</w:t>
            </w:r>
            <w:proofErr w:type="spellEnd"/>
            <w:r>
              <w:t>.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FFC5A9" w14:textId="77777777" w:rsidR="00AF05CA" w:rsidRDefault="00AF05CA">
            <w:r>
              <w:t xml:space="preserve">Netto w </w:t>
            </w:r>
            <w:proofErr w:type="spellStart"/>
            <w:r>
              <w:t>zł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3F4E965F" w14:textId="77777777" w:rsidR="00AF05CA" w:rsidRDefault="00AF05CA">
            <w:pPr>
              <w:rPr>
                <w:highlight w:val="yellow"/>
              </w:rPr>
            </w:pPr>
          </w:p>
        </w:tc>
      </w:tr>
      <w:tr w:rsidR="00AF05CA" w14:paraId="613B1853" w14:textId="7777777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8A2827" w14:textId="77777777" w:rsidR="00AF05CA" w:rsidRDefault="00AF05CA">
            <w:pPr>
              <w:spacing w:after="0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3326E6" w14:textId="77777777" w:rsidR="00AF05CA" w:rsidRDefault="00AF05CA">
            <w:r>
              <w:t xml:space="preserve">Brutto w </w:t>
            </w:r>
            <w:proofErr w:type="spellStart"/>
            <w:r>
              <w:t>zł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3D683161" w14:textId="77777777" w:rsidR="00AF05CA" w:rsidRDefault="00AF05CA">
            <w:pPr>
              <w:rPr>
                <w:highlight w:val="yellow"/>
              </w:rPr>
            </w:pPr>
          </w:p>
        </w:tc>
      </w:tr>
      <w:tr w:rsidR="00AF05CA" w14:paraId="0953EB0F" w14:textId="77777777">
        <w:tc>
          <w:tcPr>
            <w:tcW w:w="34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2109EF" w14:textId="0FDB0640" w:rsidR="00AF05CA" w:rsidRDefault="00AF05CA">
            <w:proofErr w:type="spellStart"/>
            <w:r>
              <w:t>Łączna</w:t>
            </w:r>
            <w:proofErr w:type="spellEnd"/>
            <w:r>
              <w:t xml:space="preserve"> </w:t>
            </w:r>
            <w:proofErr w:type="spellStart"/>
            <w:r>
              <w:t>Kwota</w:t>
            </w:r>
            <w:proofErr w:type="spellEnd"/>
            <w:r>
              <w:t xml:space="preserve"> za: 1</w:t>
            </w:r>
            <w:r>
              <w:t>9</w:t>
            </w:r>
            <w:r>
              <w:t xml:space="preserve"> </w:t>
            </w:r>
            <w:proofErr w:type="spellStart"/>
            <w:r>
              <w:t>szt</w:t>
            </w:r>
            <w:proofErr w:type="spellEnd"/>
            <w:r>
              <w:t>.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86F13D" w14:textId="77777777" w:rsidR="00AF05CA" w:rsidRDefault="00AF05CA">
            <w:r>
              <w:t xml:space="preserve">Netto w </w:t>
            </w:r>
            <w:proofErr w:type="spellStart"/>
            <w:r>
              <w:t>zł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74E17BB6" w14:textId="77777777" w:rsidR="00AF05CA" w:rsidRDefault="00AF05CA">
            <w:pPr>
              <w:rPr>
                <w:highlight w:val="yellow"/>
              </w:rPr>
            </w:pPr>
          </w:p>
        </w:tc>
      </w:tr>
      <w:tr w:rsidR="00AF05CA" w14:paraId="035EB33E" w14:textId="7777777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6D4E53" w14:textId="77777777" w:rsidR="00AF05CA" w:rsidRDefault="00AF05CA">
            <w:pPr>
              <w:spacing w:after="0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62C8FA" w14:textId="719A5D59" w:rsidR="00AF05CA" w:rsidRDefault="0025708B">
            <w:r>
              <w:t>Br</w:t>
            </w:r>
            <w:r w:rsidR="00AF05CA">
              <w:t xml:space="preserve">utto w </w:t>
            </w:r>
            <w:proofErr w:type="spellStart"/>
            <w:r w:rsidR="00AF05CA">
              <w:t>zł</w:t>
            </w:r>
            <w:proofErr w:type="spellEnd"/>
            <w:r w:rsidR="00AF05CA">
              <w:t>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3FC4FE5B" w14:textId="77777777" w:rsidR="00AF05CA" w:rsidRDefault="00AF05CA">
            <w:pPr>
              <w:rPr>
                <w:highlight w:val="yellow"/>
              </w:rPr>
            </w:pPr>
          </w:p>
        </w:tc>
      </w:tr>
    </w:tbl>
    <w:p w14:paraId="5BF2791B" w14:textId="77777777" w:rsidR="00AF05CA" w:rsidRDefault="00AF05CA" w:rsidP="0097191A"/>
    <w:p w14:paraId="3BDEDB26" w14:textId="77777777" w:rsidR="0097191A" w:rsidRDefault="0097191A" w:rsidP="0097191A">
      <w:r>
        <w:t xml:space="preserve">Oświadczamy, </w:t>
      </w:r>
      <w:proofErr w:type="spellStart"/>
      <w:r>
        <w:t>że</w:t>
      </w:r>
      <w:proofErr w:type="spellEnd"/>
      <w:r>
        <w:t xml:space="preserve"> </w:t>
      </w:r>
      <w:proofErr w:type="spellStart"/>
      <w:r>
        <w:t>oferowany</w:t>
      </w:r>
      <w:proofErr w:type="spellEnd"/>
      <w:r>
        <w:t xml:space="preserve"> </w:t>
      </w:r>
      <w:proofErr w:type="spellStart"/>
      <w:r>
        <w:t>przedmiot</w:t>
      </w:r>
      <w:proofErr w:type="spellEnd"/>
      <w:r>
        <w:t xml:space="preserve"> </w:t>
      </w:r>
      <w:proofErr w:type="spellStart"/>
      <w:r>
        <w:t>zamówienia</w:t>
      </w:r>
      <w:proofErr w:type="spellEnd"/>
      <w:r>
        <w:t xml:space="preserve"> </w:t>
      </w:r>
      <w:proofErr w:type="spellStart"/>
      <w:r>
        <w:t>spełnia</w:t>
      </w:r>
      <w:proofErr w:type="spellEnd"/>
      <w:r>
        <w:t xml:space="preserve"> </w:t>
      </w:r>
      <w:proofErr w:type="spellStart"/>
      <w:r>
        <w:t>wymagania</w:t>
      </w:r>
      <w:proofErr w:type="spellEnd"/>
      <w:r>
        <w:t xml:space="preserve"> </w:t>
      </w:r>
      <w:proofErr w:type="spellStart"/>
      <w:r>
        <w:t>wskazane</w:t>
      </w:r>
      <w:proofErr w:type="spellEnd"/>
      <w:r>
        <w:t xml:space="preserve"> w </w:t>
      </w:r>
      <w:proofErr w:type="spellStart"/>
      <w:r>
        <w:t>tabeli</w:t>
      </w:r>
      <w:proofErr w:type="spellEnd"/>
      <w:r>
        <w:t>.</w:t>
      </w:r>
    </w:p>
    <w:p w14:paraId="6F8A1B9D" w14:textId="77777777" w:rsidR="0097191A" w:rsidRDefault="0097191A" w:rsidP="0097191A">
      <w:r>
        <w:t>.....................................................................................</w:t>
      </w:r>
      <w:r>
        <w:br/>
        <w:t xml:space="preserve">Data </w:t>
      </w:r>
      <w:proofErr w:type="spellStart"/>
      <w:r>
        <w:t>i</w:t>
      </w:r>
      <w:proofErr w:type="spellEnd"/>
      <w:r>
        <w:t xml:space="preserve"> </w:t>
      </w:r>
      <w:proofErr w:type="spellStart"/>
      <w:r>
        <w:t>podpis</w:t>
      </w:r>
      <w:proofErr w:type="spellEnd"/>
      <w:r>
        <w:t xml:space="preserve"> </w:t>
      </w:r>
      <w:proofErr w:type="spellStart"/>
      <w:r>
        <w:t>osoby</w:t>
      </w:r>
      <w:proofErr w:type="spellEnd"/>
      <w:r>
        <w:t xml:space="preserve"> </w:t>
      </w:r>
      <w:proofErr w:type="spellStart"/>
      <w:r>
        <w:t>upoważnionej</w:t>
      </w:r>
      <w:proofErr w:type="spellEnd"/>
      <w:r>
        <w:t xml:space="preserve"> do </w:t>
      </w:r>
      <w:proofErr w:type="spellStart"/>
      <w:r>
        <w:t>złożenia</w:t>
      </w:r>
      <w:proofErr w:type="spellEnd"/>
      <w:r>
        <w:t xml:space="preserve"> </w:t>
      </w:r>
      <w:proofErr w:type="spellStart"/>
      <w:r>
        <w:t>oferty</w:t>
      </w:r>
      <w:proofErr w:type="spellEnd"/>
    </w:p>
    <w:p w14:paraId="49A02454" w14:textId="2FE06CDF" w:rsidR="007C4D21" w:rsidRDefault="007C4D21">
      <w:pPr>
        <w:spacing w:after="200"/>
      </w:pPr>
      <w:r>
        <w:br w:type="page"/>
      </w:r>
    </w:p>
    <w:p w14:paraId="4EB60F8B" w14:textId="77777777" w:rsidR="007C4D21" w:rsidRDefault="007C4D21" w:rsidP="007C4D21">
      <w:pPr>
        <w:jc w:val="right"/>
      </w:pPr>
      <w:proofErr w:type="spellStart"/>
      <w:r>
        <w:rPr>
          <w:b/>
        </w:rPr>
        <w:lastRenderedPageBreak/>
        <w:t>Załącznik</w:t>
      </w:r>
      <w:proofErr w:type="spellEnd"/>
      <w:r>
        <w:rPr>
          <w:b/>
        </w:rPr>
        <w:t xml:space="preserve"> nr 4.5</w:t>
      </w:r>
    </w:p>
    <w:p w14:paraId="397F14F9" w14:textId="77777777" w:rsidR="007C4D21" w:rsidRDefault="007C4D21" w:rsidP="007C4D21">
      <w:pPr>
        <w:jc w:val="center"/>
      </w:pPr>
      <w:r>
        <w:rPr>
          <w:b/>
          <w:color w:val="1C324B"/>
          <w:sz w:val="28"/>
        </w:rPr>
        <w:t>OPIS PRZEDMIOTU ZAMÓWIENIA</w:t>
      </w:r>
    </w:p>
    <w:p w14:paraId="5B546740" w14:textId="77777777" w:rsidR="007C4D21" w:rsidRDefault="007C4D21" w:rsidP="007C4D21">
      <w:pPr>
        <w:jc w:val="center"/>
      </w:pPr>
      <w:proofErr w:type="spellStart"/>
      <w:r>
        <w:rPr>
          <w:b/>
          <w:sz w:val="22"/>
        </w:rPr>
        <w:t>Specyfikacja</w:t>
      </w:r>
      <w:proofErr w:type="spellEnd"/>
      <w:r>
        <w:rPr>
          <w:b/>
          <w:sz w:val="22"/>
        </w:rPr>
        <w:t xml:space="preserve"> </w:t>
      </w:r>
      <w:proofErr w:type="spellStart"/>
      <w:r>
        <w:rPr>
          <w:b/>
          <w:sz w:val="22"/>
        </w:rPr>
        <w:t>techniczna</w:t>
      </w:r>
      <w:proofErr w:type="spellEnd"/>
      <w:r>
        <w:rPr>
          <w:b/>
          <w:sz w:val="22"/>
        </w:rPr>
        <w:t xml:space="preserve"> - </w:t>
      </w:r>
      <w:proofErr w:type="spellStart"/>
      <w:r>
        <w:rPr>
          <w:b/>
          <w:sz w:val="22"/>
        </w:rPr>
        <w:t>Mysz</w:t>
      </w:r>
      <w:proofErr w:type="spellEnd"/>
      <w:r>
        <w:rPr>
          <w:b/>
          <w:sz w:val="22"/>
        </w:rPr>
        <w:t xml:space="preserve"> </w:t>
      </w:r>
      <w:proofErr w:type="spellStart"/>
      <w:r>
        <w:rPr>
          <w:b/>
          <w:sz w:val="22"/>
        </w:rPr>
        <w:t>Typ</w:t>
      </w:r>
      <w:proofErr w:type="spellEnd"/>
      <w:r>
        <w:rPr>
          <w:b/>
          <w:sz w:val="22"/>
        </w:rPr>
        <w:t xml:space="preserve"> A - 11 </w:t>
      </w:r>
      <w:proofErr w:type="spellStart"/>
      <w:r>
        <w:rPr>
          <w:b/>
          <w:sz w:val="22"/>
        </w:rPr>
        <w:t>szt</w:t>
      </w:r>
      <w:proofErr w:type="spellEnd"/>
      <w:r>
        <w:rPr>
          <w:b/>
          <w:sz w:val="22"/>
        </w:rPr>
        <w:t>.</w:t>
      </w:r>
    </w:p>
    <w:p w14:paraId="5009F770" w14:textId="77777777" w:rsidR="007C4D21" w:rsidRDefault="007C4D21" w:rsidP="007C4D21">
      <w:r>
        <w:t xml:space="preserve">Producent: ........................................................................     Model / </w:t>
      </w:r>
      <w:proofErr w:type="spellStart"/>
      <w:r>
        <w:t>oznaczenie</w:t>
      </w:r>
      <w:proofErr w:type="spellEnd"/>
      <w:r>
        <w:t>: ........................................................................</w:t>
      </w:r>
    </w:p>
    <w:tbl>
      <w:tblPr>
        <w:tblStyle w:val="Tabela-Siatka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438"/>
        <w:gridCol w:w="4762"/>
        <w:gridCol w:w="2324"/>
      </w:tblGrid>
      <w:tr w:rsidR="007C4D21" w14:paraId="19A15029" w14:textId="77777777" w:rsidTr="00AF05CA">
        <w:trPr>
          <w:cantSplit/>
          <w:tblHeader/>
          <w:jc w:val="center"/>
        </w:trPr>
        <w:tc>
          <w:tcPr>
            <w:tcW w:w="2438" w:type="dxa"/>
            <w:shd w:val="clear" w:color="auto" w:fill="E8EEF5"/>
          </w:tcPr>
          <w:p w14:paraId="296660D3" w14:textId="77777777" w:rsidR="007C4D21" w:rsidRDefault="007C4D21" w:rsidP="00E73126">
            <w:pPr>
              <w:spacing w:after="0"/>
            </w:pPr>
            <w:proofErr w:type="spellStart"/>
            <w:r>
              <w:rPr>
                <w:b/>
                <w:sz w:val="17"/>
              </w:rPr>
              <w:t>Cecha</w:t>
            </w:r>
            <w:proofErr w:type="spellEnd"/>
            <w:r>
              <w:rPr>
                <w:b/>
                <w:sz w:val="17"/>
              </w:rPr>
              <w:t xml:space="preserve"> / </w:t>
            </w:r>
            <w:proofErr w:type="spellStart"/>
            <w:r>
              <w:rPr>
                <w:b/>
                <w:sz w:val="17"/>
              </w:rPr>
              <w:t>parametr</w:t>
            </w:r>
            <w:proofErr w:type="spellEnd"/>
          </w:p>
        </w:tc>
        <w:tc>
          <w:tcPr>
            <w:tcW w:w="4762" w:type="dxa"/>
            <w:shd w:val="clear" w:color="auto" w:fill="E8EEF5"/>
          </w:tcPr>
          <w:p w14:paraId="579D5006" w14:textId="77777777" w:rsidR="007C4D21" w:rsidRDefault="007C4D21" w:rsidP="00E73126">
            <w:pPr>
              <w:spacing w:after="0"/>
            </w:pPr>
            <w:proofErr w:type="spellStart"/>
            <w:r>
              <w:rPr>
                <w:b/>
                <w:sz w:val="17"/>
              </w:rPr>
              <w:t>Wymagane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minimalne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parametry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techniczne</w:t>
            </w:r>
            <w:proofErr w:type="spellEnd"/>
          </w:p>
        </w:tc>
        <w:tc>
          <w:tcPr>
            <w:tcW w:w="2324" w:type="dxa"/>
            <w:shd w:val="clear" w:color="auto" w:fill="FFFF99"/>
          </w:tcPr>
          <w:p w14:paraId="4913DA0F" w14:textId="77777777" w:rsidR="007C4D21" w:rsidRDefault="007C4D21" w:rsidP="00E73126">
            <w:pPr>
              <w:spacing w:after="0"/>
            </w:pPr>
            <w:proofErr w:type="spellStart"/>
            <w:r>
              <w:rPr>
                <w:b/>
                <w:sz w:val="17"/>
              </w:rPr>
              <w:t>Oferowane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parametry</w:t>
            </w:r>
            <w:proofErr w:type="spellEnd"/>
            <w:r>
              <w:rPr>
                <w:b/>
                <w:sz w:val="17"/>
              </w:rPr>
              <w:t xml:space="preserve"> (</w:t>
            </w:r>
            <w:proofErr w:type="spellStart"/>
            <w:r>
              <w:rPr>
                <w:b/>
                <w:sz w:val="17"/>
              </w:rPr>
              <w:t>wypełnia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Wykonawca</w:t>
            </w:r>
            <w:proofErr w:type="spellEnd"/>
            <w:r>
              <w:rPr>
                <w:b/>
                <w:sz w:val="17"/>
              </w:rPr>
              <w:t>)</w:t>
            </w:r>
          </w:p>
        </w:tc>
      </w:tr>
      <w:tr w:rsidR="007C4D21" w14:paraId="1F643B19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5C8CFF26" w14:textId="77777777" w:rsidR="007C4D21" w:rsidRDefault="007C4D21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Typ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myszy</w:t>
            </w:r>
            <w:proofErr w:type="spellEnd"/>
          </w:p>
        </w:tc>
        <w:tc>
          <w:tcPr>
            <w:tcW w:w="4762" w:type="dxa"/>
            <w:vAlign w:val="center"/>
          </w:tcPr>
          <w:p w14:paraId="28252EDF" w14:textId="77777777" w:rsidR="007C4D21" w:rsidRDefault="007C4D21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Optyczna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3583E13A" w14:textId="77777777" w:rsidR="007C4D21" w:rsidRDefault="007C4D21" w:rsidP="00E73126">
            <w:pPr>
              <w:keepLines/>
              <w:spacing w:after="0"/>
            </w:pPr>
          </w:p>
        </w:tc>
      </w:tr>
      <w:tr w:rsidR="007C4D21" w14:paraId="7651E6D2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633BFD6E" w14:textId="77777777" w:rsidR="007C4D21" w:rsidRDefault="007C4D21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Łączność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0F764C84" w14:textId="77777777" w:rsidR="007C4D21" w:rsidRDefault="007C4D21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Bezprzewodowa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4862187A" w14:textId="77777777" w:rsidR="007C4D21" w:rsidRDefault="007C4D21" w:rsidP="00E73126">
            <w:pPr>
              <w:keepLines/>
              <w:spacing w:after="0"/>
            </w:pPr>
          </w:p>
        </w:tc>
      </w:tr>
      <w:tr w:rsidR="007C4D21" w14:paraId="2802806C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3F10F2B6" w14:textId="77777777" w:rsidR="007C4D21" w:rsidRDefault="007C4D21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Tryb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komunikacji</w:t>
            </w:r>
            <w:proofErr w:type="spellEnd"/>
          </w:p>
        </w:tc>
        <w:tc>
          <w:tcPr>
            <w:tcW w:w="4762" w:type="dxa"/>
            <w:vAlign w:val="center"/>
          </w:tcPr>
          <w:p w14:paraId="083C03AA" w14:textId="77777777" w:rsidR="007C4D21" w:rsidRDefault="007C4D21" w:rsidP="00E73126">
            <w:pPr>
              <w:keepLines/>
              <w:spacing w:after="0"/>
            </w:pPr>
            <w:r>
              <w:rPr>
                <w:sz w:val="17"/>
              </w:rPr>
              <w:t>2,4 GHz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0165588B" w14:textId="77777777" w:rsidR="007C4D21" w:rsidRDefault="007C4D21" w:rsidP="00E73126">
            <w:pPr>
              <w:keepLines/>
              <w:spacing w:after="0"/>
            </w:pPr>
          </w:p>
        </w:tc>
      </w:tr>
      <w:tr w:rsidR="007C4D21" w14:paraId="66799968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0305845C" w14:textId="77777777" w:rsidR="007C4D21" w:rsidRDefault="007C4D21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Odbiornik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05B3633A" w14:textId="77777777" w:rsidR="007C4D21" w:rsidRDefault="007C4D21" w:rsidP="00E73126">
            <w:pPr>
              <w:keepLines/>
              <w:spacing w:after="0"/>
            </w:pPr>
            <w:r>
              <w:rPr>
                <w:sz w:val="17"/>
              </w:rPr>
              <w:t xml:space="preserve">Nano </w:t>
            </w:r>
            <w:proofErr w:type="spellStart"/>
            <w:r>
              <w:rPr>
                <w:sz w:val="17"/>
              </w:rPr>
              <w:t>odbiornik</w:t>
            </w:r>
            <w:proofErr w:type="spellEnd"/>
            <w:r>
              <w:rPr>
                <w:sz w:val="17"/>
              </w:rPr>
              <w:t xml:space="preserve"> USB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4DF260D5" w14:textId="77777777" w:rsidR="007C4D21" w:rsidRDefault="007C4D21" w:rsidP="00E73126">
            <w:pPr>
              <w:keepLines/>
              <w:spacing w:after="0"/>
            </w:pPr>
          </w:p>
        </w:tc>
      </w:tr>
      <w:tr w:rsidR="007C4D21" w14:paraId="19BEA7E8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61FF0F68" w14:textId="77777777" w:rsidR="007C4D21" w:rsidRDefault="007C4D21" w:rsidP="00E73126">
            <w:pPr>
              <w:keepLines/>
              <w:spacing w:after="0"/>
            </w:pPr>
            <w:r>
              <w:rPr>
                <w:b/>
                <w:sz w:val="17"/>
              </w:rPr>
              <w:t>Sensor</w:t>
            </w:r>
          </w:p>
        </w:tc>
        <w:tc>
          <w:tcPr>
            <w:tcW w:w="4762" w:type="dxa"/>
            <w:vAlign w:val="center"/>
          </w:tcPr>
          <w:p w14:paraId="10FF06D0" w14:textId="77777777" w:rsidR="007C4D21" w:rsidRDefault="007C4D21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Optyczny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22B520F9" w14:textId="77777777" w:rsidR="007C4D21" w:rsidRDefault="007C4D21" w:rsidP="00E73126">
            <w:pPr>
              <w:keepLines/>
              <w:spacing w:after="0"/>
            </w:pPr>
          </w:p>
        </w:tc>
      </w:tr>
      <w:tr w:rsidR="007C4D21" w14:paraId="1599E461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423C32A4" w14:textId="77777777" w:rsidR="007C4D21" w:rsidRDefault="007C4D21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Rozdzielczość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1A6FA2BC" w14:textId="77777777" w:rsidR="007C4D21" w:rsidRDefault="007C4D21" w:rsidP="00E73126">
            <w:pPr>
              <w:keepLines/>
              <w:spacing w:after="0"/>
            </w:pPr>
            <w:r>
              <w:rPr>
                <w:sz w:val="17"/>
              </w:rPr>
              <w:t>min. 1000 DPI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47C2C204" w14:textId="77777777" w:rsidR="007C4D21" w:rsidRDefault="007C4D21" w:rsidP="00E73126">
            <w:pPr>
              <w:keepLines/>
              <w:spacing w:after="0"/>
            </w:pPr>
          </w:p>
        </w:tc>
      </w:tr>
      <w:tr w:rsidR="007C4D21" w14:paraId="73941904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4BDB174F" w14:textId="77777777" w:rsidR="007C4D21" w:rsidRDefault="007C4D21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Liczba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przycisków</w:t>
            </w:r>
            <w:proofErr w:type="spellEnd"/>
          </w:p>
        </w:tc>
        <w:tc>
          <w:tcPr>
            <w:tcW w:w="4762" w:type="dxa"/>
            <w:vAlign w:val="center"/>
          </w:tcPr>
          <w:p w14:paraId="2F1A02C6" w14:textId="77777777" w:rsidR="007C4D21" w:rsidRDefault="007C4D21" w:rsidP="00E73126">
            <w:pPr>
              <w:keepLines/>
              <w:spacing w:after="0"/>
            </w:pPr>
            <w:r>
              <w:rPr>
                <w:sz w:val="17"/>
              </w:rPr>
              <w:t>min. 3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13E92DF0" w14:textId="77777777" w:rsidR="007C4D21" w:rsidRDefault="007C4D21" w:rsidP="00E73126">
            <w:pPr>
              <w:keepLines/>
              <w:spacing w:after="0"/>
            </w:pPr>
          </w:p>
        </w:tc>
      </w:tr>
      <w:tr w:rsidR="007C4D21" w14:paraId="133AE08B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13909D93" w14:textId="77777777" w:rsidR="007C4D21" w:rsidRDefault="007C4D21" w:rsidP="00E73126">
            <w:pPr>
              <w:keepLines/>
              <w:spacing w:after="0"/>
            </w:pPr>
            <w:r>
              <w:rPr>
                <w:b/>
                <w:sz w:val="17"/>
              </w:rPr>
              <w:t xml:space="preserve">Rolka </w:t>
            </w:r>
            <w:proofErr w:type="spellStart"/>
            <w:r>
              <w:rPr>
                <w:b/>
                <w:sz w:val="17"/>
              </w:rPr>
              <w:t>przewijania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2DF9D244" w14:textId="77777777" w:rsidR="007C4D21" w:rsidRDefault="007C4D21" w:rsidP="00E73126">
            <w:pPr>
              <w:keepLines/>
              <w:spacing w:after="0"/>
            </w:pPr>
            <w:r>
              <w:rPr>
                <w:sz w:val="17"/>
              </w:rPr>
              <w:t>Tak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64044794" w14:textId="77777777" w:rsidR="007C4D21" w:rsidRDefault="007C4D21" w:rsidP="00E73126">
            <w:pPr>
              <w:keepLines/>
              <w:spacing w:after="0"/>
            </w:pPr>
          </w:p>
        </w:tc>
      </w:tr>
      <w:tr w:rsidR="007C4D21" w14:paraId="77D316DF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54C4FDED" w14:textId="77777777" w:rsidR="007C4D21" w:rsidRDefault="007C4D21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Zasięg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bezprzewodowy</w:t>
            </w:r>
            <w:proofErr w:type="spellEnd"/>
          </w:p>
        </w:tc>
        <w:tc>
          <w:tcPr>
            <w:tcW w:w="4762" w:type="dxa"/>
            <w:vAlign w:val="center"/>
          </w:tcPr>
          <w:p w14:paraId="244E473D" w14:textId="77777777" w:rsidR="007C4D21" w:rsidRDefault="007C4D21" w:rsidP="00E73126">
            <w:pPr>
              <w:keepLines/>
              <w:spacing w:after="0"/>
            </w:pPr>
            <w:r>
              <w:rPr>
                <w:sz w:val="17"/>
              </w:rPr>
              <w:t>min. 10 m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6A0FB657" w14:textId="77777777" w:rsidR="007C4D21" w:rsidRDefault="007C4D21" w:rsidP="00E73126">
            <w:pPr>
              <w:keepLines/>
              <w:spacing w:after="0"/>
            </w:pPr>
          </w:p>
        </w:tc>
      </w:tr>
      <w:tr w:rsidR="007C4D21" w14:paraId="5820D62C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78215F18" w14:textId="77777777" w:rsidR="007C4D21" w:rsidRDefault="007C4D21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Zasilanie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334A261D" w14:textId="77777777" w:rsidR="007C4D21" w:rsidRDefault="007C4D21" w:rsidP="00E73126">
            <w:pPr>
              <w:keepLines/>
              <w:spacing w:after="0"/>
            </w:pPr>
            <w:r>
              <w:rPr>
                <w:sz w:val="17"/>
              </w:rPr>
              <w:t xml:space="preserve">1 × </w:t>
            </w:r>
            <w:proofErr w:type="spellStart"/>
            <w:r>
              <w:rPr>
                <w:sz w:val="17"/>
              </w:rPr>
              <w:t>bateria</w:t>
            </w:r>
            <w:proofErr w:type="spellEnd"/>
            <w:r>
              <w:rPr>
                <w:sz w:val="17"/>
              </w:rPr>
              <w:t xml:space="preserve"> AA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3EA4ECE5" w14:textId="77777777" w:rsidR="007C4D21" w:rsidRDefault="007C4D21" w:rsidP="00E73126">
            <w:pPr>
              <w:keepLines/>
              <w:spacing w:after="0"/>
            </w:pPr>
          </w:p>
        </w:tc>
      </w:tr>
      <w:tr w:rsidR="007C4D21" w14:paraId="21C7DA48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7EC52CAC" w14:textId="77777777" w:rsidR="007C4D21" w:rsidRDefault="007C4D21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Czas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pracy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na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baterii</w:t>
            </w:r>
            <w:proofErr w:type="spellEnd"/>
          </w:p>
        </w:tc>
        <w:tc>
          <w:tcPr>
            <w:tcW w:w="4762" w:type="dxa"/>
            <w:vAlign w:val="center"/>
          </w:tcPr>
          <w:p w14:paraId="6D4FC8C1" w14:textId="77777777" w:rsidR="007C4D21" w:rsidRDefault="007C4D21" w:rsidP="00E73126">
            <w:pPr>
              <w:keepLines/>
              <w:spacing w:after="0"/>
            </w:pPr>
            <w:r>
              <w:rPr>
                <w:sz w:val="17"/>
              </w:rPr>
              <w:t xml:space="preserve">min. 12 </w:t>
            </w:r>
            <w:proofErr w:type="spellStart"/>
            <w:r>
              <w:rPr>
                <w:sz w:val="17"/>
              </w:rPr>
              <w:t>miesięcy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według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deklaracji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producenta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28D58123" w14:textId="77777777" w:rsidR="007C4D21" w:rsidRDefault="007C4D21" w:rsidP="00E73126">
            <w:pPr>
              <w:keepLines/>
              <w:spacing w:after="0"/>
            </w:pPr>
          </w:p>
        </w:tc>
      </w:tr>
      <w:tr w:rsidR="007C4D21" w14:paraId="046DAF51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0B0DC956" w14:textId="77777777" w:rsidR="007C4D21" w:rsidRDefault="007C4D21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Tryb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oszczędzania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energii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2AF19F2B" w14:textId="77777777" w:rsidR="007C4D21" w:rsidRDefault="007C4D21" w:rsidP="00E73126">
            <w:pPr>
              <w:keepLines/>
              <w:spacing w:after="0"/>
            </w:pPr>
            <w:r>
              <w:rPr>
                <w:sz w:val="17"/>
              </w:rPr>
              <w:t>Tak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1273ED92" w14:textId="77777777" w:rsidR="007C4D21" w:rsidRDefault="007C4D21" w:rsidP="00E73126">
            <w:pPr>
              <w:keepLines/>
              <w:spacing w:after="0"/>
            </w:pPr>
          </w:p>
        </w:tc>
      </w:tr>
      <w:tr w:rsidR="007C4D21" w14:paraId="50462430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7EEB6F85" w14:textId="77777777" w:rsidR="007C4D21" w:rsidRDefault="007C4D21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Wyłącznik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zasilania</w:t>
            </w:r>
            <w:proofErr w:type="spellEnd"/>
          </w:p>
        </w:tc>
        <w:tc>
          <w:tcPr>
            <w:tcW w:w="4762" w:type="dxa"/>
            <w:vAlign w:val="center"/>
          </w:tcPr>
          <w:p w14:paraId="29222AE4" w14:textId="77777777" w:rsidR="007C4D21" w:rsidRDefault="007C4D21" w:rsidP="00E73126">
            <w:pPr>
              <w:keepLines/>
              <w:spacing w:after="0"/>
            </w:pPr>
            <w:r>
              <w:rPr>
                <w:sz w:val="17"/>
              </w:rPr>
              <w:t>Tak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1ED4441F" w14:textId="77777777" w:rsidR="007C4D21" w:rsidRDefault="007C4D21" w:rsidP="00E73126">
            <w:pPr>
              <w:keepLines/>
              <w:spacing w:after="0"/>
            </w:pPr>
          </w:p>
        </w:tc>
      </w:tr>
      <w:tr w:rsidR="007C4D21" w14:paraId="216C127F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2DE737DB" w14:textId="77777777" w:rsidR="007C4D21" w:rsidRDefault="007C4D21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Profil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myszy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1A568E0C" w14:textId="77777777" w:rsidR="007C4D21" w:rsidRDefault="007C4D21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Uniwersalny</w:t>
            </w:r>
            <w:proofErr w:type="spellEnd"/>
            <w:r>
              <w:rPr>
                <w:sz w:val="17"/>
              </w:rPr>
              <w:t xml:space="preserve">, </w:t>
            </w:r>
            <w:proofErr w:type="spellStart"/>
            <w:r>
              <w:rPr>
                <w:sz w:val="17"/>
              </w:rPr>
              <w:t>dla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osób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prawo</w:t>
            </w:r>
            <w:proofErr w:type="spellEnd"/>
            <w:r>
              <w:rPr>
                <w:sz w:val="17"/>
              </w:rPr>
              <w:t xml:space="preserve">- </w:t>
            </w:r>
            <w:proofErr w:type="spellStart"/>
            <w:r>
              <w:rPr>
                <w:sz w:val="17"/>
              </w:rPr>
              <w:t>i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leworęcznych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059432C3" w14:textId="77777777" w:rsidR="007C4D21" w:rsidRDefault="007C4D21" w:rsidP="00E73126">
            <w:pPr>
              <w:keepLines/>
              <w:spacing w:after="0"/>
            </w:pPr>
          </w:p>
        </w:tc>
      </w:tr>
      <w:tr w:rsidR="007C4D21" w14:paraId="1F223603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4A0E59B1" w14:textId="77777777" w:rsidR="007C4D21" w:rsidRDefault="007C4D21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Konstrukcja</w:t>
            </w:r>
            <w:proofErr w:type="spellEnd"/>
          </w:p>
        </w:tc>
        <w:tc>
          <w:tcPr>
            <w:tcW w:w="4762" w:type="dxa"/>
            <w:vAlign w:val="center"/>
          </w:tcPr>
          <w:p w14:paraId="2393C70D" w14:textId="77777777" w:rsidR="007C4D21" w:rsidRDefault="007C4D21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Kompaktowa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7747F8D7" w14:textId="77777777" w:rsidR="007C4D21" w:rsidRDefault="007C4D21" w:rsidP="00E73126">
            <w:pPr>
              <w:keepLines/>
              <w:spacing w:after="0"/>
            </w:pPr>
          </w:p>
        </w:tc>
      </w:tr>
      <w:tr w:rsidR="007C4D21" w14:paraId="5C861D6B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7E7EC5C3" w14:textId="77777777" w:rsidR="007C4D21" w:rsidRDefault="007C4D21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Interfejs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odbiornika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6075BE47" w14:textId="77777777" w:rsidR="007C4D21" w:rsidRDefault="007C4D21" w:rsidP="00E73126">
            <w:pPr>
              <w:keepLines/>
              <w:spacing w:after="0"/>
            </w:pPr>
            <w:r>
              <w:rPr>
                <w:sz w:val="17"/>
              </w:rPr>
              <w:t>USB-A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20118E20" w14:textId="77777777" w:rsidR="007C4D21" w:rsidRDefault="007C4D21" w:rsidP="00E73126">
            <w:pPr>
              <w:keepLines/>
              <w:spacing w:after="0"/>
            </w:pPr>
          </w:p>
        </w:tc>
      </w:tr>
      <w:tr w:rsidR="007C4D21" w14:paraId="1C4660E3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202369C4" w14:textId="77777777" w:rsidR="007C4D21" w:rsidRDefault="007C4D21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Instalacja</w:t>
            </w:r>
            <w:proofErr w:type="spellEnd"/>
          </w:p>
        </w:tc>
        <w:tc>
          <w:tcPr>
            <w:tcW w:w="4762" w:type="dxa"/>
            <w:vAlign w:val="center"/>
          </w:tcPr>
          <w:p w14:paraId="099D3A28" w14:textId="77777777" w:rsidR="007C4D21" w:rsidRDefault="007C4D21" w:rsidP="00E73126">
            <w:pPr>
              <w:keepLines/>
              <w:spacing w:after="0"/>
            </w:pPr>
            <w:r>
              <w:rPr>
                <w:sz w:val="17"/>
              </w:rPr>
              <w:t>Plug &amp; Play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6FCCBB9D" w14:textId="77777777" w:rsidR="007C4D21" w:rsidRDefault="007C4D21" w:rsidP="00E73126">
            <w:pPr>
              <w:keepLines/>
              <w:spacing w:after="0"/>
            </w:pPr>
          </w:p>
        </w:tc>
      </w:tr>
      <w:tr w:rsidR="007C4D21" w14:paraId="53163DBD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52FF98D7" w14:textId="77777777" w:rsidR="007C4D21" w:rsidRDefault="007C4D21" w:rsidP="00E73126">
            <w:pPr>
              <w:keepLines/>
              <w:spacing w:after="0"/>
            </w:pPr>
            <w:r>
              <w:rPr>
                <w:b/>
                <w:sz w:val="17"/>
              </w:rPr>
              <w:t>Masa</w:t>
            </w:r>
          </w:p>
        </w:tc>
        <w:tc>
          <w:tcPr>
            <w:tcW w:w="4762" w:type="dxa"/>
            <w:shd w:val="clear" w:color="auto" w:fill="F5F7FA"/>
            <w:vAlign w:val="center"/>
          </w:tcPr>
          <w:p w14:paraId="329748AC" w14:textId="77777777" w:rsidR="007C4D21" w:rsidRDefault="007C4D21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maks</w:t>
            </w:r>
            <w:proofErr w:type="spellEnd"/>
            <w:r>
              <w:rPr>
                <w:sz w:val="17"/>
              </w:rPr>
              <w:t xml:space="preserve">. 80 g z </w:t>
            </w:r>
            <w:proofErr w:type="spellStart"/>
            <w:r>
              <w:rPr>
                <w:sz w:val="17"/>
              </w:rPr>
              <w:t>baterią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70CBBCC8" w14:textId="77777777" w:rsidR="007C4D21" w:rsidRDefault="007C4D21" w:rsidP="00E73126">
            <w:pPr>
              <w:keepLines/>
              <w:spacing w:after="0"/>
            </w:pPr>
          </w:p>
        </w:tc>
      </w:tr>
      <w:tr w:rsidR="007C4D21" w14:paraId="1F071E41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174B69E2" w14:textId="77777777" w:rsidR="007C4D21" w:rsidRDefault="007C4D21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Wymiary</w:t>
            </w:r>
            <w:proofErr w:type="spellEnd"/>
          </w:p>
        </w:tc>
        <w:tc>
          <w:tcPr>
            <w:tcW w:w="4762" w:type="dxa"/>
            <w:vAlign w:val="center"/>
          </w:tcPr>
          <w:p w14:paraId="4329BDFF" w14:textId="77777777" w:rsidR="007C4D21" w:rsidRDefault="007C4D21" w:rsidP="00E73126">
            <w:pPr>
              <w:keepLines/>
              <w:spacing w:after="0"/>
            </w:pPr>
            <w:r>
              <w:rPr>
                <w:sz w:val="17"/>
              </w:rPr>
              <w:t>ok. 100 × 60 × 40 mm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336AB0A3" w14:textId="77777777" w:rsidR="007C4D21" w:rsidRDefault="007C4D21" w:rsidP="00E73126">
            <w:pPr>
              <w:keepLines/>
              <w:spacing w:after="0"/>
            </w:pPr>
          </w:p>
        </w:tc>
      </w:tr>
      <w:tr w:rsidR="007C4D21" w14:paraId="032E2BBC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6F207090" w14:textId="77777777" w:rsidR="007C4D21" w:rsidRDefault="007C4D21" w:rsidP="00E73126">
            <w:pPr>
              <w:keepLines/>
              <w:spacing w:after="0"/>
            </w:pPr>
            <w:r>
              <w:rPr>
                <w:b/>
                <w:sz w:val="17"/>
              </w:rPr>
              <w:t>Kolor</w:t>
            </w:r>
          </w:p>
        </w:tc>
        <w:tc>
          <w:tcPr>
            <w:tcW w:w="4762" w:type="dxa"/>
            <w:shd w:val="clear" w:color="auto" w:fill="F5F7FA"/>
            <w:vAlign w:val="center"/>
          </w:tcPr>
          <w:p w14:paraId="4A8B330E" w14:textId="77777777" w:rsidR="007C4D21" w:rsidRDefault="007C4D21" w:rsidP="00E73126">
            <w:pPr>
              <w:keepLines/>
              <w:spacing w:after="0"/>
            </w:pPr>
            <w:r>
              <w:rPr>
                <w:sz w:val="17"/>
              </w:rPr>
              <w:t>Szary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59328BE8" w14:textId="77777777" w:rsidR="007C4D21" w:rsidRDefault="007C4D21" w:rsidP="00E73126">
            <w:pPr>
              <w:keepLines/>
              <w:spacing w:after="0"/>
            </w:pPr>
          </w:p>
        </w:tc>
      </w:tr>
      <w:tr w:rsidR="007C4D21" w14:paraId="72081341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1D5086B8" w14:textId="77777777" w:rsidR="007C4D21" w:rsidRDefault="007C4D21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Obsługiwane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systemy</w:t>
            </w:r>
            <w:proofErr w:type="spellEnd"/>
          </w:p>
        </w:tc>
        <w:tc>
          <w:tcPr>
            <w:tcW w:w="4762" w:type="dxa"/>
            <w:vAlign w:val="center"/>
          </w:tcPr>
          <w:p w14:paraId="354CF5E5" w14:textId="77777777" w:rsidR="007C4D21" w:rsidRDefault="007C4D21" w:rsidP="00E73126">
            <w:pPr>
              <w:keepLines/>
              <w:spacing w:after="0"/>
            </w:pPr>
            <w:r>
              <w:rPr>
                <w:sz w:val="17"/>
              </w:rPr>
              <w:t>Windows 10/11, macOS, ChromeOS, Linux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648233BF" w14:textId="77777777" w:rsidR="007C4D21" w:rsidRDefault="007C4D21" w:rsidP="00E73126">
            <w:pPr>
              <w:keepLines/>
              <w:spacing w:after="0"/>
            </w:pPr>
          </w:p>
        </w:tc>
      </w:tr>
      <w:tr w:rsidR="007C4D21" w14:paraId="18C983ED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3AD7A1E5" w14:textId="77777777" w:rsidR="007C4D21" w:rsidRDefault="007C4D21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Wyposażenie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7D6A9CA3" w14:textId="77777777" w:rsidR="007C4D21" w:rsidRDefault="007C4D21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Mysz</w:t>
            </w:r>
            <w:proofErr w:type="spellEnd"/>
            <w:r>
              <w:rPr>
                <w:sz w:val="17"/>
              </w:rPr>
              <w:t xml:space="preserve">, </w:t>
            </w:r>
            <w:proofErr w:type="spellStart"/>
            <w:r>
              <w:rPr>
                <w:sz w:val="17"/>
              </w:rPr>
              <w:t>odbiornik</w:t>
            </w:r>
            <w:proofErr w:type="spellEnd"/>
            <w:r>
              <w:rPr>
                <w:sz w:val="17"/>
              </w:rPr>
              <w:t xml:space="preserve"> USB 2,4 GHz, </w:t>
            </w:r>
            <w:proofErr w:type="spellStart"/>
            <w:r>
              <w:rPr>
                <w:sz w:val="17"/>
              </w:rPr>
              <w:t>bateria</w:t>
            </w:r>
            <w:proofErr w:type="spellEnd"/>
            <w:r>
              <w:rPr>
                <w:sz w:val="17"/>
              </w:rPr>
              <w:t xml:space="preserve"> AA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7E08203B" w14:textId="77777777" w:rsidR="007C4D21" w:rsidRDefault="007C4D21" w:rsidP="00E73126">
            <w:pPr>
              <w:keepLines/>
              <w:spacing w:after="0"/>
            </w:pPr>
          </w:p>
        </w:tc>
      </w:tr>
      <w:tr w:rsidR="007C4D21" w14:paraId="3C27D87E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05D6E4C2" w14:textId="77777777" w:rsidR="007C4D21" w:rsidRDefault="007C4D21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Gwarancja</w:t>
            </w:r>
            <w:proofErr w:type="spellEnd"/>
          </w:p>
        </w:tc>
        <w:tc>
          <w:tcPr>
            <w:tcW w:w="4762" w:type="dxa"/>
            <w:vAlign w:val="center"/>
          </w:tcPr>
          <w:p w14:paraId="201288CC" w14:textId="77777777" w:rsidR="007C4D21" w:rsidRDefault="007C4D21" w:rsidP="00E73126">
            <w:pPr>
              <w:keepLines/>
              <w:spacing w:after="0"/>
            </w:pPr>
            <w:r>
              <w:rPr>
                <w:sz w:val="17"/>
              </w:rPr>
              <w:t xml:space="preserve">min. 24 </w:t>
            </w:r>
            <w:proofErr w:type="spellStart"/>
            <w:r>
              <w:rPr>
                <w:sz w:val="17"/>
              </w:rPr>
              <w:t>miesiące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0216B4EF" w14:textId="77777777" w:rsidR="007C4D21" w:rsidRDefault="007C4D21" w:rsidP="00E73126">
            <w:pPr>
              <w:keepLines/>
              <w:spacing w:after="0"/>
            </w:pPr>
          </w:p>
        </w:tc>
      </w:tr>
    </w:tbl>
    <w:p w14:paraId="5FA91EEF" w14:textId="77777777" w:rsidR="007C4D21" w:rsidRDefault="007C4D21" w:rsidP="007C4D21"/>
    <w:tbl>
      <w:tblPr>
        <w:tblStyle w:val="Tabela-Siatka"/>
        <w:tblW w:w="0" w:type="auto"/>
        <w:tblInd w:w="38" w:type="dxa"/>
        <w:tblLook w:val="04A0" w:firstRow="1" w:lastRow="0" w:firstColumn="1" w:lastColumn="0" w:noHBand="0" w:noVBand="1"/>
      </w:tblPr>
      <w:tblGrid>
        <w:gridCol w:w="3446"/>
        <w:gridCol w:w="1444"/>
        <w:gridCol w:w="2410"/>
      </w:tblGrid>
      <w:tr w:rsidR="00AF05CA" w14:paraId="559B5EB6" w14:textId="77777777">
        <w:tc>
          <w:tcPr>
            <w:tcW w:w="34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E89FA6" w14:textId="77777777" w:rsidR="00AF05CA" w:rsidRDefault="00AF05CA">
            <w:r>
              <w:t xml:space="preserve">Cena za 1 </w:t>
            </w:r>
            <w:proofErr w:type="spellStart"/>
            <w:r>
              <w:t>szt</w:t>
            </w:r>
            <w:proofErr w:type="spellEnd"/>
            <w:r>
              <w:t>.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418BAD" w14:textId="77777777" w:rsidR="00AF05CA" w:rsidRDefault="00AF05CA">
            <w:r>
              <w:t xml:space="preserve">Netto w </w:t>
            </w:r>
            <w:proofErr w:type="spellStart"/>
            <w:r>
              <w:t>zł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3F986D06" w14:textId="77777777" w:rsidR="00AF05CA" w:rsidRDefault="00AF05CA">
            <w:pPr>
              <w:rPr>
                <w:highlight w:val="yellow"/>
              </w:rPr>
            </w:pPr>
          </w:p>
        </w:tc>
      </w:tr>
      <w:tr w:rsidR="00AF05CA" w14:paraId="17D8EED4" w14:textId="7777777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8D5CA9" w14:textId="77777777" w:rsidR="00AF05CA" w:rsidRDefault="00AF05CA">
            <w:pPr>
              <w:spacing w:after="0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28927D" w14:textId="77777777" w:rsidR="00AF05CA" w:rsidRDefault="00AF05CA">
            <w:r>
              <w:t xml:space="preserve">Brutto w </w:t>
            </w:r>
            <w:proofErr w:type="spellStart"/>
            <w:r>
              <w:t>zł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7588B01B" w14:textId="77777777" w:rsidR="00AF05CA" w:rsidRDefault="00AF05CA">
            <w:pPr>
              <w:rPr>
                <w:highlight w:val="yellow"/>
              </w:rPr>
            </w:pPr>
          </w:p>
        </w:tc>
      </w:tr>
      <w:tr w:rsidR="00AF05CA" w14:paraId="247D4126" w14:textId="77777777">
        <w:tc>
          <w:tcPr>
            <w:tcW w:w="34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4EE798" w14:textId="0B93E748" w:rsidR="00AF05CA" w:rsidRDefault="00AF05CA">
            <w:proofErr w:type="spellStart"/>
            <w:r>
              <w:t>Łączna</w:t>
            </w:r>
            <w:proofErr w:type="spellEnd"/>
            <w:r>
              <w:t xml:space="preserve"> </w:t>
            </w:r>
            <w:proofErr w:type="spellStart"/>
            <w:r>
              <w:t>Kwota</w:t>
            </w:r>
            <w:proofErr w:type="spellEnd"/>
            <w:r>
              <w:t xml:space="preserve"> za: 1</w:t>
            </w:r>
            <w:r>
              <w:t>1</w:t>
            </w:r>
            <w:r>
              <w:t xml:space="preserve"> </w:t>
            </w:r>
            <w:proofErr w:type="spellStart"/>
            <w:r>
              <w:t>szt</w:t>
            </w:r>
            <w:proofErr w:type="spellEnd"/>
            <w:r>
              <w:t>.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17B559" w14:textId="77777777" w:rsidR="00AF05CA" w:rsidRDefault="00AF05CA">
            <w:r>
              <w:t xml:space="preserve">Netto w </w:t>
            </w:r>
            <w:proofErr w:type="spellStart"/>
            <w:r>
              <w:t>zł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5694C603" w14:textId="77777777" w:rsidR="00AF05CA" w:rsidRDefault="00AF05CA">
            <w:pPr>
              <w:rPr>
                <w:highlight w:val="yellow"/>
              </w:rPr>
            </w:pPr>
          </w:p>
        </w:tc>
      </w:tr>
      <w:tr w:rsidR="00AF05CA" w14:paraId="182D00A2" w14:textId="7777777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392365" w14:textId="77777777" w:rsidR="00AF05CA" w:rsidRDefault="00AF05CA">
            <w:pPr>
              <w:spacing w:after="0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0FDCAA" w14:textId="62904607" w:rsidR="00AF05CA" w:rsidRDefault="0025708B">
            <w:r>
              <w:t>Br</w:t>
            </w:r>
            <w:r w:rsidR="00AF05CA">
              <w:t xml:space="preserve">utto w </w:t>
            </w:r>
            <w:proofErr w:type="spellStart"/>
            <w:r w:rsidR="00AF05CA">
              <w:t>zł</w:t>
            </w:r>
            <w:proofErr w:type="spellEnd"/>
            <w:r w:rsidR="00AF05CA">
              <w:t>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2E915314" w14:textId="77777777" w:rsidR="00AF05CA" w:rsidRDefault="00AF05CA">
            <w:pPr>
              <w:rPr>
                <w:highlight w:val="yellow"/>
              </w:rPr>
            </w:pPr>
          </w:p>
        </w:tc>
      </w:tr>
    </w:tbl>
    <w:p w14:paraId="623BA263" w14:textId="77777777" w:rsidR="00AF05CA" w:rsidRDefault="00AF05CA" w:rsidP="007C4D21"/>
    <w:p w14:paraId="76149A67" w14:textId="77777777" w:rsidR="007C4D21" w:rsidRDefault="007C4D21" w:rsidP="007C4D21">
      <w:r>
        <w:t xml:space="preserve">Oświadczamy, </w:t>
      </w:r>
      <w:proofErr w:type="spellStart"/>
      <w:r>
        <w:t>że</w:t>
      </w:r>
      <w:proofErr w:type="spellEnd"/>
      <w:r>
        <w:t xml:space="preserve"> </w:t>
      </w:r>
      <w:proofErr w:type="spellStart"/>
      <w:r>
        <w:t>oferowany</w:t>
      </w:r>
      <w:proofErr w:type="spellEnd"/>
      <w:r>
        <w:t xml:space="preserve"> </w:t>
      </w:r>
      <w:proofErr w:type="spellStart"/>
      <w:r>
        <w:t>przedmiot</w:t>
      </w:r>
      <w:proofErr w:type="spellEnd"/>
      <w:r>
        <w:t xml:space="preserve"> </w:t>
      </w:r>
      <w:proofErr w:type="spellStart"/>
      <w:r>
        <w:t>zamówienia</w:t>
      </w:r>
      <w:proofErr w:type="spellEnd"/>
      <w:r>
        <w:t xml:space="preserve"> </w:t>
      </w:r>
      <w:proofErr w:type="spellStart"/>
      <w:r>
        <w:t>spełnia</w:t>
      </w:r>
      <w:proofErr w:type="spellEnd"/>
      <w:r>
        <w:t xml:space="preserve"> </w:t>
      </w:r>
      <w:proofErr w:type="spellStart"/>
      <w:r>
        <w:t>wymagania</w:t>
      </w:r>
      <w:proofErr w:type="spellEnd"/>
      <w:r>
        <w:t xml:space="preserve"> </w:t>
      </w:r>
      <w:proofErr w:type="spellStart"/>
      <w:r>
        <w:t>wskazane</w:t>
      </w:r>
      <w:proofErr w:type="spellEnd"/>
      <w:r>
        <w:t xml:space="preserve"> w </w:t>
      </w:r>
      <w:proofErr w:type="spellStart"/>
      <w:r>
        <w:t>tabeli</w:t>
      </w:r>
      <w:proofErr w:type="spellEnd"/>
      <w:r>
        <w:t>.</w:t>
      </w:r>
    </w:p>
    <w:p w14:paraId="0F744A9F" w14:textId="77777777" w:rsidR="007C4D21" w:rsidRDefault="007C4D21" w:rsidP="007C4D21">
      <w:r>
        <w:t>.....................................................................................</w:t>
      </w:r>
      <w:r>
        <w:br/>
        <w:t xml:space="preserve">Data </w:t>
      </w:r>
      <w:proofErr w:type="spellStart"/>
      <w:r>
        <w:t>i</w:t>
      </w:r>
      <w:proofErr w:type="spellEnd"/>
      <w:r>
        <w:t xml:space="preserve"> </w:t>
      </w:r>
      <w:proofErr w:type="spellStart"/>
      <w:r>
        <w:t>podpis</w:t>
      </w:r>
      <w:proofErr w:type="spellEnd"/>
      <w:r>
        <w:t xml:space="preserve"> </w:t>
      </w:r>
      <w:proofErr w:type="spellStart"/>
      <w:r>
        <w:t>osoby</w:t>
      </w:r>
      <w:proofErr w:type="spellEnd"/>
      <w:r>
        <w:t xml:space="preserve"> </w:t>
      </w:r>
      <w:proofErr w:type="spellStart"/>
      <w:r>
        <w:t>upoważnionej</w:t>
      </w:r>
      <w:proofErr w:type="spellEnd"/>
      <w:r>
        <w:t xml:space="preserve"> do </w:t>
      </w:r>
      <w:proofErr w:type="spellStart"/>
      <w:r>
        <w:t>złożenia</w:t>
      </w:r>
      <w:proofErr w:type="spellEnd"/>
      <w:r>
        <w:t xml:space="preserve"> </w:t>
      </w:r>
      <w:proofErr w:type="spellStart"/>
      <w:r>
        <w:t>oferty</w:t>
      </w:r>
      <w:proofErr w:type="spellEnd"/>
    </w:p>
    <w:p w14:paraId="3E9416A3" w14:textId="52354EA5" w:rsidR="007C4D21" w:rsidRDefault="007C4D21">
      <w:pPr>
        <w:spacing w:after="200"/>
      </w:pPr>
      <w:r>
        <w:br w:type="page"/>
      </w:r>
    </w:p>
    <w:p w14:paraId="66F74F7F" w14:textId="77777777" w:rsidR="007C4D21" w:rsidRPr="00C577E6" w:rsidRDefault="007C4D21" w:rsidP="007C4D21">
      <w:pPr>
        <w:jc w:val="right"/>
        <w:rPr>
          <w:b/>
          <w:color w:val="1C324B"/>
          <w:szCs w:val="18"/>
        </w:rPr>
      </w:pPr>
      <w:proofErr w:type="spellStart"/>
      <w:r w:rsidRPr="00C577E6">
        <w:rPr>
          <w:b/>
          <w:color w:val="1C324B"/>
          <w:szCs w:val="18"/>
        </w:rPr>
        <w:lastRenderedPageBreak/>
        <w:t>Załącznik</w:t>
      </w:r>
      <w:proofErr w:type="spellEnd"/>
      <w:r w:rsidRPr="00C577E6">
        <w:rPr>
          <w:b/>
          <w:color w:val="1C324B"/>
          <w:szCs w:val="18"/>
        </w:rPr>
        <w:t xml:space="preserve"> nr 4.</w:t>
      </w:r>
      <w:r>
        <w:rPr>
          <w:b/>
          <w:color w:val="1C324B"/>
          <w:szCs w:val="18"/>
        </w:rPr>
        <w:t>6</w:t>
      </w:r>
    </w:p>
    <w:p w14:paraId="38B19D98" w14:textId="77777777" w:rsidR="007C4D21" w:rsidRDefault="007C4D21" w:rsidP="007C4D21">
      <w:pPr>
        <w:jc w:val="center"/>
      </w:pPr>
      <w:r>
        <w:rPr>
          <w:b/>
          <w:color w:val="1C324B"/>
          <w:sz w:val="28"/>
        </w:rPr>
        <w:t>OPIS PRZEDMIOTU ZAMÓWIENIA</w:t>
      </w:r>
    </w:p>
    <w:p w14:paraId="10F79D9F" w14:textId="77777777" w:rsidR="007C4D21" w:rsidRDefault="007C4D21" w:rsidP="007C4D21">
      <w:pPr>
        <w:jc w:val="center"/>
      </w:pPr>
      <w:proofErr w:type="spellStart"/>
      <w:r>
        <w:rPr>
          <w:b/>
          <w:sz w:val="22"/>
        </w:rPr>
        <w:t>Specyfikacja</w:t>
      </w:r>
      <w:proofErr w:type="spellEnd"/>
      <w:r>
        <w:rPr>
          <w:b/>
          <w:sz w:val="22"/>
        </w:rPr>
        <w:t xml:space="preserve"> </w:t>
      </w:r>
      <w:proofErr w:type="spellStart"/>
      <w:r>
        <w:rPr>
          <w:b/>
          <w:sz w:val="22"/>
        </w:rPr>
        <w:t>techniczna</w:t>
      </w:r>
      <w:proofErr w:type="spellEnd"/>
      <w:r>
        <w:rPr>
          <w:b/>
          <w:sz w:val="22"/>
        </w:rPr>
        <w:t xml:space="preserve"> - </w:t>
      </w:r>
      <w:proofErr w:type="spellStart"/>
      <w:r>
        <w:rPr>
          <w:b/>
          <w:sz w:val="22"/>
        </w:rPr>
        <w:t>Mysz</w:t>
      </w:r>
      <w:proofErr w:type="spellEnd"/>
      <w:r>
        <w:rPr>
          <w:b/>
          <w:sz w:val="22"/>
        </w:rPr>
        <w:t xml:space="preserve"> </w:t>
      </w:r>
      <w:proofErr w:type="spellStart"/>
      <w:r>
        <w:rPr>
          <w:b/>
          <w:sz w:val="22"/>
        </w:rPr>
        <w:t>Typ</w:t>
      </w:r>
      <w:proofErr w:type="spellEnd"/>
      <w:r>
        <w:rPr>
          <w:b/>
          <w:sz w:val="22"/>
        </w:rPr>
        <w:t xml:space="preserve"> B – 4 </w:t>
      </w:r>
      <w:proofErr w:type="spellStart"/>
      <w:r>
        <w:rPr>
          <w:b/>
          <w:sz w:val="22"/>
        </w:rPr>
        <w:t>szt</w:t>
      </w:r>
      <w:proofErr w:type="spellEnd"/>
      <w:r>
        <w:rPr>
          <w:b/>
          <w:sz w:val="22"/>
        </w:rPr>
        <w:t>.</w:t>
      </w:r>
    </w:p>
    <w:p w14:paraId="0666A898" w14:textId="77777777" w:rsidR="007C4D21" w:rsidRDefault="007C4D21" w:rsidP="007C4D21">
      <w:r>
        <w:t xml:space="preserve">Producent: ........................................................................     Model / </w:t>
      </w:r>
      <w:proofErr w:type="spellStart"/>
      <w:r>
        <w:t>oznaczenie</w:t>
      </w:r>
      <w:proofErr w:type="spellEnd"/>
      <w:r>
        <w:t>: ........................................................................</w:t>
      </w:r>
    </w:p>
    <w:tbl>
      <w:tblPr>
        <w:tblStyle w:val="Tabela-Siatka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438"/>
        <w:gridCol w:w="4762"/>
        <w:gridCol w:w="2324"/>
      </w:tblGrid>
      <w:tr w:rsidR="007C4D21" w14:paraId="666A066C" w14:textId="77777777" w:rsidTr="00AF05CA">
        <w:trPr>
          <w:cantSplit/>
          <w:tblHeader/>
          <w:jc w:val="center"/>
        </w:trPr>
        <w:tc>
          <w:tcPr>
            <w:tcW w:w="2438" w:type="dxa"/>
            <w:shd w:val="clear" w:color="auto" w:fill="E8EEF5"/>
          </w:tcPr>
          <w:p w14:paraId="2B5E7BCD" w14:textId="77777777" w:rsidR="007C4D21" w:rsidRDefault="007C4D21" w:rsidP="00E73126">
            <w:pPr>
              <w:spacing w:after="0"/>
            </w:pPr>
            <w:proofErr w:type="spellStart"/>
            <w:r>
              <w:rPr>
                <w:b/>
                <w:sz w:val="17"/>
              </w:rPr>
              <w:t>Cecha</w:t>
            </w:r>
            <w:proofErr w:type="spellEnd"/>
            <w:r>
              <w:rPr>
                <w:b/>
                <w:sz w:val="17"/>
              </w:rPr>
              <w:t xml:space="preserve"> / </w:t>
            </w:r>
            <w:proofErr w:type="spellStart"/>
            <w:r>
              <w:rPr>
                <w:b/>
                <w:sz w:val="17"/>
              </w:rPr>
              <w:t>parametr</w:t>
            </w:r>
            <w:proofErr w:type="spellEnd"/>
          </w:p>
        </w:tc>
        <w:tc>
          <w:tcPr>
            <w:tcW w:w="4762" w:type="dxa"/>
            <w:shd w:val="clear" w:color="auto" w:fill="E8EEF5"/>
          </w:tcPr>
          <w:p w14:paraId="62C0443B" w14:textId="77777777" w:rsidR="007C4D21" w:rsidRDefault="007C4D21" w:rsidP="00E73126">
            <w:pPr>
              <w:spacing w:after="0"/>
            </w:pPr>
            <w:proofErr w:type="spellStart"/>
            <w:r>
              <w:rPr>
                <w:b/>
                <w:sz w:val="17"/>
              </w:rPr>
              <w:t>Wymagane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minimalne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parametry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techniczne</w:t>
            </w:r>
            <w:proofErr w:type="spellEnd"/>
          </w:p>
        </w:tc>
        <w:tc>
          <w:tcPr>
            <w:tcW w:w="2324" w:type="dxa"/>
            <w:shd w:val="clear" w:color="auto" w:fill="FFFF99"/>
          </w:tcPr>
          <w:p w14:paraId="050686B2" w14:textId="77777777" w:rsidR="007C4D21" w:rsidRDefault="007C4D21" w:rsidP="00E73126">
            <w:pPr>
              <w:spacing w:after="0"/>
            </w:pPr>
            <w:proofErr w:type="spellStart"/>
            <w:r>
              <w:rPr>
                <w:b/>
                <w:sz w:val="17"/>
              </w:rPr>
              <w:t>Oferowane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parametry</w:t>
            </w:r>
            <w:proofErr w:type="spellEnd"/>
            <w:r>
              <w:rPr>
                <w:b/>
                <w:sz w:val="17"/>
              </w:rPr>
              <w:t xml:space="preserve"> (</w:t>
            </w:r>
            <w:proofErr w:type="spellStart"/>
            <w:r>
              <w:rPr>
                <w:b/>
                <w:sz w:val="17"/>
              </w:rPr>
              <w:t>wypełnia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Wykonawca</w:t>
            </w:r>
            <w:proofErr w:type="spellEnd"/>
            <w:r>
              <w:rPr>
                <w:b/>
                <w:sz w:val="17"/>
              </w:rPr>
              <w:t>)</w:t>
            </w:r>
          </w:p>
        </w:tc>
      </w:tr>
      <w:tr w:rsidR="007C4D21" w14:paraId="7463AF27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0C853A13" w14:textId="77777777" w:rsidR="007C4D21" w:rsidRDefault="007C4D21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Typ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myszy</w:t>
            </w:r>
            <w:proofErr w:type="spellEnd"/>
          </w:p>
        </w:tc>
        <w:tc>
          <w:tcPr>
            <w:tcW w:w="4762" w:type="dxa"/>
            <w:vAlign w:val="center"/>
          </w:tcPr>
          <w:p w14:paraId="6E11A066" w14:textId="77777777" w:rsidR="007C4D21" w:rsidRDefault="007C4D21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Optyczna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35435D6B" w14:textId="77777777" w:rsidR="007C4D21" w:rsidRDefault="007C4D21" w:rsidP="00E73126">
            <w:pPr>
              <w:keepLines/>
              <w:spacing w:after="0"/>
            </w:pPr>
          </w:p>
        </w:tc>
      </w:tr>
      <w:tr w:rsidR="007C4D21" w14:paraId="52706B42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2F4370D7" w14:textId="77777777" w:rsidR="007C4D21" w:rsidRDefault="007C4D21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Łączność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494CC3BE" w14:textId="77777777" w:rsidR="007C4D21" w:rsidRDefault="007C4D21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Bezprzewodowa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i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przewodowa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20FE2F7C" w14:textId="77777777" w:rsidR="007C4D21" w:rsidRDefault="007C4D21" w:rsidP="00E73126">
            <w:pPr>
              <w:keepLines/>
              <w:spacing w:after="0"/>
            </w:pPr>
          </w:p>
        </w:tc>
      </w:tr>
      <w:tr w:rsidR="007C4D21" w14:paraId="56929C96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3DCF9A32" w14:textId="77777777" w:rsidR="007C4D21" w:rsidRDefault="007C4D21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Tryby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komunikacji</w:t>
            </w:r>
            <w:proofErr w:type="spellEnd"/>
          </w:p>
        </w:tc>
        <w:tc>
          <w:tcPr>
            <w:tcW w:w="4762" w:type="dxa"/>
            <w:vAlign w:val="center"/>
          </w:tcPr>
          <w:p w14:paraId="605B341F" w14:textId="77777777" w:rsidR="007C4D21" w:rsidRDefault="007C4D21" w:rsidP="00E73126">
            <w:pPr>
              <w:keepLines/>
              <w:spacing w:after="0"/>
            </w:pPr>
            <w:r>
              <w:rPr>
                <w:sz w:val="17"/>
              </w:rPr>
              <w:t xml:space="preserve">min. 3: 2,4 GHz, Bluetooth </w:t>
            </w:r>
            <w:proofErr w:type="spellStart"/>
            <w:r>
              <w:rPr>
                <w:sz w:val="17"/>
              </w:rPr>
              <w:t>oraz</w:t>
            </w:r>
            <w:proofErr w:type="spellEnd"/>
            <w:r>
              <w:rPr>
                <w:sz w:val="17"/>
              </w:rPr>
              <w:t xml:space="preserve"> USB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25EB7FCD" w14:textId="77777777" w:rsidR="007C4D21" w:rsidRDefault="007C4D21" w:rsidP="00E73126">
            <w:pPr>
              <w:keepLines/>
              <w:spacing w:after="0"/>
            </w:pPr>
          </w:p>
        </w:tc>
      </w:tr>
      <w:tr w:rsidR="007C4D21" w14:paraId="1BB7E53F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518DFA69" w14:textId="77777777" w:rsidR="007C4D21" w:rsidRDefault="007C4D21" w:rsidP="00E73126">
            <w:pPr>
              <w:keepLines/>
              <w:spacing w:after="0"/>
            </w:pPr>
            <w:r>
              <w:rPr>
                <w:b/>
                <w:sz w:val="17"/>
              </w:rPr>
              <w:t>Bluetooth</w:t>
            </w:r>
          </w:p>
        </w:tc>
        <w:tc>
          <w:tcPr>
            <w:tcW w:w="4762" w:type="dxa"/>
            <w:shd w:val="clear" w:color="auto" w:fill="F5F7FA"/>
            <w:vAlign w:val="center"/>
          </w:tcPr>
          <w:p w14:paraId="4ECC78C4" w14:textId="77777777" w:rsidR="007C4D21" w:rsidRDefault="007C4D21" w:rsidP="00E73126">
            <w:pPr>
              <w:keepLines/>
              <w:spacing w:after="0"/>
            </w:pPr>
            <w:r>
              <w:rPr>
                <w:sz w:val="17"/>
              </w:rPr>
              <w:t>min. Bluetooth 5.0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1541E341" w14:textId="77777777" w:rsidR="007C4D21" w:rsidRDefault="007C4D21" w:rsidP="00E73126">
            <w:pPr>
              <w:keepLines/>
              <w:spacing w:after="0"/>
            </w:pPr>
          </w:p>
        </w:tc>
      </w:tr>
      <w:tr w:rsidR="007C4D21" w14:paraId="7A5CF252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78E250F0" w14:textId="77777777" w:rsidR="007C4D21" w:rsidRDefault="007C4D21" w:rsidP="00E73126">
            <w:pPr>
              <w:keepLines/>
              <w:spacing w:after="0"/>
            </w:pPr>
            <w:r>
              <w:rPr>
                <w:b/>
                <w:sz w:val="17"/>
              </w:rPr>
              <w:t>Sensor</w:t>
            </w:r>
          </w:p>
        </w:tc>
        <w:tc>
          <w:tcPr>
            <w:tcW w:w="4762" w:type="dxa"/>
            <w:vAlign w:val="center"/>
          </w:tcPr>
          <w:p w14:paraId="1D480A17" w14:textId="77777777" w:rsidR="007C4D21" w:rsidRDefault="007C4D21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Optyczny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klasy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PixArt</w:t>
            </w:r>
            <w:proofErr w:type="spellEnd"/>
            <w:r>
              <w:rPr>
                <w:sz w:val="17"/>
              </w:rPr>
              <w:t xml:space="preserve"> PAW3311 </w:t>
            </w:r>
            <w:proofErr w:type="spellStart"/>
            <w:r>
              <w:rPr>
                <w:sz w:val="17"/>
              </w:rPr>
              <w:t>lub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równoważny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6FB7D46B" w14:textId="77777777" w:rsidR="007C4D21" w:rsidRDefault="007C4D21" w:rsidP="00E73126">
            <w:pPr>
              <w:keepLines/>
              <w:spacing w:after="0"/>
            </w:pPr>
          </w:p>
        </w:tc>
      </w:tr>
      <w:tr w:rsidR="007C4D21" w14:paraId="210153ED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5AC931E4" w14:textId="77777777" w:rsidR="007C4D21" w:rsidRDefault="007C4D21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Maksymalna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rozdzielczość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738BECA3" w14:textId="77777777" w:rsidR="007C4D21" w:rsidRDefault="007C4D21" w:rsidP="00E73126">
            <w:pPr>
              <w:keepLines/>
              <w:spacing w:after="0"/>
            </w:pPr>
            <w:r>
              <w:rPr>
                <w:sz w:val="17"/>
              </w:rPr>
              <w:t>min. 12 000 DPI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5A02303C" w14:textId="77777777" w:rsidR="007C4D21" w:rsidRDefault="007C4D21" w:rsidP="00E73126">
            <w:pPr>
              <w:keepLines/>
              <w:spacing w:after="0"/>
            </w:pPr>
          </w:p>
        </w:tc>
      </w:tr>
      <w:tr w:rsidR="007C4D21" w14:paraId="631C5849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4AFD74AD" w14:textId="77777777" w:rsidR="007C4D21" w:rsidRDefault="007C4D21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Zakres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rozdzielczości</w:t>
            </w:r>
            <w:proofErr w:type="spellEnd"/>
          </w:p>
        </w:tc>
        <w:tc>
          <w:tcPr>
            <w:tcW w:w="4762" w:type="dxa"/>
            <w:vAlign w:val="center"/>
          </w:tcPr>
          <w:p w14:paraId="7871F8EC" w14:textId="77777777" w:rsidR="007C4D21" w:rsidRDefault="007C4D21" w:rsidP="00E73126">
            <w:pPr>
              <w:keepLines/>
              <w:spacing w:after="0"/>
            </w:pPr>
            <w:r>
              <w:rPr>
                <w:sz w:val="17"/>
              </w:rPr>
              <w:t>min. 200–12 000 DPI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47675B0A" w14:textId="77777777" w:rsidR="007C4D21" w:rsidRDefault="007C4D21" w:rsidP="00E73126">
            <w:pPr>
              <w:keepLines/>
              <w:spacing w:after="0"/>
            </w:pPr>
          </w:p>
        </w:tc>
      </w:tr>
      <w:tr w:rsidR="007C4D21" w14:paraId="047890C9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5173D790" w14:textId="77777777" w:rsidR="007C4D21" w:rsidRDefault="007C4D21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Częstotliwość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próbkowania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6421907E" w14:textId="77777777" w:rsidR="007C4D21" w:rsidRDefault="007C4D21" w:rsidP="00E73126">
            <w:pPr>
              <w:keepLines/>
              <w:spacing w:after="0"/>
            </w:pPr>
            <w:r>
              <w:rPr>
                <w:sz w:val="17"/>
              </w:rPr>
              <w:t>min. 1000 Hz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76B1222A" w14:textId="77777777" w:rsidR="007C4D21" w:rsidRDefault="007C4D21" w:rsidP="00E73126">
            <w:pPr>
              <w:keepLines/>
              <w:spacing w:after="0"/>
            </w:pPr>
          </w:p>
        </w:tc>
      </w:tr>
      <w:tr w:rsidR="007C4D21" w14:paraId="2909FC65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2057154F" w14:textId="77777777" w:rsidR="007C4D21" w:rsidRDefault="007C4D21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Maksymalna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szybkość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śledzenia</w:t>
            </w:r>
            <w:proofErr w:type="spellEnd"/>
          </w:p>
        </w:tc>
        <w:tc>
          <w:tcPr>
            <w:tcW w:w="4762" w:type="dxa"/>
            <w:vAlign w:val="center"/>
          </w:tcPr>
          <w:p w14:paraId="47D94A92" w14:textId="77777777" w:rsidR="007C4D21" w:rsidRDefault="007C4D21" w:rsidP="00E73126">
            <w:pPr>
              <w:keepLines/>
              <w:spacing w:after="0"/>
            </w:pPr>
            <w:r>
              <w:rPr>
                <w:sz w:val="17"/>
              </w:rPr>
              <w:t>min. 300 IPS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760E98D4" w14:textId="77777777" w:rsidR="007C4D21" w:rsidRDefault="007C4D21" w:rsidP="00E73126">
            <w:pPr>
              <w:keepLines/>
              <w:spacing w:after="0"/>
            </w:pPr>
          </w:p>
        </w:tc>
      </w:tr>
      <w:tr w:rsidR="007C4D21" w14:paraId="607A1019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7F24806F" w14:textId="77777777" w:rsidR="007C4D21" w:rsidRDefault="007C4D21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Akceleracja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3660290C" w14:textId="77777777" w:rsidR="007C4D21" w:rsidRDefault="007C4D21" w:rsidP="00E73126">
            <w:pPr>
              <w:keepLines/>
              <w:spacing w:after="0"/>
            </w:pPr>
            <w:r>
              <w:rPr>
                <w:sz w:val="17"/>
              </w:rPr>
              <w:t>min. 35 G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22137B9E" w14:textId="77777777" w:rsidR="007C4D21" w:rsidRDefault="007C4D21" w:rsidP="00E73126">
            <w:pPr>
              <w:keepLines/>
              <w:spacing w:after="0"/>
            </w:pPr>
          </w:p>
        </w:tc>
      </w:tr>
      <w:tr w:rsidR="007C4D21" w14:paraId="0040EAAF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45C875A9" w14:textId="77777777" w:rsidR="007C4D21" w:rsidRDefault="007C4D21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Liczba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przycisków</w:t>
            </w:r>
            <w:proofErr w:type="spellEnd"/>
          </w:p>
        </w:tc>
        <w:tc>
          <w:tcPr>
            <w:tcW w:w="4762" w:type="dxa"/>
            <w:vAlign w:val="center"/>
          </w:tcPr>
          <w:p w14:paraId="3656A16C" w14:textId="77777777" w:rsidR="007C4D21" w:rsidRDefault="007C4D21" w:rsidP="00E73126">
            <w:pPr>
              <w:keepLines/>
              <w:spacing w:after="0"/>
            </w:pPr>
            <w:r>
              <w:rPr>
                <w:sz w:val="17"/>
              </w:rPr>
              <w:t>min. 6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347B7B96" w14:textId="77777777" w:rsidR="007C4D21" w:rsidRDefault="007C4D21" w:rsidP="00E73126">
            <w:pPr>
              <w:keepLines/>
              <w:spacing w:after="0"/>
            </w:pPr>
          </w:p>
        </w:tc>
      </w:tr>
      <w:tr w:rsidR="007C4D21" w14:paraId="085258F1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5577F019" w14:textId="77777777" w:rsidR="007C4D21" w:rsidRDefault="007C4D21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Programowalne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przyciski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7542D595" w14:textId="77777777" w:rsidR="007C4D21" w:rsidRDefault="007C4D21" w:rsidP="00E73126">
            <w:pPr>
              <w:keepLines/>
              <w:spacing w:after="0"/>
            </w:pPr>
            <w:r>
              <w:rPr>
                <w:sz w:val="17"/>
              </w:rPr>
              <w:t>min. 6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2008AFF0" w14:textId="77777777" w:rsidR="007C4D21" w:rsidRDefault="007C4D21" w:rsidP="00E73126">
            <w:pPr>
              <w:keepLines/>
              <w:spacing w:after="0"/>
            </w:pPr>
          </w:p>
        </w:tc>
      </w:tr>
      <w:tr w:rsidR="007C4D21" w14:paraId="693A46CD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5A2AC55B" w14:textId="77777777" w:rsidR="007C4D21" w:rsidRDefault="007C4D21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Obsługa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makr</w:t>
            </w:r>
            <w:proofErr w:type="spellEnd"/>
          </w:p>
        </w:tc>
        <w:tc>
          <w:tcPr>
            <w:tcW w:w="4762" w:type="dxa"/>
            <w:vAlign w:val="center"/>
          </w:tcPr>
          <w:p w14:paraId="35E2098D" w14:textId="77777777" w:rsidR="007C4D21" w:rsidRDefault="007C4D21" w:rsidP="00E73126">
            <w:pPr>
              <w:keepLines/>
              <w:spacing w:after="0"/>
            </w:pPr>
            <w:r>
              <w:rPr>
                <w:sz w:val="17"/>
              </w:rPr>
              <w:t>Tak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3B9549BA" w14:textId="77777777" w:rsidR="007C4D21" w:rsidRDefault="007C4D21" w:rsidP="00E73126">
            <w:pPr>
              <w:keepLines/>
              <w:spacing w:after="0"/>
            </w:pPr>
          </w:p>
        </w:tc>
      </w:tr>
      <w:tr w:rsidR="007C4D21" w14:paraId="37FE9A9F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7BBB0554" w14:textId="77777777" w:rsidR="007C4D21" w:rsidRDefault="007C4D21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Typ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przełączników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50C86612" w14:textId="77777777" w:rsidR="007C4D21" w:rsidRDefault="007C4D21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Mechaniczne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33009270" w14:textId="77777777" w:rsidR="007C4D21" w:rsidRDefault="007C4D21" w:rsidP="00E73126">
            <w:pPr>
              <w:keepLines/>
              <w:spacing w:after="0"/>
            </w:pPr>
          </w:p>
        </w:tc>
      </w:tr>
      <w:tr w:rsidR="007C4D21" w14:paraId="1AE068BA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3D7E87A0" w14:textId="77777777" w:rsidR="007C4D21" w:rsidRDefault="007C4D21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Żywotność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przełączników</w:t>
            </w:r>
            <w:proofErr w:type="spellEnd"/>
          </w:p>
        </w:tc>
        <w:tc>
          <w:tcPr>
            <w:tcW w:w="4762" w:type="dxa"/>
            <w:vAlign w:val="center"/>
          </w:tcPr>
          <w:p w14:paraId="3A25D201" w14:textId="77777777" w:rsidR="007C4D21" w:rsidRDefault="007C4D21" w:rsidP="00E73126">
            <w:pPr>
              <w:keepLines/>
              <w:spacing w:after="0"/>
            </w:pPr>
            <w:r>
              <w:rPr>
                <w:sz w:val="17"/>
              </w:rPr>
              <w:t xml:space="preserve">min. 90 </w:t>
            </w:r>
            <w:proofErr w:type="spellStart"/>
            <w:r>
              <w:rPr>
                <w:sz w:val="17"/>
              </w:rPr>
              <w:t>mln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kliknięć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57F631C6" w14:textId="77777777" w:rsidR="007C4D21" w:rsidRDefault="007C4D21" w:rsidP="00E73126">
            <w:pPr>
              <w:keepLines/>
              <w:spacing w:after="0"/>
            </w:pPr>
          </w:p>
        </w:tc>
      </w:tr>
      <w:tr w:rsidR="007C4D21" w14:paraId="1BFBA3A6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2E1E5B59" w14:textId="77777777" w:rsidR="007C4D21" w:rsidRDefault="007C4D21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Pamięć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wbudowana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5DA32C83" w14:textId="77777777" w:rsidR="007C4D21" w:rsidRDefault="007C4D21" w:rsidP="00E73126">
            <w:pPr>
              <w:keepLines/>
              <w:spacing w:after="0"/>
            </w:pPr>
            <w:r>
              <w:rPr>
                <w:sz w:val="17"/>
              </w:rPr>
              <w:t>Tak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57EF8CDB" w14:textId="77777777" w:rsidR="007C4D21" w:rsidRDefault="007C4D21" w:rsidP="00E73126">
            <w:pPr>
              <w:keepLines/>
              <w:spacing w:after="0"/>
            </w:pPr>
          </w:p>
        </w:tc>
      </w:tr>
      <w:tr w:rsidR="007C4D21" w14:paraId="1EC50D16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1FC1D4F9" w14:textId="77777777" w:rsidR="007C4D21" w:rsidRDefault="007C4D21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Regulacja</w:t>
            </w:r>
            <w:proofErr w:type="spellEnd"/>
            <w:r>
              <w:rPr>
                <w:b/>
                <w:sz w:val="17"/>
              </w:rPr>
              <w:t xml:space="preserve"> DPI</w:t>
            </w:r>
          </w:p>
        </w:tc>
        <w:tc>
          <w:tcPr>
            <w:tcW w:w="4762" w:type="dxa"/>
            <w:vAlign w:val="center"/>
          </w:tcPr>
          <w:p w14:paraId="6A141ABD" w14:textId="77777777" w:rsidR="007C4D21" w:rsidRDefault="007C4D21" w:rsidP="00E73126">
            <w:pPr>
              <w:keepLines/>
              <w:spacing w:after="0"/>
            </w:pPr>
            <w:r>
              <w:rPr>
                <w:sz w:val="17"/>
              </w:rPr>
              <w:t>Tak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2052AD0A" w14:textId="77777777" w:rsidR="007C4D21" w:rsidRDefault="007C4D21" w:rsidP="00E73126">
            <w:pPr>
              <w:keepLines/>
              <w:spacing w:after="0"/>
            </w:pPr>
          </w:p>
        </w:tc>
      </w:tr>
      <w:tr w:rsidR="007C4D21" w14:paraId="0EBD655C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0893BE2B" w14:textId="77777777" w:rsidR="007C4D21" w:rsidRDefault="007C4D21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Zasięg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bezprzewodowy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26F31B70" w14:textId="77777777" w:rsidR="007C4D21" w:rsidRDefault="007C4D21" w:rsidP="00E73126">
            <w:pPr>
              <w:keepLines/>
              <w:spacing w:after="0"/>
            </w:pPr>
            <w:r>
              <w:rPr>
                <w:sz w:val="17"/>
              </w:rPr>
              <w:t>min. 10 m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57706AC8" w14:textId="77777777" w:rsidR="007C4D21" w:rsidRDefault="007C4D21" w:rsidP="00E73126">
            <w:pPr>
              <w:keepLines/>
              <w:spacing w:after="0"/>
            </w:pPr>
          </w:p>
        </w:tc>
      </w:tr>
      <w:tr w:rsidR="007C4D21" w14:paraId="60A2AD67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12E620B7" w14:textId="77777777" w:rsidR="007C4D21" w:rsidRDefault="007C4D21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Akumulator</w:t>
            </w:r>
            <w:proofErr w:type="spellEnd"/>
          </w:p>
        </w:tc>
        <w:tc>
          <w:tcPr>
            <w:tcW w:w="4762" w:type="dxa"/>
            <w:vAlign w:val="center"/>
          </w:tcPr>
          <w:p w14:paraId="2181B8FD" w14:textId="77777777" w:rsidR="007C4D21" w:rsidRDefault="007C4D21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Wbudowany</w:t>
            </w:r>
            <w:proofErr w:type="spellEnd"/>
            <w:r>
              <w:rPr>
                <w:sz w:val="17"/>
              </w:rPr>
              <w:t xml:space="preserve">, min. 400 </w:t>
            </w:r>
            <w:proofErr w:type="spellStart"/>
            <w:r>
              <w:rPr>
                <w:sz w:val="17"/>
              </w:rPr>
              <w:t>mAh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08A297B5" w14:textId="77777777" w:rsidR="007C4D21" w:rsidRDefault="007C4D21" w:rsidP="00E73126">
            <w:pPr>
              <w:keepLines/>
              <w:spacing w:after="0"/>
            </w:pPr>
          </w:p>
        </w:tc>
      </w:tr>
      <w:tr w:rsidR="007C4D21" w14:paraId="1D3508CF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5BE34087" w14:textId="77777777" w:rsidR="007C4D21" w:rsidRDefault="007C4D21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Czas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pracy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na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akumulatorze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382F5B67" w14:textId="77777777" w:rsidR="007C4D21" w:rsidRDefault="007C4D21" w:rsidP="00E73126">
            <w:pPr>
              <w:keepLines/>
              <w:spacing w:after="0"/>
            </w:pPr>
            <w:r>
              <w:rPr>
                <w:sz w:val="17"/>
              </w:rPr>
              <w:t xml:space="preserve">do 80 </w:t>
            </w:r>
            <w:proofErr w:type="spellStart"/>
            <w:r>
              <w:rPr>
                <w:sz w:val="17"/>
              </w:rPr>
              <w:t>godzin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0BD24887" w14:textId="77777777" w:rsidR="007C4D21" w:rsidRDefault="007C4D21" w:rsidP="00E73126">
            <w:pPr>
              <w:keepLines/>
              <w:spacing w:after="0"/>
            </w:pPr>
          </w:p>
        </w:tc>
      </w:tr>
      <w:tr w:rsidR="007C4D21" w14:paraId="22E13FC1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169FB5A8" w14:textId="77777777" w:rsidR="007C4D21" w:rsidRDefault="007C4D21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Podświetlenie</w:t>
            </w:r>
            <w:proofErr w:type="spellEnd"/>
          </w:p>
        </w:tc>
        <w:tc>
          <w:tcPr>
            <w:tcW w:w="4762" w:type="dxa"/>
            <w:vAlign w:val="center"/>
          </w:tcPr>
          <w:p w14:paraId="0808BA50" w14:textId="77777777" w:rsidR="007C4D21" w:rsidRDefault="007C4D21" w:rsidP="00E73126">
            <w:pPr>
              <w:keepLines/>
              <w:spacing w:after="0"/>
            </w:pPr>
            <w:r>
              <w:rPr>
                <w:sz w:val="17"/>
              </w:rPr>
              <w:t xml:space="preserve">Tak, </w:t>
            </w:r>
            <w:proofErr w:type="spellStart"/>
            <w:r>
              <w:rPr>
                <w:sz w:val="17"/>
              </w:rPr>
              <w:t>wielotrybowe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51E03F17" w14:textId="77777777" w:rsidR="007C4D21" w:rsidRDefault="007C4D21" w:rsidP="00E73126">
            <w:pPr>
              <w:keepLines/>
              <w:spacing w:after="0"/>
            </w:pPr>
          </w:p>
        </w:tc>
      </w:tr>
      <w:tr w:rsidR="007C4D21" w14:paraId="1C42E112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3657A641" w14:textId="77777777" w:rsidR="007C4D21" w:rsidRDefault="007C4D21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Ślizgacze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5B91EEF8" w14:textId="77777777" w:rsidR="007C4D21" w:rsidRDefault="007C4D21" w:rsidP="00E73126">
            <w:pPr>
              <w:keepLines/>
              <w:spacing w:after="0"/>
            </w:pPr>
            <w:r>
              <w:rPr>
                <w:sz w:val="17"/>
              </w:rPr>
              <w:t>PTFE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08897464" w14:textId="77777777" w:rsidR="007C4D21" w:rsidRDefault="007C4D21" w:rsidP="00E73126">
            <w:pPr>
              <w:keepLines/>
              <w:spacing w:after="0"/>
            </w:pPr>
          </w:p>
        </w:tc>
      </w:tr>
      <w:tr w:rsidR="007C4D21" w14:paraId="5C100430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4CC1209E" w14:textId="77777777" w:rsidR="007C4D21" w:rsidRDefault="007C4D21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Materiał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obudowy</w:t>
            </w:r>
            <w:proofErr w:type="spellEnd"/>
          </w:p>
        </w:tc>
        <w:tc>
          <w:tcPr>
            <w:tcW w:w="4762" w:type="dxa"/>
            <w:vAlign w:val="center"/>
          </w:tcPr>
          <w:p w14:paraId="280D2644" w14:textId="77777777" w:rsidR="007C4D21" w:rsidRDefault="007C4D21" w:rsidP="00E73126">
            <w:pPr>
              <w:keepLines/>
              <w:spacing w:after="0"/>
            </w:pPr>
            <w:r>
              <w:rPr>
                <w:sz w:val="17"/>
              </w:rPr>
              <w:t>ABS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1B81C284" w14:textId="77777777" w:rsidR="007C4D21" w:rsidRDefault="007C4D21" w:rsidP="00E73126">
            <w:pPr>
              <w:keepLines/>
              <w:spacing w:after="0"/>
            </w:pPr>
          </w:p>
        </w:tc>
      </w:tr>
      <w:tr w:rsidR="007C4D21" w14:paraId="03A66AF1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6D7D9527" w14:textId="77777777" w:rsidR="007C4D21" w:rsidRDefault="007C4D21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Złącza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05CFF2B5" w14:textId="77777777" w:rsidR="007C4D21" w:rsidRDefault="007C4D21" w:rsidP="00E73126">
            <w:pPr>
              <w:keepLines/>
              <w:spacing w:after="0"/>
            </w:pPr>
            <w:r>
              <w:rPr>
                <w:sz w:val="17"/>
              </w:rPr>
              <w:t>USB-A / USB-C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159EAED9" w14:textId="77777777" w:rsidR="007C4D21" w:rsidRDefault="007C4D21" w:rsidP="00E73126">
            <w:pPr>
              <w:keepLines/>
              <w:spacing w:after="0"/>
            </w:pPr>
          </w:p>
        </w:tc>
      </w:tr>
      <w:tr w:rsidR="007C4D21" w14:paraId="40B04A97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22614431" w14:textId="77777777" w:rsidR="007C4D21" w:rsidRDefault="007C4D21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Przewód</w:t>
            </w:r>
            <w:proofErr w:type="spellEnd"/>
          </w:p>
        </w:tc>
        <w:tc>
          <w:tcPr>
            <w:tcW w:w="4762" w:type="dxa"/>
            <w:vAlign w:val="center"/>
          </w:tcPr>
          <w:p w14:paraId="0881DED3" w14:textId="77777777" w:rsidR="007C4D21" w:rsidRDefault="007C4D21" w:rsidP="00E73126">
            <w:pPr>
              <w:keepLines/>
              <w:spacing w:after="0"/>
            </w:pPr>
            <w:r>
              <w:rPr>
                <w:sz w:val="17"/>
              </w:rPr>
              <w:t xml:space="preserve">Odłączany, </w:t>
            </w:r>
            <w:proofErr w:type="spellStart"/>
            <w:r>
              <w:rPr>
                <w:sz w:val="17"/>
              </w:rPr>
              <w:t>długość</w:t>
            </w:r>
            <w:proofErr w:type="spellEnd"/>
            <w:r>
              <w:rPr>
                <w:sz w:val="17"/>
              </w:rPr>
              <w:t xml:space="preserve"> min. 1,8 m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794E0204" w14:textId="77777777" w:rsidR="007C4D21" w:rsidRDefault="007C4D21" w:rsidP="00E73126">
            <w:pPr>
              <w:keepLines/>
              <w:spacing w:after="0"/>
            </w:pPr>
          </w:p>
        </w:tc>
      </w:tr>
      <w:tr w:rsidR="007C4D21" w14:paraId="4F84079C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462A5580" w14:textId="77777777" w:rsidR="007C4D21" w:rsidRDefault="007C4D21" w:rsidP="00E73126">
            <w:pPr>
              <w:keepLines/>
              <w:spacing w:after="0"/>
            </w:pPr>
            <w:r>
              <w:rPr>
                <w:b/>
                <w:sz w:val="17"/>
              </w:rPr>
              <w:t>Masa</w:t>
            </w:r>
          </w:p>
        </w:tc>
        <w:tc>
          <w:tcPr>
            <w:tcW w:w="4762" w:type="dxa"/>
            <w:shd w:val="clear" w:color="auto" w:fill="F5F7FA"/>
            <w:vAlign w:val="center"/>
          </w:tcPr>
          <w:p w14:paraId="611EF6C0" w14:textId="77777777" w:rsidR="007C4D21" w:rsidRDefault="007C4D21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maks</w:t>
            </w:r>
            <w:proofErr w:type="spellEnd"/>
            <w:r>
              <w:rPr>
                <w:sz w:val="17"/>
              </w:rPr>
              <w:t>. 60 g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7BED0920" w14:textId="77777777" w:rsidR="007C4D21" w:rsidRDefault="007C4D21" w:rsidP="00E73126">
            <w:pPr>
              <w:keepLines/>
              <w:spacing w:after="0"/>
            </w:pPr>
          </w:p>
        </w:tc>
      </w:tr>
      <w:tr w:rsidR="007C4D21" w14:paraId="6323DD76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1724D699" w14:textId="77777777" w:rsidR="007C4D21" w:rsidRDefault="007C4D21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Wymiary</w:t>
            </w:r>
            <w:proofErr w:type="spellEnd"/>
          </w:p>
        </w:tc>
        <w:tc>
          <w:tcPr>
            <w:tcW w:w="4762" w:type="dxa"/>
            <w:vAlign w:val="center"/>
          </w:tcPr>
          <w:p w14:paraId="7B4966C6" w14:textId="77777777" w:rsidR="007C4D21" w:rsidRDefault="007C4D21" w:rsidP="00E73126">
            <w:pPr>
              <w:keepLines/>
              <w:spacing w:after="0"/>
            </w:pPr>
            <w:r>
              <w:rPr>
                <w:sz w:val="17"/>
              </w:rPr>
              <w:t>ok. 123 × 63 × 40 mm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49F8A6CD" w14:textId="77777777" w:rsidR="007C4D21" w:rsidRDefault="007C4D21" w:rsidP="00E73126">
            <w:pPr>
              <w:keepLines/>
              <w:spacing w:after="0"/>
            </w:pPr>
          </w:p>
        </w:tc>
      </w:tr>
      <w:tr w:rsidR="007C4D21" w14:paraId="360187DC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71F3F3A5" w14:textId="77777777" w:rsidR="007C4D21" w:rsidRDefault="007C4D21" w:rsidP="00E73126">
            <w:pPr>
              <w:keepLines/>
              <w:spacing w:after="0"/>
            </w:pPr>
            <w:r>
              <w:rPr>
                <w:b/>
                <w:sz w:val="17"/>
              </w:rPr>
              <w:t>Kolor</w:t>
            </w:r>
          </w:p>
        </w:tc>
        <w:tc>
          <w:tcPr>
            <w:tcW w:w="4762" w:type="dxa"/>
            <w:shd w:val="clear" w:color="auto" w:fill="F5F7FA"/>
            <w:vAlign w:val="center"/>
          </w:tcPr>
          <w:p w14:paraId="36D703D8" w14:textId="77777777" w:rsidR="007C4D21" w:rsidRDefault="007C4D21" w:rsidP="00E73126">
            <w:pPr>
              <w:keepLines/>
              <w:spacing w:after="0"/>
            </w:pPr>
            <w:r>
              <w:rPr>
                <w:sz w:val="17"/>
              </w:rPr>
              <w:t>Czarny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71BB3588" w14:textId="77777777" w:rsidR="007C4D21" w:rsidRDefault="007C4D21" w:rsidP="00E73126">
            <w:pPr>
              <w:keepLines/>
              <w:spacing w:after="0"/>
            </w:pPr>
          </w:p>
        </w:tc>
      </w:tr>
      <w:tr w:rsidR="007C4D21" w14:paraId="69E8DD78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73C5DAA9" w14:textId="77777777" w:rsidR="007C4D21" w:rsidRDefault="007C4D21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Oprogramowanie</w:t>
            </w:r>
            <w:proofErr w:type="spellEnd"/>
          </w:p>
        </w:tc>
        <w:tc>
          <w:tcPr>
            <w:tcW w:w="4762" w:type="dxa"/>
            <w:vAlign w:val="center"/>
          </w:tcPr>
          <w:p w14:paraId="08627A23" w14:textId="77777777" w:rsidR="007C4D21" w:rsidRDefault="007C4D21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Dedykowane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oprogramowanie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umożliwiające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konfigurację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urządzenia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44F44431" w14:textId="77777777" w:rsidR="007C4D21" w:rsidRDefault="007C4D21" w:rsidP="00E73126">
            <w:pPr>
              <w:keepLines/>
              <w:spacing w:after="0"/>
            </w:pPr>
          </w:p>
        </w:tc>
      </w:tr>
      <w:tr w:rsidR="007C4D21" w14:paraId="5FE1125E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25854459" w14:textId="77777777" w:rsidR="007C4D21" w:rsidRDefault="007C4D21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Obsługiwane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systemy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049BD890" w14:textId="77777777" w:rsidR="007C4D21" w:rsidRDefault="007C4D21" w:rsidP="00E73126">
            <w:pPr>
              <w:keepLines/>
              <w:spacing w:after="0"/>
            </w:pPr>
            <w:r>
              <w:rPr>
                <w:sz w:val="17"/>
              </w:rPr>
              <w:t>Windows 10/11, Linux, Android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69CFB1B3" w14:textId="77777777" w:rsidR="007C4D21" w:rsidRDefault="007C4D21" w:rsidP="00E73126">
            <w:pPr>
              <w:keepLines/>
              <w:spacing w:after="0"/>
            </w:pPr>
          </w:p>
        </w:tc>
      </w:tr>
      <w:tr w:rsidR="007C4D21" w14:paraId="5DBBB89A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588A8108" w14:textId="77777777" w:rsidR="007C4D21" w:rsidRDefault="007C4D21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Wyposażenie</w:t>
            </w:r>
            <w:proofErr w:type="spellEnd"/>
          </w:p>
        </w:tc>
        <w:tc>
          <w:tcPr>
            <w:tcW w:w="4762" w:type="dxa"/>
            <w:vAlign w:val="center"/>
          </w:tcPr>
          <w:p w14:paraId="5484E46D" w14:textId="77777777" w:rsidR="007C4D21" w:rsidRDefault="007C4D21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Odbiornik</w:t>
            </w:r>
            <w:proofErr w:type="spellEnd"/>
            <w:r>
              <w:rPr>
                <w:sz w:val="17"/>
              </w:rPr>
              <w:t xml:space="preserve"> USB 2,4 GHz, </w:t>
            </w:r>
            <w:proofErr w:type="spellStart"/>
            <w:r>
              <w:rPr>
                <w:sz w:val="17"/>
              </w:rPr>
              <w:t>przewód</w:t>
            </w:r>
            <w:proofErr w:type="spellEnd"/>
            <w:r>
              <w:rPr>
                <w:sz w:val="17"/>
              </w:rPr>
              <w:t xml:space="preserve"> USB-A – USB-C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093BFF3F" w14:textId="77777777" w:rsidR="007C4D21" w:rsidRDefault="007C4D21" w:rsidP="00E73126">
            <w:pPr>
              <w:keepLines/>
              <w:spacing w:after="0"/>
            </w:pPr>
          </w:p>
        </w:tc>
      </w:tr>
      <w:tr w:rsidR="007C4D21" w14:paraId="6C32C0EE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05A5C5F0" w14:textId="77777777" w:rsidR="007C4D21" w:rsidRDefault="007C4D21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Gwarancja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43A7416F" w14:textId="77777777" w:rsidR="007C4D21" w:rsidRDefault="007C4D21" w:rsidP="00E73126">
            <w:pPr>
              <w:keepLines/>
              <w:spacing w:after="0"/>
            </w:pPr>
            <w:r>
              <w:rPr>
                <w:sz w:val="17"/>
              </w:rPr>
              <w:t xml:space="preserve">min. 24 </w:t>
            </w:r>
            <w:proofErr w:type="spellStart"/>
            <w:r>
              <w:rPr>
                <w:sz w:val="17"/>
              </w:rPr>
              <w:t>miesiące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0286107A" w14:textId="77777777" w:rsidR="007C4D21" w:rsidRDefault="007C4D21" w:rsidP="00E73126">
            <w:pPr>
              <w:keepLines/>
              <w:spacing w:after="0"/>
            </w:pPr>
          </w:p>
        </w:tc>
      </w:tr>
    </w:tbl>
    <w:p w14:paraId="72205588" w14:textId="77777777" w:rsidR="007C4D21" w:rsidRDefault="007C4D21" w:rsidP="007C4D21"/>
    <w:tbl>
      <w:tblPr>
        <w:tblStyle w:val="Tabela-Siatka"/>
        <w:tblW w:w="0" w:type="auto"/>
        <w:tblInd w:w="38" w:type="dxa"/>
        <w:tblLook w:val="04A0" w:firstRow="1" w:lastRow="0" w:firstColumn="1" w:lastColumn="0" w:noHBand="0" w:noVBand="1"/>
      </w:tblPr>
      <w:tblGrid>
        <w:gridCol w:w="3446"/>
        <w:gridCol w:w="1444"/>
        <w:gridCol w:w="2410"/>
      </w:tblGrid>
      <w:tr w:rsidR="00AF05CA" w14:paraId="21D3DEEE" w14:textId="77777777">
        <w:tc>
          <w:tcPr>
            <w:tcW w:w="34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676123" w14:textId="77777777" w:rsidR="00AF05CA" w:rsidRDefault="00AF05CA">
            <w:r>
              <w:t xml:space="preserve">Cena za 1 </w:t>
            </w:r>
            <w:proofErr w:type="spellStart"/>
            <w:r>
              <w:t>szt</w:t>
            </w:r>
            <w:proofErr w:type="spellEnd"/>
            <w:r>
              <w:t>.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065B40" w14:textId="77777777" w:rsidR="00AF05CA" w:rsidRDefault="00AF05CA">
            <w:r>
              <w:t xml:space="preserve">Netto w </w:t>
            </w:r>
            <w:proofErr w:type="spellStart"/>
            <w:r>
              <w:t>zł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38E77081" w14:textId="77777777" w:rsidR="00AF05CA" w:rsidRDefault="00AF05CA">
            <w:pPr>
              <w:rPr>
                <w:highlight w:val="yellow"/>
              </w:rPr>
            </w:pPr>
          </w:p>
        </w:tc>
      </w:tr>
      <w:tr w:rsidR="00AF05CA" w14:paraId="214A11C3" w14:textId="7777777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1C10AC" w14:textId="77777777" w:rsidR="00AF05CA" w:rsidRDefault="00AF05CA">
            <w:pPr>
              <w:spacing w:after="0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B889E0" w14:textId="77777777" w:rsidR="00AF05CA" w:rsidRDefault="00AF05CA">
            <w:r>
              <w:t xml:space="preserve">Brutto w </w:t>
            </w:r>
            <w:proofErr w:type="spellStart"/>
            <w:r>
              <w:t>zł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0D8E25BA" w14:textId="77777777" w:rsidR="00AF05CA" w:rsidRDefault="00AF05CA">
            <w:pPr>
              <w:rPr>
                <w:highlight w:val="yellow"/>
              </w:rPr>
            </w:pPr>
          </w:p>
        </w:tc>
      </w:tr>
      <w:tr w:rsidR="00AF05CA" w14:paraId="79DC6505" w14:textId="77777777">
        <w:tc>
          <w:tcPr>
            <w:tcW w:w="34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981A5E" w14:textId="5AFF17B1" w:rsidR="00AF05CA" w:rsidRDefault="00AF05CA">
            <w:proofErr w:type="spellStart"/>
            <w:r>
              <w:t>Łączna</w:t>
            </w:r>
            <w:proofErr w:type="spellEnd"/>
            <w:r>
              <w:t xml:space="preserve"> </w:t>
            </w:r>
            <w:proofErr w:type="spellStart"/>
            <w:r>
              <w:t>Kwota</w:t>
            </w:r>
            <w:proofErr w:type="spellEnd"/>
            <w:r>
              <w:t xml:space="preserve"> za: </w:t>
            </w:r>
            <w:r>
              <w:t>4</w:t>
            </w:r>
            <w:r>
              <w:t xml:space="preserve"> </w:t>
            </w:r>
            <w:proofErr w:type="spellStart"/>
            <w:r>
              <w:t>szt</w:t>
            </w:r>
            <w:proofErr w:type="spellEnd"/>
            <w:r>
              <w:t>.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38484A" w14:textId="77777777" w:rsidR="00AF05CA" w:rsidRDefault="00AF05CA">
            <w:r>
              <w:t xml:space="preserve">Netto w </w:t>
            </w:r>
            <w:proofErr w:type="spellStart"/>
            <w:r>
              <w:t>zł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113A04F2" w14:textId="77777777" w:rsidR="00AF05CA" w:rsidRDefault="00AF05CA">
            <w:pPr>
              <w:rPr>
                <w:highlight w:val="yellow"/>
              </w:rPr>
            </w:pPr>
          </w:p>
        </w:tc>
      </w:tr>
      <w:tr w:rsidR="00AF05CA" w14:paraId="05DC1EDE" w14:textId="7777777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1C57FF" w14:textId="77777777" w:rsidR="00AF05CA" w:rsidRDefault="00AF05CA">
            <w:pPr>
              <w:spacing w:after="0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6889C2" w14:textId="28D2272B" w:rsidR="00AF05CA" w:rsidRDefault="0025708B">
            <w:r>
              <w:t>Br</w:t>
            </w:r>
            <w:r w:rsidR="00AF05CA">
              <w:t xml:space="preserve">utto w </w:t>
            </w:r>
            <w:proofErr w:type="spellStart"/>
            <w:r w:rsidR="00AF05CA">
              <w:t>zł</w:t>
            </w:r>
            <w:proofErr w:type="spellEnd"/>
            <w:r w:rsidR="00AF05CA">
              <w:t>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0679B331" w14:textId="77777777" w:rsidR="00AF05CA" w:rsidRDefault="00AF05CA">
            <w:pPr>
              <w:rPr>
                <w:highlight w:val="yellow"/>
              </w:rPr>
            </w:pPr>
          </w:p>
        </w:tc>
      </w:tr>
    </w:tbl>
    <w:p w14:paraId="1433FA81" w14:textId="77777777" w:rsidR="00AF05CA" w:rsidRDefault="00AF05CA" w:rsidP="007C4D21"/>
    <w:p w14:paraId="5D7E48E7" w14:textId="77777777" w:rsidR="007C4D21" w:rsidRDefault="007C4D21" w:rsidP="007C4D21">
      <w:r>
        <w:t xml:space="preserve">Oświadczamy, </w:t>
      </w:r>
      <w:proofErr w:type="spellStart"/>
      <w:r>
        <w:t>że</w:t>
      </w:r>
      <w:proofErr w:type="spellEnd"/>
      <w:r>
        <w:t xml:space="preserve"> </w:t>
      </w:r>
      <w:proofErr w:type="spellStart"/>
      <w:r>
        <w:t>oferowany</w:t>
      </w:r>
      <w:proofErr w:type="spellEnd"/>
      <w:r>
        <w:t xml:space="preserve"> </w:t>
      </w:r>
      <w:proofErr w:type="spellStart"/>
      <w:r>
        <w:t>przedmiot</w:t>
      </w:r>
      <w:proofErr w:type="spellEnd"/>
      <w:r>
        <w:t xml:space="preserve"> </w:t>
      </w:r>
      <w:proofErr w:type="spellStart"/>
      <w:r>
        <w:t>zamówienia</w:t>
      </w:r>
      <w:proofErr w:type="spellEnd"/>
      <w:r>
        <w:t xml:space="preserve"> </w:t>
      </w:r>
      <w:proofErr w:type="spellStart"/>
      <w:r>
        <w:t>spełnia</w:t>
      </w:r>
      <w:proofErr w:type="spellEnd"/>
      <w:r>
        <w:t xml:space="preserve"> </w:t>
      </w:r>
      <w:proofErr w:type="spellStart"/>
      <w:r>
        <w:t>wymagania</w:t>
      </w:r>
      <w:proofErr w:type="spellEnd"/>
      <w:r>
        <w:t xml:space="preserve"> </w:t>
      </w:r>
      <w:proofErr w:type="spellStart"/>
      <w:r>
        <w:t>wskazane</w:t>
      </w:r>
      <w:proofErr w:type="spellEnd"/>
      <w:r>
        <w:t xml:space="preserve"> w </w:t>
      </w:r>
      <w:proofErr w:type="spellStart"/>
      <w:r>
        <w:t>tabeli</w:t>
      </w:r>
      <w:proofErr w:type="spellEnd"/>
      <w:r>
        <w:t>.</w:t>
      </w:r>
    </w:p>
    <w:p w14:paraId="50BFA18E" w14:textId="77777777" w:rsidR="007C4D21" w:rsidRDefault="007C4D21" w:rsidP="007C4D21">
      <w:r>
        <w:t>.....................................................................................</w:t>
      </w:r>
      <w:r>
        <w:br/>
        <w:t xml:space="preserve">Data </w:t>
      </w:r>
      <w:proofErr w:type="spellStart"/>
      <w:r>
        <w:t>i</w:t>
      </w:r>
      <w:proofErr w:type="spellEnd"/>
      <w:r>
        <w:t xml:space="preserve"> </w:t>
      </w:r>
      <w:proofErr w:type="spellStart"/>
      <w:r>
        <w:t>podpis</w:t>
      </w:r>
      <w:proofErr w:type="spellEnd"/>
      <w:r>
        <w:t xml:space="preserve"> </w:t>
      </w:r>
      <w:proofErr w:type="spellStart"/>
      <w:r>
        <w:t>osoby</w:t>
      </w:r>
      <w:proofErr w:type="spellEnd"/>
      <w:r>
        <w:t xml:space="preserve"> </w:t>
      </w:r>
      <w:proofErr w:type="spellStart"/>
      <w:r>
        <w:t>upoważnionej</w:t>
      </w:r>
      <w:proofErr w:type="spellEnd"/>
      <w:r>
        <w:t xml:space="preserve"> do </w:t>
      </w:r>
      <w:proofErr w:type="spellStart"/>
      <w:r>
        <w:t>złożenia</w:t>
      </w:r>
      <w:proofErr w:type="spellEnd"/>
      <w:r>
        <w:t xml:space="preserve"> </w:t>
      </w:r>
      <w:proofErr w:type="spellStart"/>
      <w:r>
        <w:t>oferty</w:t>
      </w:r>
      <w:proofErr w:type="spellEnd"/>
    </w:p>
    <w:p w14:paraId="50D8C0DA" w14:textId="266B5D8A" w:rsidR="007C4D21" w:rsidRDefault="007C4D21">
      <w:pPr>
        <w:spacing w:after="200"/>
      </w:pPr>
      <w:r>
        <w:br w:type="page"/>
      </w:r>
    </w:p>
    <w:p w14:paraId="7FF031A6" w14:textId="77777777" w:rsidR="007C4D21" w:rsidRDefault="007C4D21" w:rsidP="007C4D21"/>
    <w:p w14:paraId="2E83B018" w14:textId="77777777" w:rsidR="007C4D21" w:rsidRPr="00004890" w:rsidRDefault="007C4D21" w:rsidP="007C4D21">
      <w:pPr>
        <w:jc w:val="right"/>
        <w:rPr>
          <w:b/>
          <w:color w:val="1C324B"/>
          <w:szCs w:val="18"/>
        </w:rPr>
      </w:pPr>
      <w:proofErr w:type="spellStart"/>
      <w:r w:rsidRPr="00004890">
        <w:rPr>
          <w:b/>
          <w:color w:val="1C324B"/>
          <w:szCs w:val="18"/>
        </w:rPr>
        <w:t>Załącznik</w:t>
      </w:r>
      <w:proofErr w:type="spellEnd"/>
      <w:r w:rsidRPr="00004890">
        <w:rPr>
          <w:b/>
          <w:color w:val="1C324B"/>
          <w:szCs w:val="18"/>
        </w:rPr>
        <w:t xml:space="preserve"> nr 4.</w:t>
      </w:r>
      <w:r>
        <w:rPr>
          <w:b/>
          <w:color w:val="1C324B"/>
          <w:szCs w:val="18"/>
        </w:rPr>
        <w:t>7</w:t>
      </w:r>
    </w:p>
    <w:p w14:paraId="0D075A2B" w14:textId="77777777" w:rsidR="007C4D21" w:rsidRDefault="007C4D21" w:rsidP="007C4D21">
      <w:pPr>
        <w:jc w:val="center"/>
      </w:pPr>
      <w:r>
        <w:rPr>
          <w:b/>
          <w:color w:val="1C324B"/>
          <w:sz w:val="28"/>
        </w:rPr>
        <w:t>OPIS PRZEDMIOTU ZAMÓWIENIA</w:t>
      </w:r>
    </w:p>
    <w:p w14:paraId="6E1AE81A" w14:textId="77777777" w:rsidR="007C4D21" w:rsidRDefault="007C4D21" w:rsidP="007C4D21">
      <w:pPr>
        <w:jc w:val="center"/>
      </w:pPr>
      <w:proofErr w:type="spellStart"/>
      <w:r>
        <w:rPr>
          <w:b/>
          <w:sz w:val="22"/>
        </w:rPr>
        <w:t>Specyfikacja</w:t>
      </w:r>
      <w:proofErr w:type="spellEnd"/>
      <w:r>
        <w:rPr>
          <w:b/>
          <w:sz w:val="22"/>
        </w:rPr>
        <w:t xml:space="preserve"> </w:t>
      </w:r>
      <w:proofErr w:type="spellStart"/>
      <w:r>
        <w:rPr>
          <w:b/>
          <w:sz w:val="22"/>
        </w:rPr>
        <w:t>techniczna</w:t>
      </w:r>
      <w:proofErr w:type="spellEnd"/>
      <w:r>
        <w:rPr>
          <w:b/>
          <w:sz w:val="22"/>
        </w:rPr>
        <w:t xml:space="preserve"> - </w:t>
      </w:r>
      <w:proofErr w:type="spellStart"/>
      <w:r>
        <w:rPr>
          <w:b/>
          <w:sz w:val="22"/>
        </w:rPr>
        <w:t>Zestaw</w:t>
      </w:r>
      <w:proofErr w:type="spellEnd"/>
      <w:r>
        <w:rPr>
          <w:b/>
          <w:sz w:val="22"/>
        </w:rPr>
        <w:t xml:space="preserve"> </w:t>
      </w:r>
      <w:proofErr w:type="spellStart"/>
      <w:r>
        <w:rPr>
          <w:b/>
          <w:sz w:val="22"/>
        </w:rPr>
        <w:t>bezprzewodowy</w:t>
      </w:r>
      <w:proofErr w:type="spellEnd"/>
      <w:r>
        <w:rPr>
          <w:b/>
          <w:sz w:val="22"/>
        </w:rPr>
        <w:t xml:space="preserve"> </w:t>
      </w:r>
      <w:proofErr w:type="spellStart"/>
      <w:r>
        <w:rPr>
          <w:b/>
          <w:sz w:val="22"/>
        </w:rPr>
        <w:t>klawiatura</w:t>
      </w:r>
      <w:proofErr w:type="spellEnd"/>
      <w:r>
        <w:rPr>
          <w:b/>
          <w:sz w:val="22"/>
        </w:rPr>
        <w:t xml:space="preserve"> + </w:t>
      </w:r>
      <w:proofErr w:type="spellStart"/>
      <w:r>
        <w:rPr>
          <w:b/>
          <w:sz w:val="22"/>
        </w:rPr>
        <w:t>mysz</w:t>
      </w:r>
      <w:proofErr w:type="spellEnd"/>
      <w:r>
        <w:rPr>
          <w:b/>
          <w:sz w:val="22"/>
        </w:rPr>
        <w:t xml:space="preserve"> – 11 </w:t>
      </w:r>
      <w:proofErr w:type="spellStart"/>
      <w:r>
        <w:rPr>
          <w:b/>
          <w:sz w:val="22"/>
        </w:rPr>
        <w:t>szt</w:t>
      </w:r>
      <w:proofErr w:type="spellEnd"/>
      <w:r>
        <w:rPr>
          <w:b/>
          <w:sz w:val="22"/>
        </w:rPr>
        <w:t>.</w:t>
      </w:r>
    </w:p>
    <w:p w14:paraId="19472E66" w14:textId="77777777" w:rsidR="007C4D21" w:rsidRDefault="007C4D21" w:rsidP="007C4D21">
      <w:r>
        <w:t xml:space="preserve">Producent: ........................................................................     Model / </w:t>
      </w:r>
      <w:proofErr w:type="spellStart"/>
      <w:r>
        <w:t>oznaczenie</w:t>
      </w:r>
      <w:proofErr w:type="spellEnd"/>
      <w:r>
        <w:t>: ........................................................................</w:t>
      </w:r>
    </w:p>
    <w:tbl>
      <w:tblPr>
        <w:tblStyle w:val="Tabela-Siatka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438"/>
        <w:gridCol w:w="4762"/>
        <w:gridCol w:w="2324"/>
      </w:tblGrid>
      <w:tr w:rsidR="007C4D21" w14:paraId="4423171D" w14:textId="77777777" w:rsidTr="00AF05CA">
        <w:trPr>
          <w:cantSplit/>
          <w:tblHeader/>
          <w:jc w:val="center"/>
        </w:trPr>
        <w:tc>
          <w:tcPr>
            <w:tcW w:w="2438" w:type="dxa"/>
            <w:shd w:val="clear" w:color="auto" w:fill="E8EEF5"/>
          </w:tcPr>
          <w:p w14:paraId="5ACBC9C2" w14:textId="77777777" w:rsidR="007C4D21" w:rsidRDefault="007C4D21" w:rsidP="00E73126">
            <w:pPr>
              <w:spacing w:after="0"/>
            </w:pPr>
            <w:proofErr w:type="spellStart"/>
            <w:r>
              <w:rPr>
                <w:b/>
                <w:sz w:val="17"/>
              </w:rPr>
              <w:t>Cecha</w:t>
            </w:r>
            <w:proofErr w:type="spellEnd"/>
            <w:r>
              <w:rPr>
                <w:b/>
                <w:sz w:val="17"/>
              </w:rPr>
              <w:t xml:space="preserve"> / </w:t>
            </w:r>
            <w:proofErr w:type="spellStart"/>
            <w:r>
              <w:rPr>
                <w:b/>
                <w:sz w:val="17"/>
              </w:rPr>
              <w:t>parametr</w:t>
            </w:r>
            <w:proofErr w:type="spellEnd"/>
          </w:p>
        </w:tc>
        <w:tc>
          <w:tcPr>
            <w:tcW w:w="4762" w:type="dxa"/>
            <w:shd w:val="clear" w:color="auto" w:fill="E8EEF5"/>
          </w:tcPr>
          <w:p w14:paraId="5707F4FC" w14:textId="77777777" w:rsidR="007C4D21" w:rsidRDefault="007C4D21" w:rsidP="00E73126">
            <w:pPr>
              <w:spacing w:after="0"/>
            </w:pPr>
            <w:proofErr w:type="spellStart"/>
            <w:r>
              <w:rPr>
                <w:b/>
                <w:sz w:val="17"/>
              </w:rPr>
              <w:t>Wymagane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minimalne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parametry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techniczne</w:t>
            </w:r>
            <w:proofErr w:type="spellEnd"/>
          </w:p>
        </w:tc>
        <w:tc>
          <w:tcPr>
            <w:tcW w:w="2324" w:type="dxa"/>
            <w:shd w:val="clear" w:color="auto" w:fill="FFFF99"/>
          </w:tcPr>
          <w:p w14:paraId="674E5BC2" w14:textId="77777777" w:rsidR="007C4D21" w:rsidRDefault="007C4D21" w:rsidP="00E73126">
            <w:pPr>
              <w:spacing w:after="0"/>
            </w:pPr>
            <w:proofErr w:type="spellStart"/>
            <w:r>
              <w:rPr>
                <w:b/>
                <w:sz w:val="17"/>
              </w:rPr>
              <w:t>Oferowane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parametry</w:t>
            </w:r>
            <w:proofErr w:type="spellEnd"/>
            <w:r>
              <w:rPr>
                <w:b/>
                <w:sz w:val="17"/>
              </w:rPr>
              <w:t xml:space="preserve"> (</w:t>
            </w:r>
            <w:proofErr w:type="spellStart"/>
            <w:r>
              <w:rPr>
                <w:b/>
                <w:sz w:val="17"/>
              </w:rPr>
              <w:t>wypełnia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Wykonawca</w:t>
            </w:r>
            <w:proofErr w:type="spellEnd"/>
            <w:r>
              <w:rPr>
                <w:b/>
                <w:sz w:val="17"/>
              </w:rPr>
              <w:t>)</w:t>
            </w:r>
          </w:p>
        </w:tc>
      </w:tr>
      <w:tr w:rsidR="007C4D21" w14:paraId="19B930BA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113A941F" w14:textId="77777777" w:rsidR="007C4D21" w:rsidRDefault="007C4D21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Zestaw</w:t>
            </w:r>
            <w:proofErr w:type="spellEnd"/>
          </w:p>
        </w:tc>
        <w:tc>
          <w:tcPr>
            <w:tcW w:w="4762" w:type="dxa"/>
            <w:vAlign w:val="center"/>
          </w:tcPr>
          <w:p w14:paraId="0F5121E9" w14:textId="77777777" w:rsidR="007C4D21" w:rsidRDefault="007C4D21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klawiatura</w:t>
            </w:r>
            <w:proofErr w:type="spellEnd"/>
            <w:r>
              <w:rPr>
                <w:sz w:val="17"/>
              </w:rPr>
              <w:t xml:space="preserve"> + </w:t>
            </w:r>
            <w:proofErr w:type="spellStart"/>
            <w:r>
              <w:rPr>
                <w:sz w:val="17"/>
              </w:rPr>
              <w:t>mysz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368EA769" w14:textId="77777777" w:rsidR="007C4D21" w:rsidRDefault="007C4D21" w:rsidP="00E73126">
            <w:pPr>
              <w:keepLines/>
              <w:spacing w:after="0"/>
            </w:pPr>
          </w:p>
        </w:tc>
      </w:tr>
      <w:tr w:rsidR="007C4D21" w14:paraId="48E1315C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708F1148" w14:textId="77777777" w:rsidR="007C4D21" w:rsidRDefault="007C4D21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Łączność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3B96DC76" w14:textId="77777777" w:rsidR="007C4D21" w:rsidRDefault="007C4D21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bezprzewodowa</w:t>
            </w:r>
            <w:proofErr w:type="spellEnd"/>
            <w:r>
              <w:rPr>
                <w:sz w:val="17"/>
              </w:rPr>
              <w:t xml:space="preserve"> 2,4 GHz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25946486" w14:textId="77777777" w:rsidR="007C4D21" w:rsidRDefault="007C4D21" w:rsidP="00E73126">
            <w:pPr>
              <w:keepLines/>
              <w:spacing w:after="0"/>
            </w:pPr>
          </w:p>
        </w:tc>
      </w:tr>
      <w:tr w:rsidR="007C4D21" w14:paraId="5F3E8FC8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022F779C" w14:textId="77777777" w:rsidR="007C4D21" w:rsidRDefault="007C4D21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Odbiornik</w:t>
            </w:r>
            <w:proofErr w:type="spellEnd"/>
          </w:p>
        </w:tc>
        <w:tc>
          <w:tcPr>
            <w:tcW w:w="4762" w:type="dxa"/>
            <w:vAlign w:val="center"/>
          </w:tcPr>
          <w:p w14:paraId="720C3F56" w14:textId="77777777" w:rsidR="007C4D21" w:rsidRDefault="007C4D21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pojedynczy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odbiornik</w:t>
            </w:r>
            <w:proofErr w:type="spellEnd"/>
            <w:r>
              <w:rPr>
                <w:sz w:val="17"/>
              </w:rPr>
              <w:t xml:space="preserve"> USB </w:t>
            </w:r>
            <w:proofErr w:type="spellStart"/>
            <w:r>
              <w:rPr>
                <w:sz w:val="17"/>
              </w:rPr>
              <w:t>dla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klawiatury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i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myszy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5AE6B1C4" w14:textId="77777777" w:rsidR="007C4D21" w:rsidRDefault="007C4D21" w:rsidP="00E73126">
            <w:pPr>
              <w:keepLines/>
              <w:spacing w:after="0"/>
            </w:pPr>
          </w:p>
        </w:tc>
      </w:tr>
      <w:tr w:rsidR="007C4D21" w14:paraId="36DE6898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7E1ED4DA" w14:textId="77777777" w:rsidR="007C4D21" w:rsidRDefault="007C4D21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Klawiatura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7FD8B04B" w14:textId="77777777" w:rsidR="007C4D21" w:rsidRDefault="007C4D21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pełnowymiarowa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36F02C40" w14:textId="77777777" w:rsidR="007C4D21" w:rsidRDefault="007C4D21" w:rsidP="00E73126">
            <w:pPr>
              <w:keepLines/>
              <w:spacing w:after="0"/>
            </w:pPr>
          </w:p>
        </w:tc>
      </w:tr>
      <w:tr w:rsidR="007C4D21" w14:paraId="327D2556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0D5F64CA" w14:textId="77777777" w:rsidR="007C4D21" w:rsidRDefault="007C4D21" w:rsidP="00E73126">
            <w:pPr>
              <w:keepLines/>
              <w:spacing w:after="0"/>
            </w:pPr>
            <w:r>
              <w:rPr>
                <w:b/>
                <w:sz w:val="17"/>
              </w:rPr>
              <w:t xml:space="preserve">Blok </w:t>
            </w:r>
            <w:proofErr w:type="spellStart"/>
            <w:r>
              <w:rPr>
                <w:b/>
                <w:sz w:val="17"/>
              </w:rPr>
              <w:t>numeryczny</w:t>
            </w:r>
            <w:proofErr w:type="spellEnd"/>
          </w:p>
        </w:tc>
        <w:tc>
          <w:tcPr>
            <w:tcW w:w="4762" w:type="dxa"/>
            <w:vAlign w:val="center"/>
          </w:tcPr>
          <w:p w14:paraId="1FAA5D7F" w14:textId="77777777" w:rsidR="007C4D21" w:rsidRDefault="007C4D21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wymagany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65D188E2" w14:textId="77777777" w:rsidR="007C4D21" w:rsidRDefault="007C4D21" w:rsidP="00E73126">
            <w:pPr>
              <w:keepLines/>
              <w:spacing w:after="0"/>
            </w:pPr>
          </w:p>
        </w:tc>
      </w:tr>
      <w:tr w:rsidR="007C4D21" w14:paraId="1C31EC06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060E28EA" w14:textId="77777777" w:rsidR="007C4D21" w:rsidRDefault="007C4D21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Układ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68445639" w14:textId="77777777" w:rsidR="007C4D21" w:rsidRDefault="007C4D21" w:rsidP="00E73126">
            <w:pPr>
              <w:keepLines/>
              <w:spacing w:after="0"/>
            </w:pPr>
            <w:r>
              <w:rPr>
                <w:sz w:val="17"/>
              </w:rPr>
              <w:t xml:space="preserve">QWERTY, </w:t>
            </w:r>
            <w:proofErr w:type="spellStart"/>
            <w:r>
              <w:rPr>
                <w:sz w:val="17"/>
              </w:rPr>
              <w:t>odpowiedni</w:t>
            </w:r>
            <w:proofErr w:type="spellEnd"/>
            <w:r>
              <w:rPr>
                <w:sz w:val="17"/>
              </w:rPr>
              <w:t xml:space="preserve"> do </w:t>
            </w:r>
            <w:proofErr w:type="spellStart"/>
            <w:r>
              <w:rPr>
                <w:sz w:val="17"/>
              </w:rPr>
              <w:t>użytkowania</w:t>
            </w:r>
            <w:proofErr w:type="spellEnd"/>
            <w:r>
              <w:rPr>
                <w:sz w:val="17"/>
              </w:rPr>
              <w:t xml:space="preserve"> w </w:t>
            </w:r>
            <w:proofErr w:type="spellStart"/>
            <w:r>
              <w:rPr>
                <w:sz w:val="17"/>
              </w:rPr>
              <w:t>Polsce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20ACB1E9" w14:textId="77777777" w:rsidR="007C4D21" w:rsidRDefault="007C4D21" w:rsidP="00E73126">
            <w:pPr>
              <w:keepLines/>
              <w:spacing w:after="0"/>
            </w:pPr>
          </w:p>
        </w:tc>
      </w:tr>
      <w:tr w:rsidR="007C4D21" w14:paraId="6598D46F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42385462" w14:textId="77777777" w:rsidR="007C4D21" w:rsidRDefault="007C4D21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Klawisze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funkcyjne</w:t>
            </w:r>
            <w:proofErr w:type="spellEnd"/>
            <w:r>
              <w:rPr>
                <w:b/>
                <w:sz w:val="17"/>
              </w:rPr>
              <w:t>/</w:t>
            </w:r>
            <w:proofErr w:type="spellStart"/>
            <w:r>
              <w:rPr>
                <w:b/>
                <w:sz w:val="17"/>
              </w:rPr>
              <w:t>multimedialne</w:t>
            </w:r>
            <w:proofErr w:type="spellEnd"/>
          </w:p>
        </w:tc>
        <w:tc>
          <w:tcPr>
            <w:tcW w:w="4762" w:type="dxa"/>
            <w:vAlign w:val="center"/>
          </w:tcPr>
          <w:p w14:paraId="060A01E8" w14:textId="77777777" w:rsidR="007C4D21" w:rsidRDefault="007C4D21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wymagane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48F7CDA3" w14:textId="77777777" w:rsidR="007C4D21" w:rsidRDefault="007C4D21" w:rsidP="00E73126">
            <w:pPr>
              <w:keepLines/>
              <w:spacing w:after="0"/>
            </w:pPr>
          </w:p>
        </w:tc>
      </w:tr>
      <w:tr w:rsidR="007C4D21" w14:paraId="6AF3907E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331A8795" w14:textId="77777777" w:rsidR="007C4D21" w:rsidRDefault="007C4D21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Mysz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1BD03021" w14:textId="77777777" w:rsidR="007C4D21" w:rsidRDefault="007C4D21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optyczna</w:t>
            </w:r>
            <w:proofErr w:type="spellEnd"/>
            <w:r>
              <w:rPr>
                <w:sz w:val="17"/>
              </w:rPr>
              <w:t>, minimum 1000 DPI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1CD32307" w14:textId="77777777" w:rsidR="007C4D21" w:rsidRDefault="007C4D21" w:rsidP="00E73126">
            <w:pPr>
              <w:keepLines/>
              <w:spacing w:after="0"/>
            </w:pPr>
          </w:p>
        </w:tc>
      </w:tr>
      <w:tr w:rsidR="007C4D21" w14:paraId="6B465A04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1CFB2085" w14:textId="77777777" w:rsidR="007C4D21" w:rsidRDefault="007C4D21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Liczba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przycisków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myszy</w:t>
            </w:r>
            <w:proofErr w:type="spellEnd"/>
          </w:p>
        </w:tc>
        <w:tc>
          <w:tcPr>
            <w:tcW w:w="4762" w:type="dxa"/>
            <w:vAlign w:val="center"/>
          </w:tcPr>
          <w:p w14:paraId="691B53C6" w14:textId="77777777" w:rsidR="007C4D21" w:rsidRDefault="007C4D21" w:rsidP="00E73126">
            <w:pPr>
              <w:keepLines/>
              <w:spacing w:after="0"/>
            </w:pPr>
            <w:r>
              <w:rPr>
                <w:sz w:val="17"/>
              </w:rPr>
              <w:t xml:space="preserve">minimum 3 + </w:t>
            </w:r>
            <w:proofErr w:type="spellStart"/>
            <w:r>
              <w:rPr>
                <w:sz w:val="17"/>
              </w:rPr>
              <w:t>rolka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5869BB61" w14:textId="77777777" w:rsidR="007C4D21" w:rsidRDefault="007C4D21" w:rsidP="00E73126">
            <w:pPr>
              <w:keepLines/>
              <w:spacing w:after="0"/>
            </w:pPr>
          </w:p>
        </w:tc>
      </w:tr>
      <w:tr w:rsidR="007C4D21" w14:paraId="6ADC8A23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04F84D3C" w14:textId="77777777" w:rsidR="007C4D21" w:rsidRDefault="007C4D21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Zasięg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44B79AFD" w14:textId="77777777" w:rsidR="007C4D21" w:rsidRDefault="007C4D21" w:rsidP="00E73126">
            <w:pPr>
              <w:keepLines/>
              <w:spacing w:after="0"/>
            </w:pPr>
            <w:r>
              <w:rPr>
                <w:sz w:val="17"/>
              </w:rPr>
              <w:t>minimum 10 m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52C1AB7C" w14:textId="77777777" w:rsidR="007C4D21" w:rsidRDefault="007C4D21" w:rsidP="00E73126">
            <w:pPr>
              <w:keepLines/>
              <w:spacing w:after="0"/>
            </w:pPr>
          </w:p>
        </w:tc>
      </w:tr>
      <w:tr w:rsidR="007C4D21" w14:paraId="45F06992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29AC559B" w14:textId="77777777" w:rsidR="007C4D21" w:rsidRDefault="007C4D21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Zasilanie</w:t>
            </w:r>
            <w:proofErr w:type="spellEnd"/>
          </w:p>
        </w:tc>
        <w:tc>
          <w:tcPr>
            <w:tcW w:w="4762" w:type="dxa"/>
            <w:vAlign w:val="center"/>
          </w:tcPr>
          <w:p w14:paraId="535CDC92" w14:textId="77777777" w:rsidR="007C4D21" w:rsidRDefault="007C4D21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bateryjne</w:t>
            </w:r>
            <w:proofErr w:type="spellEnd"/>
            <w:r>
              <w:rPr>
                <w:sz w:val="17"/>
              </w:rPr>
              <w:t xml:space="preserve">, </w:t>
            </w:r>
            <w:proofErr w:type="spellStart"/>
            <w:r>
              <w:rPr>
                <w:sz w:val="17"/>
              </w:rPr>
              <w:t>baterie</w:t>
            </w:r>
            <w:proofErr w:type="spellEnd"/>
            <w:r>
              <w:rPr>
                <w:sz w:val="17"/>
              </w:rPr>
              <w:t xml:space="preserve"> w </w:t>
            </w:r>
            <w:proofErr w:type="spellStart"/>
            <w:r>
              <w:rPr>
                <w:sz w:val="17"/>
              </w:rPr>
              <w:t>zestawie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2C86AEE6" w14:textId="77777777" w:rsidR="007C4D21" w:rsidRDefault="007C4D21" w:rsidP="00E73126">
            <w:pPr>
              <w:keepLines/>
              <w:spacing w:after="0"/>
            </w:pPr>
          </w:p>
        </w:tc>
      </w:tr>
      <w:tr w:rsidR="007C4D21" w14:paraId="493DA64B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330EF2D6" w14:textId="77777777" w:rsidR="007C4D21" w:rsidRDefault="007C4D21" w:rsidP="00E73126">
            <w:pPr>
              <w:keepLines/>
              <w:spacing w:after="0"/>
            </w:pPr>
            <w:r>
              <w:rPr>
                <w:b/>
                <w:sz w:val="17"/>
              </w:rPr>
              <w:t xml:space="preserve">Cicha </w:t>
            </w:r>
            <w:proofErr w:type="spellStart"/>
            <w:r>
              <w:rPr>
                <w:b/>
                <w:sz w:val="17"/>
              </w:rPr>
              <w:t>praca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5F86CBB0" w14:textId="77777777" w:rsidR="007C4D21" w:rsidRDefault="007C4D21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wymagane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rozwiązanie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ograniczające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hałas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klawiszy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i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przycisków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myszy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514117DF" w14:textId="77777777" w:rsidR="007C4D21" w:rsidRDefault="007C4D21" w:rsidP="00E73126">
            <w:pPr>
              <w:keepLines/>
              <w:spacing w:after="0"/>
            </w:pPr>
          </w:p>
        </w:tc>
      </w:tr>
      <w:tr w:rsidR="007C4D21" w14:paraId="493CDF68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5D2174BE" w14:textId="77777777" w:rsidR="007C4D21" w:rsidRDefault="007C4D21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Kompatybilność</w:t>
            </w:r>
            <w:proofErr w:type="spellEnd"/>
          </w:p>
        </w:tc>
        <w:tc>
          <w:tcPr>
            <w:tcW w:w="4762" w:type="dxa"/>
            <w:vAlign w:val="center"/>
          </w:tcPr>
          <w:p w14:paraId="678893A2" w14:textId="77777777" w:rsidR="007C4D21" w:rsidRDefault="007C4D21" w:rsidP="00E73126">
            <w:pPr>
              <w:keepLines/>
              <w:spacing w:after="0"/>
            </w:pPr>
            <w:r>
              <w:rPr>
                <w:sz w:val="17"/>
              </w:rPr>
              <w:t>Windows 11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7D949C4B" w14:textId="77777777" w:rsidR="007C4D21" w:rsidRDefault="007C4D21" w:rsidP="00E73126">
            <w:pPr>
              <w:keepLines/>
              <w:spacing w:after="0"/>
            </w:pPr>
          </w:p>
        </w:tc>
      </w:tr>
      <w:tr w:rsidR="007C4D21" w14:paraId="27F7BF59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3F5383DB" w14:textId="77777777" w:rsidR="007C4D21" w:rsidRDefault="007C4D21" w:rsidP="00E73126">
            <w:pPr>
              <w:keepLines/>
              <w:spacing w:after="0"/>
            </w:pPr>
            <w:r>
              <w:rPr>
                <w:b/>
                <w:sz w:val="17"/>
              </w:rPr>
              <w:t>Kolor</w:t>
            </w:r>
          </w:p>
        </w:tc>
        <w:tc>
          <w:tcPr>
            <w:tcW w:w="4762" w:type="dxa"/>
            <w:shd w:val="clear" w:color="auto" w:fill="F5F7FA"/>
            <w:vAlign w:val="center"/>
          </w:tcPr>
          <w:p w14:paraId="01F631B1" w14:textId="77777777" w:rsidR="007C4D21" w:rsidRDefault="007C4D21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czarny</w:t>
            </w:r>
            <w:proofErr w:type="spellEnd"/>
            <w:r>
              <w:rPr>
                <w:sz w:val="17"/>
              </w:rPr>
              <w:t>/</w:t>
            </w:r>
            <w:proofErr w:type="spellStart"/>
            <w:r>
              <w:rPr>
                <w:sz w:val="17"/>
              </w:rPr>
              <w:t>grafitowy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5CDD1191" w14:textId="77777777" w:rsidR="007C4D21" w:rsidRDefault="007C4D21" w:rsidP="00E73126">
            <w:pPr>
              <w:keepLines/>
              <w:spacing w:after="0"/>
            </w:pPr>
          </w:p>
        </w:tc>
      </w:tr>
      <w:tr w:rsidR="007C4D21" w14:paraId="77413002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66747160" w14:textId="77777777" w:rsidR="007C4D21" w:rsidRDefault="007C4D21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Gwarancja</w:t>
            </w:r>
            <w:proofErr w:type="spellEnd"/>
          </w:p>
        </w:tc>
        <w:tc>
          <w:tcPr>
            <w:tcW w:w="4762" w:type="dxa"/>
            <w:vAlign w:val="center"/>
          </w:tcPr>
          <w:p w14:paraId="1C2E6AFC" w14:textId="77777777" w:rsidR="007C4D21" w:rsidRDefault="007C4D21" w:rsidP="00E73126">
            <w:pPr>
              <w:keepLines/>
              <w:spacing w:after="0"/>
            </w:pPr>
            <w:r>
              <w:rPr>
                <w:sz w:val="17"/>
              </w:rPr>
              <w:t xml:space="preserve">minimum 24 </w:t>
            </w:r>
            <w:proofErr w:type="spellStart"/>
            <w:r>
              <w:rPr>
                <w:sz w:val="17"/>
              </w:rPr>
              <w:t>miesiące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3BCB09BB" w14:textId="77777777" w:rsidR="007C4D21" w:rsidRDefault="007C4D21" w:rsidP="00E73126">
            <w:pPr>
              <w:keepLines/>
              <w:spacing w:after="0"/>
            </w:pPr>
          </w:p>
        </w:tc>
      </w:tr>
    </w:tbl>
    <w:p w14:paraId="1ADBBE35" w14:textId="77777777" w:rsidR="007C4D21" w:rsidRDefault="007C4D21" w:rsidP="007C4D21"/>
    <w:tbl>
      <w:tblPr>
        <w:tblStyle w:val="Tabela-Siatka"/>
        <w:tblW w:w="0" w:type="auto"/>
        <w:tblInd w:w="38" w:type="dxa"/>
        <w:tblLook w:val="04A0" w:firstRow="1" w:lastRow="0" w:firstColumn="1" w:lastColumn="0" w:noHBand="0" w:noVBand="1"/>
      </w:tblPr>
      <w:tblGrid>
        <w:gridCol w:w="3446"/>
        <w:gridCol w:w="1444"/>
        <w:gridCol w:w="2410"/>
      </w:tblGrid>
      <w:tr w:rsidR="00AF05CA" w14:paraId="65C9D1E0" w14:textId="77777777">
        <w:tc>
          <w:tcPr>
            <w:tcW w:w="34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D5704A" w14:textId="77777777" w:rsidR="00AF05CA" w:rsidRDefault="00AF05CA">
            <w:r>
              <w:t xml:space="preserve">Cena za 1 </w:t>
            </w:r>
            <w:proofErr w:type="spellStart"/>
            <w:r>
              <w:t>szt</w:t>
            </w:r>
            <w:proofErr w:type="spellEnd"/>
            <w:r>
              <w:t>.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41BB9F" w14:textId="77777777" w:rsidR="00AF05CA" w:rsidRDefault="00AF05CA">
            <w:r>
              <w:t xml:space="preserve">Netto w </w:t>
            </w:r>
            <w:proofErr w:type="spellStart"/>
            <w:r>
              <w:t>zł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55C79C73" w14:textId="77777777" w:rsidR="00AF05CA" w:rsidRDefault="00AF05CA">
            <w:pPr>
              <w:rPr>
                <w:highlight w:val="yellow"/>
              </w:rPr>
            </w:pPr>
          </w:p>
        </w:tc>
      </w:tr>
      <w:tr w:rsidR="00AF05CA" w14:paraId="580881C3" w14:textId="7777777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856003" w14:textId="77777777" w:rsidR="00AF05CA" w:rsidRDefault="00AF05CA">
            <w:pPr>
              <w:spacing w:after="0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C0FA34" w14:textId="77777777" w:rsidR="00AF05CA" w:rsidRDefault="00AF05CA">
            <w:r>
              <w:t xml:space="preserve">Brutto w </w:t>
            </w:r>
            <w:proofErr w:type="spellStart"/>
            <w:r>
              <w:t>zł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3B4B6FB0" w14:textId="77777777" w:rsidR="00AF05CA" w:rsidRDefault="00AF05CA">
            <w:pPr>
              <w:rPr>
                <w:highlight w:val="yellow"/>
              </w:rPr>
            </w:pPr>
          </w:p>
        </w:tc>
      </w:tr>
      <w:tr w:rsidR="00AF05CA" w14:paraId="45F7A2EC" w14:textId="77777777">
        <w:tc>
          <w:tcPr>
            <w:tcW w:w="34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66F2F9" w14:textId="42BFD045" w:rsidR="00AF05CA" w:rsidRDefault="00AF05CA">
            <w:proofErr w:type="spellStart"/>
            <w:r>
              <w:t>Łączna</w:t>
            </w:r>
            <w:proofErr w:type="spellEnd"/>
            <w:r>
              <w:t xml:space="preserve"> </w:t>
            </w:r>
            <w:proofErr w:type="spellStart"/>
            <w:r>
              <w:t>Kwota</w:t>
            </w:r>
            <w:proofErr w:type="spellEnd"/>
            <w:r>
              <w:t xml:space="preserve"> za: 1</w:t>
            </w:r>
            <w:r>
              <w:t>1</w:t>
            </w:r>
            <w:r>
              <w:t xml:space="preserve"> </w:t>
            </w:r>
            <w:proofErr w:type="spellStart"/>
            <w:r>
              <w:t>szt</w:t>
            </w:r>
            <w:proofErr w:type="spellEnd"/>
            <w:r>
              <w:t>.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843231" w14:textId="77777777" w:rsidR="00AF05CA" w:rsidRDefault="00AF05CA">
            <w:r>
              <w:t xml:space="preserve">Netto w </w:t>
            </w:r>
            <w:proofErr w:type="spellStart"/>
            <w:r>
              <w:t>zł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338665AE" w14:textId="77777777" w:rsidR="00AF05CA" w:rsidRDefault="00AF05CA">
            <w:pPr>
              <w:rPr>
                <w:highlight w:val="yellow"/>
              </w:rPr>
            </w:pPr>
          </w:p>
        </w:tc>
      </w:tr>
      <w:tr w:rsidR="00AF05CA" w14:paraId="0F0A414D" w14:textId="7777777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3201FD" w14:textId="77777777" w:rsidR="00AF05CA" w:rsidRDefault="00AF05CA">
            <w:pPr>
              <w:spacing w:after="0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8320F9" w14:textId="1A96F6A3" w:rsidR="00AF05CA" w:rsidRDefault="0025708B">
            <w:r>
              <w:t>B</w:t>
            </w:r>
            <w:r w:rsidR="00AF05CA">
              <w:t xml:space="preserve">utto w </w:t>
            </w:r>
            <w:proofErr w:type="spellStart"/>
            <w:r w:rsidR="00AF05CA">
              <w:t>zł</w:t>
            </w:r>
            <w:proofErr w:type="spellEnd"/>
            <w:r w:rsidR="00AF05CA">
              <w:t>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5E94D708" w14:textId="77777777" w:rsidR="00AF05CA" w:rsidRDefault="00AF05CA">
            <w:pPr>
              <w:rPr>
                <w:highlight w:val="yellow"/>
              </w:rPr>
            </w:pPr>
          </w:p>
        </w:tc>
      </w:tr>
    </w:tbl>
    <w:p w14:paraId="40E6DA1C" w14:textId="77777777" w:rsidR="00AF05CA" w:rsidRDefault="00AF05CA" w:rsidP="007C4D21"/>
    <w:p w14:paraId="7B1CA5EE" w14:textId="77777777" w:rsidR="007C4D21" w:rsidRDefault="007C4D21" w:rsidP="007C4D21">
      <w:r>
        <w:t xml:space="preserve">Oświadczamy, </w:t>
      </w:r>
      <w:proofErr w:type="spellStart"/>
      <w:r>
        <w:t>że</w:t>
      </w:r>
      <w:proofErr w:type="spellEnd"/>
      <w:r>
        <w:t xml:space="preserve"> </w:t>
      </w:r>
      <w:proofErr w:type="spellStart"/>
      <w:r>
        <w:t>oferowany</w:t>
      </w:r>
      <w:proofErr w:type="spellEnd"/>
      <w:r>
        <w:t xml:space="preserve"> </w:t>
      </w:r>
      <w:proofErr w:type="spellStart"/>
      <w:r>
        <w:t>przedmiot</w:t>
      </w:r>
      <w:proofErr w:type="spellEnd"/>
      <w:r>
        <w:t xml:space="preserve"> </w:t>
      </w:r>
      <w:proofErr w:type="spellStart"/>
      <w:r>
        <w:t>zamówienia</w:t>
      </w:r>
      <w:proofErr w:type="spellEnd"/>
      <w:r>
        <w:t xml:space="preserve"> </w:t>
      </w:r>
      <w:proofErr w:type="spellStart"/>
      <w:r>
        <w:t>spełnia</w:t>
      </w:r>
      <w:proofErr w:type="spellEnd"/>
      <w:r>
        <w:t xml:space="preserve"> </w:t>
      </w:r>
      <w:proofErr w:type="spellStart"/>
      <w:r>
        <w:t>wymagania</w:t>
      </w:r>
      <w:proofErr w:type="spellEnd"/>
      <w:r>
        <w:t xml:space="preserve"> </w:t>
      </w:r>
      <w:proofErr w:type="spellStart"/>
      <w:r>
        <w:t>wskazane</w:t>
      </w:r>
      <w:proofErr w:type="spellEnd"/>
      <w:r>
        <w:t xml:space="preserve"> w </w:t>
      </w:r>
      <w:proofErr w:type="spellStart"/>
      <w:r>
        <w:t>tabeli</w:t>
      </w:r>
      <w:proofErr w:type="spellEnd"/>
      <w:r>
        <w:t>.</w:t>
      </w:r>
    </w:p>
    <w:p w14:paraId="1516A1E3" w14:textId="77777777" w:rsidR="007C4D21" w:rsidRDefault="007C4D21" w:rsidP="007C4D21">
      <w:r>
        <w:t>.....................................................................................</w:t>
      </w:r>
      <w:r>
        <w:br/>
        <w:t xml:space="preserve">Data </w:t>
      </w:r>
      <w:proofErr w:type="spellStart"/>
      <w:r>
        <w:t>i</w:t>
      </w:r>
      <w:proofErr w:type="spellEnd"/>
      <w:r>
        <w:t xml:space="preserve"> </w:t>
      </w:r>
      <w:proofErr w:type="spellStart"/>
      <w:r>
        <w:t>podpis</w:t>
      </w:r>
      <w:proofErr w:type="spellEnd"/>
      <w:r>
        <w:t xml:space="preserve"> </w:t>
      </w:r>
      <w:proofErr w:type="spellStart"/>
      <w:r>
        <w:t>osoby</w:t>
      </w:r>
      <w:proofErr w:type="spellEnd"/>
      <w:r>
        <w:t xml:space="preserve"> </w:t>
      </w:r>
      <w:proofErr w:type="spellStart"/>
      <w:r>
        <w:t>upoważnionej</w:t>
      </w:r>
      <w:proofErr w:type="spellEnd"/>
      <w:r>
        <w:t xml:space="preserve"> do </w:t>
      </w:r>
      <w:proofErr w:type="spellStart"/>
      <w:r>
        <w:t>złożenia</w:t>
      </w:r>
      <w:proofErr w:type="spellEnd"/>
      <w:r>
        <w:t xml:space="preserve"> </w:t>
      </w:r>
      <w:proofErr w:type="spellStart"/>
      <w:r>
        <w:t>oferty</w:t>
      </w:r>
      <w:proofErr w:type="spellEnd"/>
    </w:p>
    <w:p w14:paraId="4C525BEF" w14:textId="0E9DAAFB" w:rsidR="007C4D21" w:rsidRDefault="007C4D21">
      <w:pPr>
        <w:spacing w:after="200"/>
      </w:pPr>
      <w:r>
        <w:br w:type="page"/>
      </w:r>
    </w:p>
    <w:p w14:paraId="742AA2EE" w14:textId="77777777" w:rsidR="006B66A7" w:rsidRPr="008C1485" w:rsidRDefault="006B66A7" w:rsidP="006B66A7">
      <w:pPr>
        <w:jc w:val="right"/>
      </w:pPr>
      <w:proofErr w:type="spellStart"/>
      <w:r>
        <w:rPr>
          <w:b/>
        </w:rPr>
        <w:lastRenderedPageBreak/>
        <w:t>Załącznik</w:t>
      </w:r>
      <w:proofErr w:type="spellEnd"/>
      <w:r>
        <w:rPr>
          <w:b/>
        </w:rPr>
        <w:t xml:space="preserve"> nr 4.8</w:t>
      </w:r>
    </w:p>
    <w:p w14:paraId="22B98185" w14:textId="77777777" w:rsidR="006B66A7" w:rsidRDefault="006B66A7" w:rsidP="006B66A7">
      <w:pPr>
        <w:jc w:val="center"/>
      </w:pPr>
      <w:r>
        <w:rPr>
          <w:b/>
          <w:color w:val="1C324B"/>
          <w:sz w:val="28"/>
        </w:rPr>
        <w:t>OPIS PRZEDMIOTU ZAMÓWIENIA</w:t>
      </w:r>
    </w:p>
    <w:p w14:paraId="41AA84F0" w14:textId="77777777" w:rsidR="006B66A7" w:rsidRDefault="006B66A7" w:rsidP="006B66A7">
      <w:pPr>
        <w:jc w:val="center"/>
      </w:pPr>
      <w:proofErr w:type="spellStart"/>
      <w:r>
        <w:rPr>
          <w:b/>
          <w:sz w:val="22"/>
        </w:rPr>
        <w:t>Specyfikacja</w:t>
      </w:r>
      <w:proofErr w:type="spellEnd"/>
      <w:r>
        <w:rPr>
          <w:b/>
          <w:sz w:val="22"/>
        </w:rPr>
        <w:t xml:space="preserve"> </w:t>
      </w:r>
      <w:proofErr w:type="spellStart"/>
      <w:r>
        <w:rPr>
          <w:b/>
          <w:sz w:val="22"/>
        </w:rPr>
        <w:t>techniczna</w:t>
      </w:r>
      <w:proofErr w:type="spellEnd"/>
      <w:r>
        <w:rPr>
          <w:b/>
          <w:sz w:val="22"/>
        </w:rPr>
        <w:t xml:space="preserve"> - </w:t>
      </w:r>
      <w:proofErr w:type="spellStart"/>
      <w:r>
        <w:rPr>
          <w:b/>
          <w:sz w:val="22"/>
        </w:rPr>
        <w:t>Klawiatura</w:t>
      </w:r>
      <w:proofErr w:type="spellEnd"/>
      <w:r>
        <w:rPr>
          <w:b/>
          <w:sz w:val="22"/>
        </w:rPr>
        <w:t xml:space="preserve"> </w:t>
      </w:r>
      <w:proofErr w:type="spellStart"/>
      <w:r>
        <w:rPr>
          <w:b/>
          <w:sz w:val="22"/>
        </w:rPr>
        <w:t>Typ</w:t>
      </w:r>
      <w:proofErr w:type="spellEnd"/>
      <w:r>
        <w:rPr>
          <w:b/>
          <w:sz w:val="22"/>
        </w:rPr>
        <w:t xml:space="preserve"> B</w:t>
      </w:r>
      <w:r w:rsidRPr="002504D2">
        <w:rPr>
          <w:b/>
          <w:sz w:val="22"/>
        </w:rPr>
        <w:t xml:space="preserve"> - </w:t>
      </w:r>
      <w:r>
        <w:rPr>
          <w:b/>
          <w:sz w:val="22"/>
        </w:rPr>
        <w:t>1</w:t>
      </w:r>
      <w:r w:rsidRPr="002504D2">
        <w:rPr>
          <w:b/>
          <w:sz w:val="22"/>
        </w:rPr>
        <w:t xml:space="preserve"> </w:t>
      </w:r>
      <w:proofErr w:type="spellStart"/>
      <w:r w:rsidRPr="002504D2">
        <w:rPr>
          <w:b/>
          <w:sz w:val="22"/>
        </w:rPr>
        <w:t>szt</w:t>
      </w:r>
      <w:proofErr w:type="spellEnd"/>
      <w:r w:rsidRPr="002504D2">
        <w:rPr>
          <w:b/>
          <w:sz w:val="22"/>
        </w:rPr>
        <w:t>.</w:t>
      </w:r>
    </w:p>
    <w:p w14:paraId="45BAB8D0" w14:textId="77777777" w:rsidR="006B66A7" w:rsidRDefault="006B66A7" w:rsidP="006B66A7">
      <w:r>
        <w:t xml:space="preserve">Producent: ........................................................................     Model / </w:t>
      </w:r>
      <w:proofErr w:type="spellStart"/>
      <w:r>
        <w:t>oznaczenie</w:t>
      </w:r>
      <w:proofErr w:type="spellEnd"/>
      <w:r>
        <w:t>: ........................................................................</w:t>
      </w:r>
    </w:p>
    <w:tbl>
      <w:tblPr>
        <w:tblStyle w:val="Tabela-Siatka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438"/>
        <w:gridCol w:w="4762"/>
        <w:gridCol w:w="2324"/>
      </w:tblGrid>
      <w:tr w:rsidR="006B66A7" w14:paraId="470BD944" w14:textId="77777777" w:rsidTr="00AF05CA">
        <w:trPr>
          <w:cantSplit/>
          <w:tblHeader/>
          <w:jc w:val="center"/>
        </w:trPr>
        <w:tc>
          <w:tcPr>
            <w:tcW w:w="2438" w:type="dxa"/>
            <w:shd w:val="clear" w:color="auto" w:fill="E8EEF5"/>
          </w:tcPr>
          <w:p w14:paraId="2750E44C" w14:textId="77777777" w:rsidR="006B66A7" w:rsidRDefault="006B66A7" w:rsidP="00E73126">
            <w:pPr>
              <w:spacing w:after="0"/>
            </w:pPr>
            <w:proofErr w:type="spellStart"/>
            <w:r>
              <w:rPr>
                <w:b/>
                <w:sz w:val="17"/>
              </w:rPr>
              <w:t>Cecha</w:t>
            </w:r>
            <w:proofErr w:type="spellEnd"/>
            <w:r>
              <w:rPr>
                <w:b/>
                <w:sz w:val="17"/>
              </w:rPr>
              <w:t xml:space="preserve"> / </w:t>
            </w:r>
            <w:proofErr w:type="spellStart"/>
            <w:r>
              <w:rPr>
                <w:b/>
                <w:sz w:val="17"/>
              </w:rPr>
              <w:t>parametr</w:t>
            </w:r>
            <w:proofErr w:type="spellEnd"/>
          </w:p>
        </w:tc>
        <w:tc>
          <w:tcPr>
            <w:tcW w:w="4762" w:type="dxa"/>
            <w:shd w:val="clear" w:color="auto" w:fill="E8EEF5"/>
          </w:tcPr>
          <w:p w14:paraId="6552FE31" w14:textId="77777777" w:rsidR="006B66A7" w:rsidRDefault="006B66A7" w:rsidP="00E73126">
            <w:pPr>
              <w:spacing w:after="0"/>
            </w:pPr>
            <w:proofErr w:type="spellStart"/>
            <w:r>
              <w:rPr>
                <w:b/>
                <w:sz w:val="17"/>
              </w:rPr>
              <w:t>Wymagane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minimalne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parametry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techniczne</w:t>
            </w:r>
            <w:proofErr w:type="spellEnd"/>
          </w:p>
        </w:tc>
        <w:tc>
          <w:tcPr>
            <w:tcW w:w="2324" w:type="dxa"/>
            <w:shd w:val="clear" w:color="auto" w:fill="FFFF99"/>
          </w:tcPr>
          <w:p w14:paraId="3BEE7BB0" w14:textId="77777777" w:rsidR="006B66A7" w:rsidRDefault="006B66A7" w:rsidP="00E73126">
            <w:pPr>
              <w:spacing w:after="0"/>
            </w:pPr>
            <w:proofErr w:type="spellStart"/>
            <w:r>
              <w:rPr>
                <w:b/>
                <w:sz w:val="17"/>
              </w:rPr>
              <w:t>Oferowane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parametry</w:t>
            </w:r>
            <w:proofErr w:type="spellEnd"/>
            <w:r>
              <w:rPr>
                <w:b/>
                <w:sz w:val="17"/>
              </w:rPr>
              <w:t xml:space="preserve"> (</w:t>
            </w:r>
            <w:proofErr w:type="spellStart"/>
            <w:r>
              <w:rPr>
                <w:b/>
                <w:sz w:val="17"/>
              </w:rPr>
              <w:t>wypełnia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Wykonawca</w:t>
            </w:r>
            <w:proofErr w:type="spellEnd"/>
            <w:r>
              <w:rPr>
                <w:b/>
                <w:sz w:val="17"/>
              </w:rPr>
              <w:t>)</w:t>
            </w:r>
          </w:p>
        </w:tc>
      </w:tr>
      <w:tr w:rsidR="006B66A7" w14:paraId="340744C8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2C9AE6BD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Typ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klawiatury</w:t>
            </w:r>
            <w:proofErr w:type="spellEnd"/>
          </w:p>
        </w:tc>
        <w:tc>
          <w:tcPr>
            <w:tcW w:w="4762" w:type="dxa"/>
            <w:vAlign w:val="center"/>
          </w:tcPr>
          <w:p w14:paraId="4D929CC1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Mechaniczna</w:t>
            </w:r>
            <w:proofErr w:type="spellEnd"/>
            <w:r>
              <w:rPr>
                <w:sz w:val="17"/>
              </w:rPr>
              <w:t xml:space="preserve">, </w:t>
            </w:r>
            <w:proofErr w:type="spellStart"/>
            <w:r>
              <w:rPr>
                <w:sz w:val="17"/>
              </w:rPr>
              <w:t>niskoprofilowa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0C946585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7C01416C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15E67F9B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Rozmiar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46BA13B5" w14:textId="77777777" w:rsidR="006B66A7" w:rsidRDefault="006B66A7" w:rsidP="00E73126">
            <w:pPr>
              <w:keepLines/>
              <w:spacing w:after="0"/>
            </w:pPr>
            <w:r>
              <w:rPr>
                <w:sz w:val="17"/>
              </w:rPr>
              <w:t xml:space="preserve">TKL (Tenkeyless), ok. 80%, bez </w:t>
            </w:r>
            <w:proofErr w:type="spellStart"/>
            <w:r>
              <w:rPr>
                <w:sz w:val="17"/>
              </w:rPr>
              <w:t>bloku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numerycznego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6B92DBA5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547EABCA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5737CF6F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Liczba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klawiszy</w:t>
            </w:r>
            <w:proofErr w:type="spellEnd"/>
          </w:p>
        </w:tc>
        <w:tc>
          <w:tcPr>
            <w:tcW w:w="4762" w:type="dxa"/>
            <w:vAlign w:val="center"/>
          </w:tcPr>
          <w:p w14:paraId="131DB144" w14:textId="77777777" w:rsidR="006B66A7" w:rsidRDefault="006B66A7" w:rsidP="00E73126">
            <w:pPr>
              <w:keepLines/>
              <w:spacing w:after="0"/>
            </w:pPr>
            <w:r>
              <w:rPr>
                <w:sz w:val="17"/>
              </w:rPr>
              <w:t>min. 87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75262C4E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1A6E97E1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1A913D2D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Układ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klawiszy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50E4A430" w14:textId="77777777" w:rsidR="006B66A7" w:rsidRDefault="006B66A7" w:rsidP="00E73126">
            <w:pPr>
              <w:keepLines/>
              <w:spacing w:after="0"/>
            </w:pPr>
            <w:r>
              <w:rPr>
                <w:sz w:val="17"/>
              </w:rPr>
              <w:t>ANSI / US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6E7BB228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034B0AA5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1FC54338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Typ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przełączników</w:t>
            </w:r>
            <w:proofErr w:type="spellEnd"/>
          </w:p>
        </w:tc>
        <w:tc>
          <w:tcPr>
            <w:tcW w:w="4762" w:type="dxa"/>
            <w:vAlign w:val="center"/>
          </w:tcPr>
          <w:p w14:paraId="6DB082D3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Mechaniczne</w:t>
            </w:r>
            <w:proofErr w:type="spellEnd"/>
            <w:r>
              <w:rPr>
                <w:sz w:val="17"/>
              </w:rPr>
              <w:t xml:space="preserve">, </w:t>
            </w:r>
            <w:proofErr w:type="spellStart"/>
            <w:r>
              <w:rPr>
                <w:sz w:val="17"/>
              </w:rPr>
              <w:t>liniowe</w:t>
            </w:r>
            <w:proofErr w:type="spellEnd"/>
            <w:r>
              <w:rPr>
                <w:sz w:val="17"/>
              </w:rPr>
              <w:t xml:space="preserve">, </w:t>
            </w:r>
            <w:proofErr w:type="spellStart"/>
            <w:r>
              <w:rPr>
                <w:sz w:val="17"/>
              </w:rPr>
              <w:t>niskoprofilowe</w:t>
            </w:r>
            <w:proofErr w:type="spellEnd"/>
            <w:r>
              <w:rPr>
                <w:sz w:val="17"/>
              </w:rPr>
              <w:t xml:space="preserve">, </w:t>
            </w:r>
            <w:proofErr w:type="spellStart"/>
            <w:r>
              <w:rPr>
                <w:sz w:val="17"/>
              </w:rPr>
              <w:t>wyciszone</w:t>
            </w:r>
            <w:proofErr w:type="spellEnd"/>
            <w:r>
              <w:rPr>
                <w:sz w:val="17"/>
              </w:rPr>
              <w:t xml:space="preserve"> (Silent)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2797BD6F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0FEA33BD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70E3FBB5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Siła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aktywacji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753C4F8E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maks</w:t>
            </w:r>
            <w:proofErr w:type="spellEnd"/>
            <w:r>
              <w:rPr>
                <w:sz w:val="17"/>
              </w:rPr>
              <w:t>. 40 gf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25C4F4A5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120FE30F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26CF8C50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Punkt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aktywacji</w:t>
            </w:r>
            <w:proofErr w:type="spellEnd"/>
          </w:p>
        </w:tc>
        <w:tc>
          <w:tcPr>
            <w:tcW w:w="4762" w:type="dxa"/>
            <w:vAlign w:val="center"/>
          </w:tcPr>
          <w:p w14:paraId="0346AAD0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maks</w:t>
            </w:r>
            <w:proofErr w:type="spellEnd"/>
            <w:r>
              <w:rPr>
                <w:sz w:val="17"/>
              </w:rPr>
              <w:t>. 1,5 mm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4913A78F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7CDC4E72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06867338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Żywotność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przełączników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6EFEEABB" w14:textId="77777777" w:rsidR="006B66A7" w:rsidRDefault="006B66A7" w:rsidP="00E73126">
            <w:pPr>
              <w:keepLines/>
              <w:spacing w:after="0"/>
            </w:pPr>
            <w:r>
              <w:rPr>
                <w:sz w:val="17"/>
              </w:rPr>
              <w:t xml:space="preserve">min. 50 </w:t>
            </w:r>
            <w:proofErr w:type="spellStart"/>
            <w:r>
              <w:rPr>
                <w:sz w:val="17"/>
              </w:rPr>
              <w:t>mln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naciśnięć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447FFB66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2B5F9AAF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2ABA55D0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Wymiana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przełączników</w:t>
            </w:r>
            <w:proofErr w:type="spellEnd"/>
          </w:p>
        </w:tc>
        <w:tc>
          <w:tcPr>
            <w:tcW w:w="4762" w:type="dxa"/>
            <w:vAlign w:val="center"/>
          </w:tcPr>
          <w:p w14:paraId="497AE3B4" w14:textId="77777777" w:rsidR="006B66A7" w:rsidRDefault="006B66A7" w:rsidP="00E73126">
            <w:pPr>
              <w:keepLines/>
              <w:spacing w:after="0"/>
            </w:pPr>
            <w:r>
              <w:rPr>
                <w:sz w:val="17"/>
              </w:rPr>
              <w:t xml:space="preserve">Hot Swap – </w:t>
            </w:r>
            <w:proofErr w:type="spellStart"/>
            <w:r>
              <w:rPr>
                <w:sz w:val="17"/>
              </w:rPr>
              <w:t>możliwość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wymiany</w:t>
            </w:r>
            <w:proofErr w:type="spellEnd"/>
            <w:r>
              <w:rPr>
                <w:sz w:val="17"/>
              </w:rPr>
              <w:t xml:space="preserve"> bez </w:t>
            </w:r>
            <w:proofErr w:type="spellStart"/>
            <w:r>
              <w:rPr>
                <w:sz w:val="17"/>
              </w:rPr>
              <w:t>lutowania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0A7E53C0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2C9F32BF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0DBDEC51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Konstrukcja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4A1F9081" w14:textId="77777777" w:rsidR="006B66A7" w:rsidRDefault="006B66A7" w:rsidP="00E73126">
            <w:pPr>
              <w:keepLines/>
              <w:spacing w:after="0"/>
            </w:pPr>
            <w:r>
              <w:rPr>
                <w:sz w:val="17"/>
              </w:rPr>
              <w:t xml:space="preserve">Gasket Mount </w:t>
            </w:r>
            <w:proofErr w:type="spellStart"/>
            <w:r>
              <w:rPr>
                <w:sz w:val="17"/>
              </w:rPr>
              <w:t>lub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równoważna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konstrukcja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redukująca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drgania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37F77DBB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13B1EBCF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726A8B9F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Łączność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bezprzewodowa</w:t>
            </w:r>
            <w:proofErr w:type="spellEnd"/>
          </w:p>
        </w:tc>
        <w:tc>
          <w:tcPr>
            <w:tcW w:w="4762" w:type="dxa"/>
            <w:vAlign w:val="center"/>
          </w:tcPr>
          <w:p w14:paraId="7C7B427A" w14:textId="77777777" w:rsidR="006B66A7" w:rsidRDefault="006B66A7" w:rsidP="00E73126">
            <w:pPr>
              <w:keepLines/>
              <w:spacing w:after="0"/>
            </w:pPr>
            <w:r>
              <w:rPr>
                <w:sz w:val="17"/>
              </w:rPr>
              <w:t xml:space="preserve">2,4 GHz </w:t>
            </w:r>
            <w:proofErr w:type="spellStart"/>
            <w:r>
              <w:rPr>
                <w:sz w:val="17"/>
              </w:rPr>
              <w:t>oraz</w:t>
            </w:r>
            <w:proofErr w:type="spellEnd"/>
            <w:r>
              <w:rPr>
                <w:sz w:val="17"/>
              </w:rPr>
              <w:t xml:space="preserve"> Bluetooth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1FB23BEE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7ECBCAA8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2BB02F94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Łączność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przewodowa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211E1044" w14:textId="77777777" w:rsidR="006B66A7" w:rsidRDefault="006B66A7" w:rsidP="00E73126">
            <w:pPr>
              <w:keepLines/>
              <w:spacing w:after="0"/>
            </w:pPr>
            <w:r>
              <w:rPr>
                <w:sz w:val="17"/>
              </w:rPr>
              <w:t>USB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1962CFD5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3748AFB8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6B2A9CA5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Złącze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klawiatury</w:t>
            </w:r>
            <w:proofErr w:type="spellEnd"/>
          </w:p>
        </w:tc>
        <w:tc>
          <w:tcPr>
            <w:tcW w:w="4762" w:type="dxa"/>
            <w:vAlign w:val="center"/>
          </w:tcPr>
          <w:p w14:paraId="5CC84B78" w14:textId="77777777" w:rsidR="006B66A7" w:rsidRDefault="006B66A7" w:rsidP="00E73126">
            <w:pPr>
              <w:keepLines/>
              <w:spacing w:after="0"/>
            </w:pPr>
            <w:r>
              <w:rPr>
                <w:sz w:val="17"/>
              </w:rPr>
              <w:t>USB-C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0B04193B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3B271DC7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7A8A0406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Zasięg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bezprzewodowy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1BC966BF" w14:textId="77777777" w:rsidR="006B66A7" w:rsidRDefault="006B66A7" w:rsidP="00E73126">
            <w:pPr>
              <w:keepLines/>
              <w:spacing w:after="0"/>
            </w:pPr>
            <w:r>
              <w:rPr>
                <w:sz w:val="17"/>
              </w:rPr>
              <w:t>min. 10 m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18777DF0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5D36554D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66AE40F8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Akumulator</w:t>
            </w:r>
            <w:proofErr w:type="spellEnd"/>
          </w:p>
        </w:tc>
        <w:tc>
          <w:tcPr>
            <w:tcW w:w="4762" w:type="dxa"/>
            <w:vAlign w:val="center"/>
          </w:tcPr>
          <w:p w14:paraId="45FF5697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wbudowany</w:t>
            </w:r>
            <w:proofErr w:type="spellEnd"/>
            <w:r>
              <w:rPr>
                <w:sz w:val="17"/>
              </w:rPr>
              <w:t xml:space="preserve">, min. 3000 </w:t>
            </w:r>
            <w:proofErr w:type="spellStart"/>
            <w:r>
              <w:rPr>
                <w:sz w:val="17"/>
              </w:rPr>
              <w:t>mAh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6FA9B94B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65E56173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087349E9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Częstotliwość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próbkowania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49E72871" w14:textId="77777777" w:rsidR="006B66A7" w:rsidRDefault="006B66A7" w:rsidP="00E73126">
            <w:pPr>
              <w:keepLines/>
              <w:spacing w:after="0"/>
            </w:pPr>
            <w:r>
              <w:rPr>
                <w:sz w:val="17"/>
              </w:rPr>
              <w:t>min. 1000 Hz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440744C0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45CAF13D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2BD8619B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Czas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reakcji</w:t>
            </w:r>
            <w:proofErr w:type="spellEnd"/>
          </w:p>
        </w:tc>
        <w:tc>
          <w:tcPr>
            <w:tcW w:w="4762" w:type="dxa"/>
            <w:vAlign w:val="center"/>
          </w:tcPr>
          <w:p w14:paraId="27252F35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maks</w:t>
            </w:r>
            <w:proofErr w:type="spellEnd"/>
            <w:r>
              <w:rPr>
                <w:sz w:val="17"/>
              </w:rPr>
              <w:t xml:space="preserve">. 1 </w:t>
            </w:r>
            <w:proofErr w:type="spellStart"/>
            <w:r>
              <w:rPr>
                <w:sz w:val="17"/>
              </w:rPr>
              <w:t>ms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5890CB0F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756CCEFC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1595957E" w14:textId="77777777" w:rsidR="006B66A7" w:rsidRDefault="006B66A7" w:rsidP="00E73126">
            <w:pPr>
              <w:keepLines/>
              <w:spacing w:after="0"/>
            </w:pPr>
            <w:r>
              <w:rPr>
                <w:b/>
                <w:sz w:val="17"/>
              </w:rPr>
              <w:t>Anti-Ghosting</w:t>
            </w:r>
          </w:p>
        </w:tc>
        <w:tc>
          <w:tcPr>
            <w:tcW w:w="4762" w:type="dxa"/>
            <w:shd w:val="clear" w:color="auto" w:fill="F5F7FA"/>
            <w:vAlign w:val="center"/>
          </w:tcPr>
          <w:p w14:paraId="2694BE91" w14:textId="77777777" w:rsidR="006B66A7" w:rsidRDefault="006B66A7" w:rsidP="00E73126">
            <w:pPr>
              <w:keepLines/>
              <w:spacing w:after="0"/>
            </w:pPr>
            <w:r>
              <w:rPr>
                <w:sz w:val="17"/>
              </w:rPr>
              <w:t>Tak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335F9891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3FF28F88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6A4D915B" w14:textId="77777777" w:rsidR="006B66A7" w:rsidRDefault="006B66A7" w:rsidP="00E73126">
            <w:pPr>
              <w:keepLines/>
              <w:spacing w:after="0"/>
            </w:pPr>
            <w:r>
              <w:rPr>
                <w:b/>
                <w:sz w:val="17"/>
              </w:rPr>
              <w:t>N-Key Rollover</w:t>
            </w:r>
          </w:p>
        </w:tc>
        <w:tc>
          <w:tcPr>
            <w:tcW w:w="4762" w:type="dxa"/>
            <w:vAlign w:val="center"/>
          </w:tcPr>
          <w:p w14:paraId="3CCE3AFB" w14:textId="77777777" w:rsidR="006B66A7" w:rsidRDefault="006B66A7" w:rsidP="00E73126">
            <w:pPr>
              <w:keepLines/>
              <w:spacing w:after="0"/>
            </w:pPr>
            <w:r>
              <w:rPr>
                <w:sz w:val="17"/>
              </w:rPr>
              <w:t>Tak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4EB990BD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48F922EC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57792B52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Podświetlenie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5E7FDD9A" w14:textId="77777777" w:rsidR="006B66A7" w:rsidRDefault="006B66A7" w:rsidP="00E73126">
            <w:pPr>
              <w:keepLines/>
              <w:spacing w:after="0"/>
            </w:pPr>
            <w:r>
              <w:rPr>
                <w:sz w:val="17"/>
              </w:rPr>
              <w:t xml:space="preserve">RGB, </w:t>
            </w:r>
            <w:proofErr w:type="spellStart"/>
            <w:r>
              <w:rPr>
                <w:sz w:val="17"/>
              </w:rPr>
              <w:t>wielotrybowe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6A653D9A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33431193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18BD99BE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Klawisze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multimedialne</w:t>
            </w:r>
            <w:proofErr w:type="spellEnd"/>
          </w:p>
        </w:tc>
        <w:tc>
          <w:tcPr>
            <w:tcW w:w="4762" w:type="dxa"/>
            <w:vAlign w:val="center"/>
          </w:tcPr>
          <w:p w14:paraId="3CBFD7FA" w14:textId="77777777" w:rsidR="006B66A7" w:rsidRDefault="006B66A7" w:rsidP="00E73126">
            <w:pPr>
              <w:keepLines/>
              <w:spacing w:after="0"/>
            </w:pPr>
            <w:r>
              <w:rPr>
                <w:sz w:val="17"/>
              </w:rPr>
              <w:t>Tak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26CD7660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2B961C16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2F05FFEE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Obsługa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makr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14382AE6" w14:textId="77777777" w:rsidR="006B66A7" w:rsidRDefault="006B66A7" w:rsidP="00E73126">
            <w:pPr>
              <w:keepLines/>
              <w:spacing w:after="0"/>
            </w:pPr>
            <w:r>
              <w:rPr>
                <w:sz w:val="17"/>
              </w:rPr>
              <w:t>Tak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49D28070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2022762E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38C031D6" w14:textId="77777777" w:rsidR="006B66A7" w:rsidRDefault="006B66A7" w:rsidP="00E73126">
            <w:pPr>
              <w:keepLines/>
              <w:spacing w:after="0"/>
            </w:pPr>
            <w:r>
              <w:rPr>
                <w:b/>
                <w:sz w:val="17"/>
              </w:rPr>
              <w:t xml:space="preserve">Profile </w:t>
            </w:r>
            <w:proofErr w:type="spellStart"/>
            <w:r>
              <w:rPr>
                <w:b/>
                <w:sz w:val="17"/>
              </w:rPr>
              <w:t>użytkownika</w:t>
            </w:r>
            <w:proofErr w:type="spellEnd"/>
          </w:p>
        </w:tc>
        <w:tc>
          <w:tcPr>
            <w:tcW w:w="4762" w:type="dxa"/>
            <w:vAlign w:val="center"/>
          </w:tcPr>
          <w:p w14:paraId="4044C146" w14:textId="77777777" w:rsidR="006B66A7" w:rsidRDefault="006B66A7" w:rsidP="00E73126">
            <w:pPr>
              <w:keepLines/>
              <w:spacing w:after="0"/>
            </w:pPr>
            <w:r>
              <w:rPr>
                <w:sz w:val="17"/>
              </w:rPr>
              <w:t>Tak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28B76ECD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2F5230B7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651C9607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Pamięć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wbudowana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14B48A26" w14:textId="77777777" w:rsidR="006B66A7" w:rsidRDefault="006B66A7" w:rsidP="00E73126">
            <w:pPr>
              <w:keepLines/>
              <w:spacing w:after="0"/>
            </w:pPr>
            <w:r>
              <w:rPr>
                <w:sz w:val="17"/>
              </w:rPr>
              <w:t>Tak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6D249417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561113DD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7F23A7C8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Regulacja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nachylenia</w:t>
            </w:r>
            <w:proofErr w:type="spellEnd"/>
          </w:p>
        </w:tc>
        <w:tc>
          <w:tcPr>
            <w:tcW w:w="4762" w:type="dxa"/>
            <w:vAlign w:val="center"/>
          </w:tcPr>
          <w:p w14:paraId="15E8928E" w14:textId="77777777" w:rsidR="006B66A7" w:rsidRDefault="006B66A7" w:rsidP="00E73126">
            <w:pPr>
              <w:keepLines/>
              <w:spacing w:after="0"/>
            </w:pPr>
            <w:r>
              <w:rPr>
                <w:sz w:val="17"/>
              </w:rPr>
              <w:t xml:space="preserve">Tak, </w:t>
            </w:r>
            <w:proofErr w:type="spellStart"/>
            <w:r>
              <w:rPr>
                <w:sz w:val="17"/>
              </w:rPr>
              <w:t>składane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nóżki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164AFE79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3640650D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6833F00E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Przewód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2B8D4312" w14:textId="77777777" w:rsidR="006B66A7" w:rsidRDefault="006B66A7" w:rsidP="00E73126">
            <w:pPr>
              <w:keepLines/>
              <w:spacing w:after="0"/>
            </w:pPr>
            <w:r>
              <w:rPr>
                <w:sz w:val="17"/>
              </w:rPr>
              <w:t xml:space="preserve">Odłączany USB, </w:t>
            </w:r>
            <w:proofErr w:type="spellStart"/>
            <w:r>
              <w:rPr>
                <w:sz w:val="17"/>
              </w:rPr>
              <w:t>długość</w:t>
            </w:r>
            <w:proofErr w:type="spellEnd"/>
            <w:r>
              <w:rPr>
                <w:sz w:val="17"/>
              </w:rPr>
              <w:t xml:space="preserve"> min. 1,5 m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6552D849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5BE303A7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5F717937" w14:textId="77777777" w:rsidR="006B66A7" w:rsidRDefault="006B66A7" w:rsidP="00E73126">
            <w:pPr>
              <w:keepLines/>
              <w:spacing w:after="0"/>
            </w:pPr>
            <w:r>
              <w:rPr>
                <w:b/>
                <w:sz w:val="17"/>
              </w:rPr>
              <w:t>Kolor</w:t>
            </w:r>
          </w:p>
        </w:tc>
        <w:tc>
          <w:tcPr>
            <w:tcW w:w="4762" w:type="dxa"/>
            <w:vAlign w:val="center"/>
          </w:tcPr>
          <w:p w14:paraId="1F44167D" w14:textId="77777777" w:rsidR="006B66A7" w:rsidRDefault="006B66A7" w:rsidP="00E73126">
            <w:pPr>
              <w:keepLines/>
              <w:spacing w:after="0"/>
            </w:pPr>
            <w:r>
              <w:rPr>
                <w:sz w:val="17"/>
              </w:rPr>
              <w:t>Czarny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121F7548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0A71BCAF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2F0FF5DC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Maksymalne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wymiary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1257CABF" w14:textId="77777777" w:rsidR="006B66A7" w:rsidRDefault="006B66A7" w:rsidP="00E73126">
            <w:pPr>
              <w:keepLines/>
              <w:spacing w:after="0"/>
            </w:pPr>
            <w:r>
              <w:rPr>
                <w:sz w:val="17"/>
              </w:rPr>
              <w:t>ok. 358 × 133 × 25 mm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4D09C259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4347BCC3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48602BB6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Maksymalna</w:t>
            </w:r>
            <w:proofErr w:type="spellEnd"/>
            <w:r>
              <w:rPr>
                <w:b/>
                <w:sz w:val="17"/>
              </w:rPr>
              <w:t xml:space="preserve"> masa</w:t>
            </w:r>
          </w:p>
        </w:tc>
        <w:tc>
          <w:tcPr>
            <w:tcW w:w="4762" w:type="dxa"/>
            <w:vAlign w:val="center"/>
          </w:tcPr>
          <w:p w14:paraId="2C79D06B" w14:textId="77777777" w:rsidR="006B66A7" w:rsidRDefault="006B66A7" w:rsidP="00E73126">
            <w:pPr>
              <w:keepLines/>
              <w:spacing w:after="0"/>
            </w:pPr>
            <w:r>
              <w:rPr>
                <w:sz w:val="17"/>
              </w:rPr>
              <w:t>ok. 750 g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583D508B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6609A228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32215DA2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Obsługiwane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systemy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4511CCB1" w14:textId="77777777" w:rsidR="006B66A7" w:rsidRDefault="006B66A7" w:rsidP="00E73126">
            <w:pPr>
              <w:keepLines/>
              <w:spacing w:after="0"/>
            </w:pPr>
            <w:r>
              <w:rPr>
                <w:sz w:val="17"/>
              </w:rPr>
              <w:t>Windows 10/11, Linux, macOS, Android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56E68F05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5D092EC1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1A9ED597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Wyposażenie</w:t>
            </w:r>
            <w:proofErr w:type="spellEnd"/>
          </w:p>
        </w:tc>
        <w:tc>
          <w:tcPr>
            <w:tcW w:w="4762" w:type="dxa"/>
            <w:vAlign w:val="center"/>
          </w:tcPr>
          <w:p w14:paraId="5A74BB66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odbiornik</w:t>
            </w:r>
            <w:proofErr w:type="spellEnd"/>
            <w:r>
              <w:rPr>
                <w:sz w:val="17"/>
              </w:rPr>
              <w:t xml:space="preserve"> USB 2,4 GHz, </w:t>
            </w:r>
            <w:proofErr w:type="spellStart"/>
            <w:r>
              <w:rPr>
                <w:sz w:val="17"/>
              </w:rPr>
              <w:t>przewód</w:t>
            </w:r>
            <w:proofErr w:type="spellEnd"/>
            <w:r>
              <w:rPr>
                <w:sz w:val="17"/>
              </w:rPr>
              <w:t xml:space="preserve"> USB, adapter USB-A/USB-C, </w:t>
            </w:r>
            <w:proofErr w:type="spellStart"/>
            <w:r>
              <w:rPr>
                <w:sz w:val="17"/>
              </w:rPr>
              <w:t>narzędzie</w:t>
            </w:r>
            <w:proofErr w:type="spellEnd"/>
            <w:r>
              <w:rPr>
                <w:sz w:val="17"/>
              </w:rPr>
              <w:t xml:space="preserve"> do </w:t>
            </w:r>
            <w:proofErr w:type="spellStart"/>
            <w:r>
              <w:rPr>
                <w:sz w:val="17"/>
              </w:rPr>
              <w:t>demontażu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klawiszy</w:t>
            </w:r>
            <w:proofErr w:type="spellEnd"/>
            <w:r>
              <w:rPr>
                <w:sz w:val="17"/>
              </w:rPr>
              <w:t>/</w:t>
            </w:r>
            <w:proofErr w:type="spellStart"/>
            <w:r>
              <w:rPr>
                <w:sz w:val="17"/>
              </w:rPr>
              <w:t>przełączników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4B462513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37479A0F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44538EAF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Gwarancja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5495B0FB" w14:textId="77777777" w:rsidR="006B66A7" w:rsidRDefault="006B66A7" w:rsidP="00E73126">
            <w:pPr>
              <w:keepLines/>
              <w:spacing w:after="0"/>
            </w:pPr>
            <w:r>
              <w:rPr>
                <w:sz w:val="17"/>
              </w:rPr>
              <w:t xml:space="preserve">min. 24 </w:t>
            </w:r>
            <w:proofErr w:type="spellStart"/>
            <w:r>
              <w:rPr>
                <w:sz w:val="17"/>
              </w:rPr>
              <w:t>miesiące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0DB36C1F" w14:textId="77777777" w:rsidR="006B66A7" w:rsidRDefault="006B66A7" w:rsidP="00E73126">
            <w:pPr>
              <w:keepLines/>
              <w:spacing w:after="0"/>
            </w:pPr>
          </w:p>
        </w:tc>
      </w:tr>
    </w:tbl>
    <w:p w14:paraId="19FD2969" w14:textId="77777777" w:rsidR="00AF05CA" w:rsidRDefault="00AF05CA" w:rsidP="006B66A7"/>
    <w:tbl>
      <w:tblPr>
        <w:tblStyle w:val="Tabela-Siatka"/>
        <w:tblW w:w="0" w:type="auto"/>
        <w:tblInd w:w="38" w:type="dxa"/>
        <w:tblLook w:val="04A0" w:firstRow="1" w:lastRow="0" w:firstColumn="1" w:lastColumn="0" w:noHBand="0" w:noVBand="1"/>
      </w:tblPr>
      <w:tblGrid>
        <w:gridCol w:w="3446"/>
        <w:gridCol w:w="1444"/>
        <w:gridCol w:w="2410"/>
      </w:tblGrid>
      <w:tr w:rsidR="00AF05CA" w14:paraId="576680A8" w14:textId="77777777">
        <w:tc>
          <w:tcPr>
            <w:tcW w:w="34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4F5F48" w14:textId="77777777" w:rsidR="00AF05CA" w:rsidRDefault="00AF05CA">
            <w:r>
              <w:t xml:space="preserve">Cena za 1 </w:t>
            </w:r>
            <w:proofErr w:type="spellStart"/>
            <w:r>
              <w:t>szt</w:t>
            </w:r>
            <w:proofErr w:type="spellEnd"/>
            <w:r>
              <w:t>.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0735AF" w14:textId="77777777" w:rsidR="00AF05CA" w:rsidRDefault="00AF05CA">
            <w:r>
              <w:t xml:space="preserve">Netto w </w:t>
            </w:r>
            <w:proofErr w:type="spellStart"/>
            <w:r>
              <w:t>zł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7EA33CF5" w14:textId="77777777" w:rsidR="00AF05CA" w:rsidRDefault="00AF05CA">
            <w:pPr>
              <w:rPr>
                <w:highlight w:val="yellow"/>
              </w:rPr>
            </w:pPr>
          </w:p>
        </w:tc>
      </w:tr>
      <w:tr w:rsidR="00AF05CA" w14:paraId="54DF75B3" w14:textId="7777777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629E67" w14:textId="77777777" w:rsidR="00AF05CA" w:rsidRDefault="00AF05CA">
            <w:pPr>
              <w:spacing w:after="0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638213" w14:textId="77777777" w:rsidR="00AF05CA" w:rsidRDefault="00AF05CA">
            <w:r>
              <w:t xml:space="preserve">Brutto w </w:t>
            </w:r>
            <w:proofErr w:type="spellStart"/>
            <w:r>
              <w:t>zł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4081F6A2" w14:textId="77777777" w:rsidR="00AF05CA" w:rsidRDefault="00AF05CA">
            <w:pPr>
              <w:rPr>
                <w:highlight w:val="yellow"/>
              </w:rPr>
            </w:pPr>
          </w:p>
        </w:tc>
      </w:tr>
      <w:tr w:rsidR="00AF05CA" w14:paraId="01FEFFED" w14:textId="77777777">
        <w:tc>
          <w:tcPr>
            <w:tcW w:w="34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B32D7F" w14:textId="5B5D42BE" w:rsidR="00AF05CA" w:rsidRDefault="00AF05CA">
            <w:proofErr w:type="spellStart"/>
            <w:r>
              <w:t>Łączna</w:t>
            </w:r>
            <w:proofErr w:type="spellEnd"/>
            <w:r>
              <w:t xml:space="preserve"> </w:t>
            </w:r>
            <w:proofErr w:type="spellStart"/>
            <w:r>
              <w:t>Kwota</w:t>
            </w:r>
            <w:proofErr w:type="spellEnd"/>
            <w:r>
              <w:t xml:space="preserve"> za: </w:t>
            </w:r>
            <w:r>
              <w:t>1</w:t>
            </w:r>
            <w:r>
              <w:t xml:space="preserve"> </w:t>
            </w:r>
            <w:proofErr w:type="spellStart"/>
            <w:r>
              <w:t>szt</w:t>
            </w:r>
            <w:proofErr w:type="spellEnd"/>
            <w:r>
              <w:t>.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E50FF8" w14:textId="77777777" w:rsidR="00AF05CA" w:rsidRDefault="00AF05CA">
            <w:r>
              <w:t xml:space="preserve">Netto w </w:t>
            </w:r>
            <w:proofErr w:type="spellStart"/>
            <w:r>
              <w:t>zł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45A264BA" w14:textId="77777777" w:rsidR="00AF05CA" w:rsidRDefault="00AF05CA">
            <w:pPr>
              <w:rPr>
                <w:highlight w:val="yellow"/>
              </w:rPr>
            </w:pPr>
          </w:p>
        </w:tc>
      </w:tr>
      <w:tr w:rsidR="00AF05CA" w14:paraId="73EE8A4C" w14:textId="7777777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ACDE19" w14:textId="77777777" w:rsidR="00AF05CA" w:rsidRDefault="00AF05CA">
            <w:pPr>
              <w:spacing w:after="0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D12500" w14:textId="16F964F5" w:rsidR="00AF05CA" w:rsidRDefault="0025708B">
            <w:r>
              <w:t>Br</w:t>
            </w:r>
            <w:r w:rsidR="00AF05CA">
              <w:t xml:space="preserve">utto w </w:t>
            </w:r>
            <w:proofErr w:type="spellStart"/>
            <w:r w:rsidR="00AF05CA">
              <w:t>zł</w:t>
            </w:r>
            <w:proofErr w:type="spellEnd"/>
            <w:r w:rsidR="00AF05CA">
              <w:t>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4A853928" w14:textId="77777777" w:rsidR="00AF05CA" w:rsidRDefault="00AF05CA">
            <w:pPr>
              <w:rPr>
                <w:highlight w:val="yellow"/>
              </w:rPr>
            </w:pPr>
          </w:p>
        </w:tc>
      </w:tr>
    </w:tbl>
    <w:p w14:paraId="1641A3CD" w14:textId="77777777" w:rsidR="00AF05CA" w:rsidRDefault="00AF05CA" w:rsidP="006B66A7"/>
    <w:p w14:paraId="50EDFF26" w14:textId="53A5C82C" w:rsidR="006B66A7" w:rsidRDefault="006B66A7" w:rsidP="006B66A7">
      <w:r>
        <w:t xml:space="preserve">Oświadczamy, </w:t>
      </w:r>
      <w:proofErr w:type="spellStart"/>
      <w:r>
        <w:t>że</w:t>
      </w:r>
      <w:proofErr w:type="spellEnd"/>
      <w:r>
        <w:t xml:space="preserve"> </w:t>
      </w:r>
      <w:proofErr w:type="spellStart"/>
      <w:r>
        <w:t>oferowany</w:t>
      </w:r>
      <w:proofErr w:type="spellEnd"/>
      <w:r>
        <w:t xml:space="preserve"> </w:t>
      </w:r>
      <w:proofErr w:type="spellStart"/>
      <w:r>
        <w:t>przedmiot</w:t>
      </w:r>
      <w:proofErr w:type="spellEnd"/>
      <w:r>
        <w:t xml:space="preserve"> </w:t>
      </w:r>
      <w:proofErr w:type="spellStart"/>
      <w:r>
        <w:t>zamówienia</w:t>
      </w:r>
      <w:proofErr w:type="spellEnd"/>
      <w:r>
        <w:t xml:space="preserve"> </w:t>
      </w:r>
      <w:proofErr w:type="spellStart"/>
      <w:r>
        <w:t>spełnia</w:t>
      </w:r>
      <w:proofErr w:type="spellEnd"/>
      <w:r>
        <w:t xml:space="preserve"> </w:t>
      </w:r>
      <w:proofErr w:type="spellStart"/>
      <w:r>
        <w:t>wymagania</w:t>
      </w:r>
      <w:proofErr w:type="spellEnd"/>
      <w:r>
        <w:t xml:space="preserve"> </w:t>
      </w:r>
      <w:proofErr w:type="spellStart"/>
      <w:r>
        <w:t>wskazane</w:t>
      </w:r>
      <w:proofErr w:type="spellEnd"/>
      <w:r>
        <w:t xml:space="preserve"> w </w:t>
      </w:r>
      <w:proofErr w:type="spellStart"/>
      <w:r>
        <w:t>tabeli</w:t>
      </w:r>
      <w:proofErr w:type="spellEnd"/>
      <w:r>
        <w:t>.</w:t>
      </w:r>
    </w:p>
    <w:p w14:paraId="55623C81" w14:textId="77777777" w:rsidR="006B66A7" w:rsidRDefault="006B66A7" w:rsidP="006B66A7">
      <w:r>
        <w:t>.....................................................................................</w:t>
      </w:r>
      <w:r>
        <w:br/>
        <w:t xml:space="preserve">Data </w:t>
      </w:r>
      <w:proofErr w:type="spellStart"/>
      <w:r>
        <w:t>i</w:t>
      </w:r>
      <w:proofErr w:type="spellEnd"/>
      <w:r>
        <w:t xml:space="preserve"> </w:t>
      </w:r>
      <w:proofErr w:type="spellStart"/>
      <w:r>
        <w:t>podpis</w:t>
      </w:r>
      <w:proofErr w:type="spellEnd"/>
      <w:r>
        <w:t xml:space="preserve"> </w:t>
      </w:r>
      <w:proofErr w:type="spellStart"/>
      <w:r>
        <w:t>osoby</w:t>
      </w:r>
      <w:proofErr w:type="spellEnd"/>
      <w:r>
        <w:t xml:space="preserve"> </w:t>
      </w:r>
      <w:proofErr w:type="spellStart"/>
      <w:r>
        <w:t>upoważnionej</w:t>
      </w:r>
      <w:proofErr w:type="spellEnd"/>
      <w:r>
        <w:t xml:space="preserve"> do </w:t>
      </w:r>
      <w:proofErr w:type="spellStart"/>
      <w:r>
        <w:t>złożenia</w:t>
      </w:r>
      <w:proofErr w:type="spellEnd"/>
      <w:r>
        <w:t xml:space="preserve"> </w:t>
      </w:r>
      <w:proofErr w:type="spellStart"/>
      <w:r>
        <w:t>oferty</w:t>
      </w:r>
      <w:proofErr w:type="spellEnd"/>
    </w:p>
    <w:p w14:paraId="51B519C7" w14:textId="51CEE059" w:rsidR="006B66A7" w:rsidRDefault="006B66A7">
      <w:pPr>
        <w:spacing w:after="200"/>
      </w:pPr>
      <w:r>
        <w:br w:type="page"/>
      </w:r>
    </w:p>
    <w:p w14:paraId="771E4B63" w14:textId="77777777" w:rsidR="006B66A7" w:rsidRPr="00AB0717" w:rsidRDefault="006B66A7" w:rsidP="006B66A7">
      <w:pPr>
        <w:jc w:val="right"/>
        <w:rPr>
          <w:b/>
          <w:color w:val="1C324B"/>
          <w:szCs w:val="18"/>
        </w:rPr>
      </w:pPr>
      <w:proofErr w:type="spellStart"/>
      <w:r w:rsidRPr="00AB0717">
        <w:rPr>
          <w:b/>
          <w:color w:val="1C324B"/>
          <w:szCs w:val="18"/>
        </w:rPr>
        <w:lastRenderedPageBreak/>
        <w:t>Załącznik</w:t>
      </w:r>
      <w:proofErr w:type="spellEnd"/>
      <w:r w:rsidRPr="00AB0717">
        <w:rPr>
          <w:b/>
          <w:color w:val="1C324B"/>
          <w:szCs w:val="18"/>
        </w:rPr>
        <w:t xml:space="preserve"> nr 4.</w:t>
      </w:r>
      <w:r>
        <w:rPr>
          <w:b/>
          <w:color w:val="1C324B"/>
          <w:szCs w:val="18"/>
        </w:rPr>
        <w:t>9</w:t>
      </w:r>
    </w:p>
    <w:p w14:paraId="603F04E8" w14:textId="77777777" w:rsidR="006B66A7" w:rsidRDefault="006B66A7" w:rsidP="006B66A7">
      <w:pPr>
        <w:jc w:val="center"/>
      </w:pPr>
      <w:r>
        <w:rPr>
          <w:b/>
          <w:color w:val="1C324B"/>
          <w:sz w:val="28"/>
        </w:rPr>
        <w:t>OPIS PRZEDMIOTU ZAMÓWIENIA</w:t>
      </w:r>
    </w:p>
    <w:p w14:paraId="6CAC2081" w14:textId="77777777" w:rsidR="006B66A7" w:rsidRDefault="006B66A7" w:rsidP="006B66A7">
      <w:pPr>
        <w:jc w:val="center"/>
      </w:pPr>
      <w:proofErr w:type="spellStart"/>
      <w:r>
        <w:rPr>
          <w:b/>
          <w:sz w:val="22"/>
        </w:rPr>
        <w:t>Specyfikacja</w:t>
      </w:r>
      <w:proofErr w:type="spellEnd"/>
      <w:r>
        <w:rPr>
          <w:b/>
          <w:sz w:val="22"/>
        </w:rPr>
        <w:t xml:space="preserve"> </w:t>
      </w:r>
      <w:proofErr w:type="spellStart"/>
      <w:r>
        <w:rPr>
          <w:b/>
          <w:sz w:val="22"/>
        </w:rPr>
        <w:t>techniczna</w:t>
      </w:r>
      <w:proofErr w:type="spellEnd"/>
      <w:r>
        <w:rPr>
          <w:b/>
          <w:sz w:val="22"/>
        </w:rPr>
        <w:t xml:space="preserve"> - </w:t>
      </w:r>
      <w:proofErr w:type="spellStart"/>
      <w:r>
        <w:rPr>
          <w:b/>
          <w:sz w:val="22"/>
        </w:rPr>
        <w:t>Ekran</w:t>
      </w:r>
      <w:proofErr w:type="spellEnd"/>
      <w:r>
        <w:rPr>
          <w:b/>
          <w:sz w:val="22"/>
        </w:rPr>
        <w:t xml:space="preserve"> </w:t>
      </w:r>
      <w:proofErr w:type="spellStart"/>
      <w:r>
        <w:rPr>
          <w:b/>
          <w:sz w:val="22"/>
        </w:rPr>
        <w:t>Typ</w:t>
      </w:r>
      <w:proofErr w:type="spellEnd"/>
      <w:r>
        <w:rPr>
          <w:b/>
          <w:sz w:val="22"/>
        </w:rPr>
        <w:t xml:space="preserve"> A – 10 </w:t>
      </w:r>
      <w:proofErr w:type="spellStart"/>
      <w:r>
        <w:rPr>
          <w:b/>
          <w:sz w:val="22"/>
        </w:rPr>
        <w:t>szt</w:t>
      </w:r>
      <w:proofErr w:type="spellEnd"/>
      <w:r>
        <w:rPr>
          <w:b/>
          <w:sz w:val="22"/>
        </w:rPr>
        <w:t>.</w:t>
      </w:r>
    </w:p>
    <w:p w14:paraId="2267E81B" w14:textId="77777777" w:rsidR="006B66A7" w:rsidRDefault="006B66A7" w:rsidP="006B66A7">
      <w:r>
        <w:t xml:space="preserve">Producent: ........................................................................     Model / </w:t>
      </w:r>
      <w:proofErr w:type="spellStart"/>
      <w:r>
        <w:t>oznaczenie</w:t>
      </w:r>
      <w:proofErr w:type="spellEnd"/>
      <w:r>
        <w:t>: ........................................................................</w:t>
      </w:r>
    </w:p>
    <w:tbl>
      <w:tblPr>
        <w:tblStyle w:val="Tabela-Siatka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438"/>
        <w:gridCol w:w="4762"/>
        <w:gridCol w:w="2324"/>
      </w:tblGrid>
      <w:tr w:rsidR="006B66A7" w14:paraId="59544E25" w14:textId="77777777" w:rsidTr="00AF05CA">
        <w:trPr>
          <w:cantSplit/>
          <w:tblHeader/>
          <w:jc w:val="center"/>
        </w:trPr>
        <w:tc>
          <w:tcPr>
            <w:tcW w:w="2438" w:type="dxa"/>
            <w:shd w:val="clear" w:color="auto" w:fill="E8EEF5"/>
          </w:tcPr>
          <w:p w14:paraId="07401560" w14:textId="77777777" w:rsidR="006B66A7" w:rsidRDefault="006B66A7" w:rsidP="00E73126">
            <w:pPr>
              <w:spacing w:after="0"/>
            </w:pPr>
            <w:proofErr w:type="spellStart"/>
            <w:r>
              <w:rPr>
                <w:b/>
                <w:sz w:val="17"/>
              </w:rPr>
              <w:t>Cecha</w:t>
            </w:r>
            <w:proofErr w:type="spellEnd"/>
            <w:r>
              <w:rPr>
                <w:b/>
                <w:sz w:val="17"/>
              </w:rPr>
              <w:t xml:space="preserve"> / </w:t>
            </w:r>
            <w:proofErr w:type="spellStart"/>
            <w:r>
              <w:rPr>
                <w:b/>
                <w:sz w:val="17"/>
              </w:rPr>
              <w:t>parametr</w:t>
            </w:r>
            <w:proofErr w:type="spellEnd"/>
          </w:p>
        </w:tc>
        <w:tc>
          <w:tcPr>
            <w:tcW w:w="4762" w:type="dxa"/>
            <w:shd w:val="clear" w:color="auto" w:fill="E8EEF5"/>
          </w:tcPr>
          <w:p w14:paraId="4080B4E1" w14:textId="77777777" w:rsidR="006B66A7" w:rsidRDefault="006B66A7" w:rsidP="00E73126">
            <w:pPr>
              <w:spacing w:after="0"/>
            </w:pPr>
            <w:proofErr w:type="spellStart"/>
            <w:r>
              <w:rPr>
                <w:b/>
                <w:sz w:val="17"/>
              </w:rPr>
              <w:t>Wymagane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minimalne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parametry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techniczne</w:t>
            </w:r>
            <w:proofErr w:type="spellEnd"/>
          </w:p>
        </w:tc>
        <w:tc>
          <w:tcPr>
            <w:tcW w:w="2324" w:type="dxa"/>
            <w:shd w:val="clear" w:color="auto" w:fill="FFFF99"/>
          </w:tcPr>
          <w:p w14:paraId="24A7EDA3" w14:textId="77777777" w:rsidR="006B66A7" w:rsidRDefault="006B66A7" w:rsidP="00E73126">
            <w:pPr>
              <w:spacing w:after="0"/>
            </w:pPr>
            <w:proofErr w:type="spellStart"/>
            <w:r>
              <w:rPr>
                <w:b/>
                <w:sz w:val="17"/>
              </w:rPr>
              <w:t>Oferowane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parametry</w:t>
            </w:r>
            <w:proofErr w:type="spellEnd"/>
            <w:r>
              <w:rPr>
                <w:b/>
                <w:sz w:val="17"/>
              </w:rPr>
              <w:t xml:space="preserve"> (</w:t>
            </w:r>
            <w:proofErr w:type="spellStart"/>
            <w:r>
              <w:rPr>
                <w:b/>
                <w:sz w:val="17"/>
              </w:rPr>
              <w:t>wypełnia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Wykonawca</w:t>
            </w:r>
            <w:proofErr w:type="spellEnd"/>
            <w:r>
              <w:rPr>
                <w:b/>
                <w:sz w:val="17"/>
              </w:rPr>
              <w:t>)</w:t>
            </w:r>
          </w:p>
        </w:tc>
      </w:tr>
      <w:tr w:rsidR="006B66A7" w14:paraId="29734AF0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1246C9AB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Typ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urządzenia</w:t>
            </w:r>
            <w:proofErr w:type="spellEnd"/>
          </w:p>
        </w:tc>
        <w:tc>
          <w:tcPr>
            <w:tcW w:w="4762" w:type="dxa"/>
            <w:vAlign w:val="center"/>
          </w:tcPr>
          <w:p w14:paraId="40B371FF" w14:textId="77777777" w:rsidR="006B66A7" w:rsidRDefault="006B66A7" w:rsidP="00E73126">
            <w:pPr>
              <w:keepLines/>
              <w:spacing w:after="0"/>
            </w:pPr>
            <w:r>
              <w:rPr>
                <w:sz w:val="17"/>
              </w:rPr>
              <w:t xml:space="preserve">Monitor LCD LED </w:t>
            </w:r>
            <w:proofErr w:type="spellStart"/>
            <w:r>
              <w:rPr>
                <w:sz w:val="17"/>
              </w:rPr>
              <w:t>przeznaczony</w:t>
            </w:r>
            <w:proofErr w:type="spellEnd"/>
            <w:r>
              <w:rPr>
                <w:sz w:val="17"/>
              </w:rPr>
              <w:t xml:space="preserve"> do </w:t>
            </w:r>
            <w:proofErr w:type="spellStart"/>
            <w:r>
              <w:rPr>
                <w:sz w:val="17"/>
              </w:rPr>
              <w:t>pracy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biurowej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3F292B6A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254A738D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470EB353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Przekątna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ekranu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1A0264B3" w14:textId="77777777" w:rsidR="006B66A7" w:rsidRDefault="006B66A7" w:rsidP="00E73126">
            <w:pPr>
              <w:keepLines/>
              <w:spacing w:after="0"/>
            </w:pPr>
            <w:r>
              <w:rPr>
                <w:sz w:val="17"/>
              </w:rPr>
              <w:t>minimum 23,8”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68DDEFEE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0622B9AD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343FA5E4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Typ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matrycy</w:t>
            </w:r>
            <w:proofErr w:type="spellEnd"/>
          </w:p>
        </w:tc>
        <w:tc>
          <w:tcPr>
            <w:tcW w:w="4762" w:type="dxa"/>
            <w:vAlign w:val="center"/>
          </w:tcPr>
          <w:p w14:paraId="08CBE21D" w14:textId="77777777" w:rsidR="006B66A7" w:rsidRDefault="006B66A7" w:rsidP="00E73126">
            <w:pPr>
              <w:keepLines/>
              <w:spacing w:after="0"/>
            </w:pPr>
            <w:r>
              <w:rPr>
                <w:sz w:val="17"/>
              </w:rPr>
              <w:t xml:space="preserve">IPS </w:t>
            </w:r>
            <w:proofErr w:type="spellStart"/>
            <w:r>
              <w:rPr>
                <w:sz w:val="17"/>
              </w:rPr>
              <w:t>lub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równoważna</w:t>
            </w:r>
            <w:proofErr w:type="spellEnd"/>
            <w:r>
              <w:rPr>
                <w:sz w:val="17"/>
              </w:rPr>
              <w:t xml:space="preserve">, </w:t>
            </w:r>
            <w:proofErr w:type="spellStart"/>
            <w:r>
              <w:rPr>
                <w:sz w:val="17"/>
              </w:rPr>
              <w:t>matowa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10AE348D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290DCD60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7D39DB04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Rozdzielczość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2F9418FF" w14:textId="77777777" w:rsidR="006B66A7" w:rsidRDefault="006B66A7" w:rsidP="00E73126">
            <w:pPr>
              <w:keepLines/>
              <w:spacing w:after="0"/>
            </w:pPr>
            <w:r>
              <w:rPr>
                <w:sz w:val="17"/>
              </w:rPr>
              <w:t>minimum 1920 × 1080 (Full HD)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5F8FC1E1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4677262F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118CA04A" w14:textId="77777777" w:rsidR="006B66A7" w:rsidRDefault="006B66A7" w:rsidP="00E73126">
            <w:pPr>
              <w:keepLines/>
              <w:spacing w:after="0"/>
            </w:pPr>
            <w:r>
              <w:rPr>
                <w:b/>
                <w:sz w:val="17"/>
              </w:rPr>
              <w:t xml:space="preserve">Format </w:t>
            </w:r>
            <w:proofErr w:type="spellStart"/>
            <w:r>
              <w:rPr>
                <w:b/>
                <w:sz w:val="17"/>
              </w:rPr>
              <w:t>obrazu</w:t>
            </w:r>
            <w:proofErr w:type="spellEnd"/>
          </w:p>
        </w:tc>
        <w:tc>
          <w:tcPr>
            <w:tcW w:w="4762" w:type="dxa"/>
            <w:vAlign w:val="center"/>
          </w:tcPr>
          <w:p w14:paraId="5AEDE423" w14:textId="77777777" w:rsidR="006B66A7" w:rsidRDefault="006B66A7" w:rsidP="00E73126">
            <w:pPr>
              <w:keepLines/>
              <w:spacing w:after="0"/>
            </w:pPr>
            <w:r>
              <w:rPr>
                <w:sz w:val="17"/>
              </w:rPr>
              <w:t>16:9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735607D3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0C23FED2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6400AEB7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Częstotliwość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odświeżania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093B93ED" w14:textId="77777777" w:rsidR="006B66A7" w:rsidRDefault="006B66A7" w:rsidP="00E73126">
            <w:pPr>
              <w:keepLines/>
              <w:spacing w:after="0"/>
            </w:pPr>
            <w:r>
              <w:rPr>
                <w:sz w:val="17"/>
              </w:rPr>
              <w:t>minimum 100 Hz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4DA69EB9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48C73CE8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5BF36912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Jasność</w:t>
            </w:r>
            <w:proofErr w:type="spellEnd"/>
          </w:p>
        </w:tc>
        <w:tc>
          <w:tcPr>
            <w:tcW w:w="4762" w:type="dxa"/>
            <w:vAlign w:val="center"/>
          </w:tcPr>
          <w:p w14:paraId="2412CCE1" w14:textId="77777777" w:rsidR="006B66A7" w:rsidRDefault="006B66A7" w:rsidP="00E73126">
            <w:pPr>
              <w:keepLines/>
              <w:spacing w:after="0"/>
            </w:pPr>
            <w:r>
              <w:rPr>
                <w:sz w:val="17"/>
              </w:rPr>
              <w:t>minimum 300 cd/m²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004A9874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7CB90E68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1E7874EA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Kontrast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statyczny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0E29F4B3" w14:textId="77777777" w:rsidR="006B66A7" w:rsidRDefault="006B66A7" w:rsidP="00E73126">
            <w:pPr>
              <w:keepLines/>
              <w:spacing w:after="0"/>
            </w:pPr>
            <w:r>
              <w:rPr>
                <w:sz w:val="17"/>
              </w:rPr>
              <w:t>minimum 1500:1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7A9D39A3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7FB83F6B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626AB712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Kąty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widzenia</w:t>
            </w:r>
            <w:proofErr w:type="spellEnd"/>
          </w:p>
        </w:tc>
        <w:tc>
          <w:tcPr>
            <w:tcW w:w="4762" w:type="dxa"/>
            <w:vAlign w:val="center"/>
          </w:tcPr>
          <w:p w14:paraId="32FE2128" w14:textId="77777777" w:rsidR="006B66A7" w:rsidRDefault="006B66A7" w:rsidP="00E73126">
            <w:pPr>
              <w:keepLines/>
              <w:spacing w:after="0"/>
            </w:pPr>
            <w:r>
              <w:rPr>
                <w:sz w:val="17"/>
              </w:rPr>
              <w:t xml:space="preserve">minimum 178° w </w:t>
            </w:r>
            <w:proofErr w:type="spellStart"/>
            <w:r>
              <w:rPr>
                <w:sz w:val="17"/>
              </w:rPr>
              <w:t>pionie</w:t>
            </w:r>
            <w:proofErr w:type="spellEnd"/>
            <w:r>
              <w:rPr>
                <w:sz w:val="17"/>
              </w:rPr>
              <w:t xml:space="preserve"> i </w:t>
            </w:r>
            <w:proofErr w:type="spellStart"/>
            <w:r>
              <w:rPr>
                <w:sz w:val="17"/>
              </w:rPr>
              <w:t>poziomie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5A4AB96C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11E7C5DB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5A65EE3F" w14:textId="77777777" w:rsidR="006B66A7" w:rsidRDefault="006B66A7" w:rsidP="00E73126">
            <w:pPr>
              <w:keepLines/>
              <w:spacing w:after="0"/>
            </w:pPr>
            <w:r>
              <w:rPr>
                <w:b/>
                <w:sz w:val="17"/>
              </w:rPr>
              <w:t>HDMI</w:t>
            </w:r>
          </w:p>
        </w:tc>
        <w:tc>
          <w:tcPr>
            <w:tcW w:w="4762" w:type="dxa"/>
            <w:shd w:val="clear" w:color="auto" w:fill="F5F7FA"/>
            <w:vAlign w:val="center"/>
          </w:tcPr>
          <w:p w14:paraId="1371C2D4" w14:textId="77777777" w:rsidR="006B66A7" w:rsidRDefault="006B66A7" w:rsidP="00E73126">
            <w:pPr>
              <w:keepLines/>
              <w:spacing w:after="0"/>
            </w:pPr>
            <w:r>
              <w:rPr>
                <w:sz w:val="17"/>
              </w:rPr>
              <w:t>minimum 1 × HDMI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0E4BEDA0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4D6CFEBC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039E14EA" w14:textId="77777777" w:rsidR="006B66A7" w:rsidRDefault="006B66A7" w:rsidP="00E73126">
            <w:pPr>
              <w:keepLines/>
              <w:spacing w:after="0"/>
            </w:pPr>
            <w:r>
              <w:rPr>
                <w:b/>
                <w:sz w:val="17"/>
              </w:rPr>
              <w:t>DisplayPort</w:t>
            </w:r>
          </w:p>
        </w:tc>
        <w:tc>
          <w:tcPr>
            <w:tcW w:w="4762" w:type="dxa"/>
            <w:vAlign w:val="center"/>
          </w:tcPr>
          <w:p w14:paraId="62950AE1" w14:textId="77777777" w:rsidR="006B66A7" w:rsidRDefault="006B66A7" w:rsidP="00E73126">
            <w:pPr>
              <w:keepLines/>
              <w:spacing w:after="0"/>
            </w:pPr>
            <w:r>
              <w:rPr>
                <w:sz w:val="17"/>
              </w:rPr>
              <w:t>minimum 1 × DisplayPort IN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0ACF4A95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7E49A14B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69754C82" w14:textId="77777777" w:rsidR="006B66A7" w:rsidRDefault="006B66A7" w:rsidP="00E73126">
            <w:pPr>
              <w:keepLines/>
              <w:spacing w:after="0"/>
            </w:pPr>
            <w:r>
              <w:rPr>
                <w:b/>
                <w:sz w:val="17"/>
              </w:rPr>
              <w:t>USB-C</w:t>
            </w:r>
          </w:p>
        </w:tc>
        <w:tc>
          <w:tcPr>
            <w:tcW w:w="4762" w:type="dxa"/>
            <w:shd w:val="clear" w:color="auto" w:fill="F5F7FA"/>
            <w:vAlign w:val="center"/>
          </w:tcPr>
          <w:p w14:paraId="54050BBD" w14:textId="77777777" w:rsidR="006B66A7" w:rsidRDefault="006B66A7" w:rsidP="00E73126">
            <w:pPr>
              <w:keepLines/>
              <w:spacing w:after="0"/>
            </w:pPr>
            <w:r>
              <w:rPr>
                <w:sz w:val="17"/>
              </w:rPr>
              <w:t xml:space="preserve">minimum 1 × USB-C </w:t>
            </w:r>
            <w:proofErr w:type="spellStart"/>
            <w:r>
              <w:rPr>
                <w:sz w:val="17"/>
              </w:rPr>
              <w:t>umożliwiający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jednoczesne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przesyłanie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obrazu</w:t>
            </w:r>
            <w:proofErr w:type="spellEnd"/>
            <w:r>
              <w:rPr>
                <w:sz w:val="17"/>
              </w:rPr>
              <w:t xml:space="preserve">, </w:t>
            </w:r>
            <w:proofErr w:type="spellStart"/>
            <w:r>
              <w:rPr>
                <w:sz w:val="17"/>
              </w:rPr>
              <w:t>danych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oraz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zasilanie</w:t>
            </w:r>
            <w:proofErr w:type="spellEnd"/>
            <w:r>
              <w:rPr>
                <w:sz w:val="17"/>
              </w:rPr>
              <w:t>/</w:t>
            </w:r>
            <w:proofErr w:type="spellStart"/>
            <w:r>
              <w:rPr>
                <w:sz w:val="17"/>
              </w:rPr>
              <w:t>ładowanie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podłączonego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notebooka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60A03CCE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56DC99E4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69BDC11D" w14:textId="77777777" w:rsidR="006B66A7" w:rsidRDefault="006B66A7" w:rsidP="00E73126">
            <w:pPr>
              <w:keepLines/>
              <w:spacing w:after="0"/>
            </w:pPr>
            <w:r>
              <w:rPr>
                <w:b/>
                <w:sz w:val="17"/>
              </w:rPr>
              <w:t>Power Delivery</w:t>
            </w:r>
          </w:p>
        </w:tc>
        <w:tc>
          <w:tcPr>
            <w:tcW w:w="4762" w:type="dxa"/>
            <w:vAlign w:val="center"/>
          </w:tcPr>
          <w:p w14:paraId="2FA673F1" w14:textId="77777777" w:rsidR="006B66A7" w:rsidRDefault="006B66A7" w:rsidP="00E73126">
            <w:pPr>
              <w:keepLines/>
              <w:spacing w:after="0"/>
            </w:pPr>
            <w:r>
              <w:rPr>
                <w:sz w:val="17"/>
              </w:rPr>
              <w:t xml:space="preserve">minimum 65 W </w:t>
            </w:r>
            <w:proofErr w:type="spellStart"/>
            <w:r>
              <w:rPr>
                <w:sz w:val="17"/>
              </w:rPr>
              <w:t>przez</w:t>
            </w:r>
            <w:proofErr w:type="spellEnd"/>
            <w:r>
              <w:rPr>
                <w:sz w:val="17"/>
              </w:rPr>
              <w:t xml:space="preserve"> USB-C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1FBAA870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4FFD13FF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6808AB6C" w14:textId="77777777" w:rsidR="006B66A7" w:rsidRDefault="006B66A7" w:rsidP="00E73126">
            <w:pPr>
              <w:keepLines/>
              <w:spacing w:after="0"/>
            </w:pPr>
            <w:r>
              <w:rPr>
                <w:b/>
                <w:sz w:val="17"/>
              </w:rPr>
              <w:t>Hub USB</w:t>
            </w:r>
          </w:p>
        </w:tc>
        <w:tc>
          <w:tcPr>
            <w:tcW w:w="4762" w:type="dxa"/>
            <w:shd w:val="clear" w:color="auto" w:fill="F5F7FA"/>
            <w:vAlign w:val="center"/>
          </w:tcPr>
          <w:p w14:paraId="2FA54825" w14:textId="77777777" w:rsidR="006B66A7" w:rsidRDefault="006B66A7" w:rsidP="00E73126">
            <w:pPr>
              <w:keepLines/>
              <w:spacing w:after="0"/>
            </w:pPr>
            <w:r>
              <w:rPr>
                <w:sz w:val="17"/>
              </w:rPr>
              <w:t xml:space="preserve">minimum 4 porty USB do </w:t>
            </w:r>
            <w:proofErr w:type="spellStart"/>
            <w:r>
              <w:rPr>
                <w:sz w:val="17"/>
              </w:rPr>
              <w:t>podłączania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urządzeń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peryferyjnych</w:t>
            </w:r>
            <w:proofErr w:type="spellEnd"/>
            <w:r>
              <w:rPr>
                <w:sz w:val="17"/>
              </w:rPr>
              <w:t xml:space="preserve">, w </w:t>
            </w:r>
            <w:proofErr w:type="spellStart"/>
            <w:r>
              <w:rPr>
                <w:sz w:val="17"/>
              </w:rPr>
              <w:t>tym</w:t>
            </w:r>
            <w:proofErr w:type="spellEnd"/>
            <w:r>
              <w:rPr>
                <w:sz w:val="17"/>
              </w:rPr>
              <w:t xml:space="preserve"> minimum 2 × USB-A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72CD7B38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435FF469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3AF4F2D5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Sieć</w:t>
            </w:r>
            <w:proofErr w:type="spellEnd"/>
            <w:r>
              <w:rPr>
                <w:b/>
                <w:sz w:val="17"/>
              </w:rPr>
              <w:t xml:space="preserve"> LAN</w:t>
            </w:r>
          </w:p>
        </w:tc>
        <w:tc>
          <w:tcPr>
            <w:tcW w:w="4762" w:type="dxa"/>
            <w:vAlign w:val="center"/>
          </w:tcPr>
          <w:p w14:paraId="62149D02" w14:textId="77777777" w:rsidR="006B66A7" w:rsidRDefault="006B66A7" w:rsidP="00E73126">
            <w:pPr>
              <w:keepLines/>
              <w:spacing w:after="0"/>
            </w:pPr>
            <w:r>
              <w:rPr>
                <w:sz w:val="17"/>
              </w:rPr>
              <w:t xml:space="preserve">minimum 1 × RJ-45, </w:t>
            </w:r>
            <w:proofErr w:type="spellStart"/>
            <w:r>
              <w:rPr>
                <w:sz w:val="17"/>
              </w:rPr>
              <w:t>dostęp</w:t>
            </w:r>
            <w:proofErr w:type="spellEnd"/>
            <w:r>
              <w:rPr>
                <w:sz w:val="17"/>
              </w:rPr>
              <w:t xml:space="preserve"> do </w:t>
            </w:r>
            <w:proofErr w:type="spellStart"/>
            <w:r>
              <w:rPr>
                <w:sz w:val="17"/>
              </w:rPr>
              <w:t>sieci</w:t>
            </w:r>
            <w:proofErr w:type="spellEnd"/>
            <w:r>
              <w:rPr>
                <w:sz w:val="17"/>
              </w:rPr>
              <w:t xml:space="preserve"> LAN </w:t>
            </w:r>
            <w:proofErr w:type="spellStart"/>
            <w:r>
              <w:rPr>
                <w:sz w:val="17"/>
              </w:rPr>
              <w:t>dla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notebooka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podłączonego</w:t>
            </w:r>
            <w:proofErr w:type="spellEnd"/>
            <w:r>
              <w:rPr>
                <w:sz w:val="17"/>
              </w:rPr>
              <w:t xml:space="preserve"> do </w:t>
            </w:r>
            <w:proofErr w:type="spellStart"/>
            <w:r>
              <w:rPr>
                <w:sz w:val="17"/>
              </w:rPr>
              <w:t>monitora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przez</w:t>
            </w:r>
            <w:proofErr w:type="spellEnd"/>
            <w:r>
              <w:rPr>
                <w:sz w:val="17"/>
              </w:rPr>
              <w:t xml:space="preserve"> USB-C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4BD84871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619B3F41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5330466C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Wyjście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obrazu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7E0A74BF" w14:textId="77777777" w:rsidR="006B66A7" w:rsidRDefault="006B66A7" w:rsidP="00E73126">
            <w:pPr>
              <w:keepLines/>
              <w:spacing w:after="0"/>
            </w:pPr>
            <w:r>
              <w:rPr>
                <w:sz w:val="17"/>
              </w:rPr>
              <w:t xml:space="preserve">DisplayPort OUT z </w:t>
            </w:r>
            <w:proofErr w:type="spellStart"/>
            <w:r>
              <w:rPr>
                <w:sz w:val="17"/>
              </w:rPr>
              <w:t>możliwością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podłączenia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kolejnego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monitora</w:t>
            </w:r>
            <w:proofErr w:type="spellEnd"/>
            <w:r>
              <w:rPr>
                <w:sz w:val="17"/>
              </w:rPr>
              <w:t xml:space="preserve"> (Daisy Chain/MST)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722DC995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1EE0FBE3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1BD690A2" w14:textId="77777777" w:rsidR="006B66A7" w:rsidRDefault="006B66A7" w:rsidP="00E73126">
            <w:pPr>
              <w:keepLines/>
              <w:spacing w:after="0"/>
            </w:pPr>
            <w:r>
              <w:rPr>
                <w:b/>
                <w:sz w:val="17"/>
              </w:rPr>
              <w:t>Audio</w:t>
            </w:r>
          </w:p>
        </w:tc>
        <w:tc>
          <w:tcPr>
            <w:tcW w:w="4762" w:type="dxa"/>
            <w:vAlign w:val="center"/>
          </w:tcPr>
          <w:p w14:paraId="11775F89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wbudowane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głośniki</w:t>
            </w:r>
            <w:proofErr w:type="spellEnd"/>
            <w:r>
              <w:rPr>
                <w:sz w:val="17"/>
              </w:rPr>
              <w:t xml:space="preserve"> stereo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2B98C597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6A71F628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382BF8A0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Wyjście</w:t>
            </w:r>
            <w:proofErr w:type="spellEnd"/>
            <w:r>
              <w:rPr>
                <w:b/>
                <w:sz w:val="17"/>
              </w:rPr>
              <w:t xml:space="preserve"> audio</w:t>
            </w:r>
          </w:p>
        </w:tc>
        <w:tc>
          <w:tcPr>
            <w:tcW w:w="4762" w:type="dxa"/>
            <w:shd w:val="clear" w:color="auto" w:fill="F5F7FA"/>
            <w:vAlign w:val="center"/>
          </w:tcPr>
          <w:p w14:paraId="09EDDEB5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gniazdo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słuchawkowe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05856B4C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45C1E808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30FD5B89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Regulacja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wysokości</w:t>
            </w:r>
            <w:proofErr w:type="spellEnd"/>
          </w:p>
        </w:tc>
        <w:tc>
          <w:tcPr>
            <w:tcW w:w="4762" w:type="dxa"/>
            <w:vAlign w:val="center"/>
          </w:tcPr>
          <w:p w14:paraId="02AD6C0B" w14:textId="77777777" w:rsidR="006B66A7" w:rsidRDefault="006B66A7" w:rsidP="00E73126">
            <w:pPr>
              <w:keepLines/>
              <w:spacing w:after="0"/>
            </w:pPr>
            <w:r>
              <w:rPr>
                <w:sz w:val="17"/>
              </w:rPr>
              <w:t>minimum 150 mm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52168A3B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4BE02C4F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3AEF4948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Regulacja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pochylenia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08DB28D9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wymagana</w:t>
            </w:r>
            <w:proofErr w:type="spellEnd"/>
            <w:r>
              <w:rPr>
                <w:sz w:val="17"/>
              </w:rPr>
              <w:t xml:space="preserve">, co </w:t>
            </w:r>
            <w:proofErr w:type="spellStart"/>
            <w:r>
              <w:rPr>
                <w:sz w:val="17"/>
              </w:rPr>
              <w:t>najmniej</w:t>
            </w:r>
            <w:proofErr w:type="spellEnd"/>
            <w:r>
              <w:rPr>
                <w:sz w:val="17"/>
              </w:rPr>
              <w:t xml:space="preserve"> w </w:t>
            </w:r>
            <w:proofErr w:type="spellStart"/>
            <w:r>
              <w:rPr>
                <w:sz w:val="17"/>
              </w:rPr>
              <w:t>zakresie</w:t>
            </w:r>
            <w:proofErr w:type="spellEnd"/>
            <w:r>
              <w:rPr>
                <w:sz w:val="17"/>
              </w:rPr>
              <w:t xml:space="preserve"> od -5° do +20°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5ABAD091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24DD98B7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7210A02C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Obrót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ekranu</w:t>
            </w:r>
            <w:proofErr w:type="spellEnd"/>
          </w:p>
        </w:tc>
        <w:tc>
          <w:tcPr>
            <w:tcW w:w="4762" w:type="dxa"/>
            <w:vAlign w:val="center"/>
          </w:tcPr>
          <w:p w14:paraId="02DDB126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możliwość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obrotu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podstawy</w:t>
            </w:r>
            <w:proofErr w:type="spellEnd"/>
            <w:r>
              <w:rPr>
                <w:sz w:val="17"/>
              </w:rPr>
              <w:t xml:space="preserve"> w </w:t>
            </w:r>
            <w:proofErr w:type="spellStart"/>
            <w:r>
              <w:rPr>
                <w:sz w:val="17"/>
              </w:rPr>
              <w:t>lewo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i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prawo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0DE1A758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155CE793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6438625F" w14:textId="77777777" w:rsidR="006B66A7" w:rsidRDefault="006B66A7" w:rsidP="00E73126">
            <w:pPr>
              <w:keepLines/>
              <w:spacing w:after="0"/>
            </w:pPr>
            <w:r>
              <w:rPr>
                <w:b/>
                <w:sz w:val="17"/>
              </w:rPr>
              <w:t>Pivot</w:t>
            </w:r>
          </w:p>
        </w:tc>
        <w:tc>
          <w:tcPr>
            <w:tcW w:w="4762" w:type="dxa"/>
            <w:shd w:val="clear" w:color="auto" w:fill="F5F7FA"/>
            <w:vAlign w:val="center"/>
          </w:tcPr>
          <w:p w14:paraId="6222B1B3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możliwość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obrotu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ekranu</w:t>
            </w:r>
            <w:proofErr w:type="spellEnd"/>
            <w:r>
              <w:rPr>
                <w:sz w:val="17"/>
              </w:rPr>
              <w:t xml:space="preserve"> do </w:t>
            </w:r>
            <w:proofErr w:type="spellStart"/>
            <w:r>
              <w:rPr>
                <w:sz w:val="17"/>
              </w:rPr>
              <w:t>orientacji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pionowej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6807FC0A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6EB6E3D0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282CA102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Montaż</w:t>
            </w:r>
            <w:proofErr w:type="spellEnd"/>
            <w:r>
              <w:rPr>
                <w:b/>
                <w:sz w:val="17"/>
              </w:rPr>
              <w:t xml:space="preserve"> VESA</w:t>
            </w:r>
          </w:p>
        </w:tc>
        <w:tc>
          <w:tcPr>
            <w:tcW w:w="4762" w:type="dxa"/>
            <w:vAlign w:val="center"/>
          </w:tcPr>
          <w:p w14:paraId="5329A2D1" w14:textId="77777777" w:rsidR="006B66A7" w:rsidRDefault="006B66A7" w:rsidP="00E73126">
            <w:pPr>
              <w:keepLines/>
              <w:spacing w:after="0"/>
            </w:pPr>
            <w:r>
              <w:rPr>
                <w:sz w:val="17"/>
              </w:rPr>
              <w:t>minimum VESA 100 × 100 mm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7F5804A3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48E4E9D3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794E937A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Ergonomia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obrazu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567CA555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technologia</w:t>
            </w:r>
            <w:proofErr w:type="spellEnd"/>
            <w:r>
              <w:rPr>
                <w:sz w:val="17"/>
              </w:rPr>
              <w:t xml:space="preserve"> Flicker Free </w:t>
            </w:r>
            <w:proofErr w:type="spellStart"/>
            <w:r>
              <w:rPr>
                <w:sz w:val="17"/>
              </w:rPr>
              <w:t>lub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równoważna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ograniczająca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migotanie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obrazu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06DF8B05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4A9B3A3B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10EB2789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Zarządzanie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przewodami</w:t>
            </w:r>
            <w:proofErr w:type="spellEnd"/>
          </w:p>
        </w:tc>
        <w:tc>
          <w:tcPr>
            <w:tcW w:w="4762" w:type="dxa"/>
            <w:vAlign w:val="center"/>
          </w:tcPr>
          <w:p w14:paraId="28586B1E" w14:textId="77777777" w:rsidR="006B66A7" w:rsidRDefault="006B66A7" w:rsidP="00E73126">
            <w:pPr>
              <w:keepLines/>
              <w:spacing w:after="0"/>
            </w:pPr>
            <w:r>
              <w:rPr>
                <w:sz w:val="17"/>
              </w:rPr>
              <w:t xml:space="preserve">system </w:t>
            </w:r>
            <w:proofErr w:type="spellStart"/>
            <w:r>
              <w:rPr>
                <w:sz w:val="17"/>
              </w:rPr>
              <w:t>prowadzenia</w:t>
            </w:r>
            <w:proofErr w:type="spellEnd"/>
            <w:r>
              <w:rPr>
                <w:sz w:val="17"/>
              </w:rPr>
              <w:t>/</w:t>
            </w:r>
            <w:proofErr w:type="spellStart"/>
            <w:r>
              <w:rPr>
                <w:sz w:val="17"/>
              </w:rPr>
              <w:t>organizacji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przewodów</w:t>
            </w:r>
            <w:proofErr w:type="spellEnd"/>
            <w:r>
              <w:rPr>
                <w:sz w:val="17"/>
              </w:rPr>
              <w:t xml:space="preserve"> w </w:t>
            </w:r>
            <w:proofErr w:type="spellStart"/>
            <w:r>
              <w:rPr>
                <w:sz w:val="17"/>
              </w:rPr>
              <w:t>podstawie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monitora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63122827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0287FE71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4015D003" w14:textId="77777777" w:rsidR="006B66A7" w:rsidRDefault="006B66A7" w:rsidP="00E73126">
            <w:pPr>
              <w:keepLines/>
              <w:spacing w:after="0"/>
            </w:pPr>
            <w:r>
              <w:rPr>
                <w:b/>
                <w:sz w:val="17"/>
              </w:rPr>
              <w:t>Kolor</w:t>
            </w:r>
          </w:p>
        </w:tc>
        <w:tc>
          <w:tcPr>
            <w:tcW w:w="4762" w:type="dxa"/>
            <w:shd w:val="clear" w:color="auto" w:fill="F5F7FA"/>
            <w:vAlign w:val="center"/>
          </w:tcPr>
          <w:p w14:paraId="1FD9D01E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czarny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lub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grafitowy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0211DE40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3BF0ACEA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3638E994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Zasilacz</w:t>
            </w:r>
            <w:proofErr w:type="spellEnd"/>
          </w:p>
        </w:tc>
        <w:tc>
          <w:tcPr>
            <w:tcW w:w="4762" w:type="dxa"/>
            <w:vAlign w:val="center"/>
          </w:tcPr>
          <w:p w14:paraId="4065A9E7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wbudowany</w:t>
            </w:r>
            <w:proofErr w:type="spellEnd"/>
            <w:r>
              <w:rPr>
                <w:sz w:val="17"/>
              </w:rPr>
              <w:t xml:space="preserve"> w monitor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1733DEA2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4E565544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1B267277" w14:textId="77777777" w:rsidR="006B66A7" w:rsidRDefault="006B66A7" w:rsidP="00E73126">
            <w:pPr>
              <w:keepLines/>
              <w:spacing w:after="0"/>
            </w:pPr>
            <w:r>
              <w:rPr>
                <w:b/>
                <w:sz w:val="17"/>
              </w:rPr>
              <w:t xml:space="preserve">Kable w </w:t>
            </w:r>
            <w:proofErr w:type="spellStart"/>
            <w:r>
              <w:rPr>
                <w:b/>
                <w:sz w:val="17"/>
              </w:rPr>
              <w:t>zestawie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2D01F076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przewód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zasilający</w:t>
            </w:r>
            <w:proofErr w:type="spellEnd"/>
            <w:r>
              <w:rPr>
                <w:sz w:val="17"/>
              </w:rPr>
              <w:t xml:space="preserve">, </w:t>
            </w:r>
            <w:proofErr w:type="spellStart"/>
            <w:r>
              <w:rPr>
                <w:sz w:val="17"/>
              </w:rPr>
              <w:t>przewód</w:t>
            </w:r>
            <w:proofErr w:type="spellEnd"/>
            <w:r>
              <w:rPr>
                <w:sz w:val="17"/>
              </w:rPr>
              <w:t xml:space="preserve"> HDMI </w:t>
            </w:r>
            <w:proofErr w:type="spellStart"/>
            <w:r>
              <w:rPr>
                <w:sz w:val="17"/>
              </w:rPr>
              <w:t>oraz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przewód</w:t>
            </w:r>
            <w:proofErr w:type="spellEnd"/>
            <w:r>
              <w:rPr>
                <w:sz w:val="17"/>
              </w:rPr>
              <w:t xml:space="preserve"> USB-C </w:t>
            </w:r>
            <w:proofErr w:type="spellStart"/>
            <w:r>
              <w:rPr>
                <w:sz w:val="17"/>
              </w:rPr>
              <w:t>umożliwiający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przesyłanie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obrazu</w:t>
            </w:r>
            <w:proofErr w:type="spellEnd"/>
            <w:r>
              <w:rPr>
                <w:sz w:val="17"/>
              </w:rPr>
              <w:t xml:space="preserve">, </w:t>
            </w:r>
            <w:proofErr w:type="spellStart"/>
            <w:r>
              <w:rPr>
                <w:sz w:val="17"/>
              </w:rPr>
              <w:t>danych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i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zasilanie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notebooka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zgodnie</w:t>
            </w:r>
            <w:proofErr w:type="spellEnd"/>
            <w:r>
              <w:rPr>
                <w:sz w:val="17"/>
              </w:rPr>
              <w:t xml:space="preserve"> z </w:t>
            </w:r>
            <w:proofErr w:type="spellStart"/>
            <w:r>
              <w:rPr>
                <w:sz w:val="17"/>
              </w:rPr>
              <w:t>wymaganiami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monitora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3E729F4E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0DD1474B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6111FB0D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Gwarancja</w:t>
            </w:r>
            <w:proofErr w:type="spellEnd"/>
          </w:p>
        </w:tc>
        <w:tc>
          <w:tcPr>
            <w:tcW w:w="4762" w:type="dxa"/>
            <w:vAlign w:val="center"/>
          </w:tcPr>
          <w:p w14:paraId="09D90A67" w14:textId="77777777" w:rsidR="006B66A7" w:rsidRDefault="006B66A7" w:rsidP="00E73126">
            <w:pPr>
              <w:keepLines/>
              <w:spacing w:after="0"/>
            </w:pPr>
            <w:r>
              <w:rPr>
                <w:sz w:val="17"/>
              </w:rPr>
              <w:t xml:space="preserve">minimum 36 </w:t>
            </w:r>
            <w:proofErr w:type="spellStart"/>
            <w:r>
              <w:rPr>
                <w:sz w:val="17"/>
              </w:rPr>
              <w:t>miesięcy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6670BB60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124537E5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30A8AD90" w14:textId="77777777" w:rsidR="006B66A7" w:rsidRDefault="006B66A7" w:rsidP="00E73126">
            <w:pPr>
              <w:keepLines/>
              <w:spacing w:after="0"/>
            </w:pPr>
            <w:r>
              <w:rPr>
                <w:b/>
                <w:sz w:val="17"/>
              </w:rPr>
              <w:t xml:space="preserve">Stan </w:t>
            </w:r>
            <w:proofErr w:type="spellStart"/>
            <w:r>
              <w:rPr>
                <w:b/>
                <w:sz w:val="17"/>
              </w:rPr>
              <w:t>urządzenia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52173252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fabrycznie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nowe</w:t>
            </w:r>
            <w:proofErr w:type="spellEnd"/>
            <w:r>
              <w:rPr>
                <w:sz w:val="17"/>
              </w:rPr>
              <w:t xml:space="preserve">, </w:t>
            </w:r>
            <w:proofErr w:type="spellStart"/>
            <w:r>
              <w:rPr>
                <w:sz w:val="17"/>
              </w:rPr>
              <w:t>nieużywane</w:t>
            </w:r>
            <w:proofErr w:type="spellEnd"/>
            <w:r>
              <w:rPr>
                <w:sz w:val="17"/>
              </w:rPr>
              <w:t xml:space="preserve">, </w:t>
            </w:r>
            <w:proofErr w:type="spellStart"/>
            <w:r>
              <w:rPr>
                <w:sz w:val="17"/>
              </w:rPr>
              <w:t>kompletne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i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pochodzące</w:t>
            </w:r>
            <w:proofErr w:type="spellEnd"/>
            <w:r>
              <w:rPr>
                <w:sz w:val="17"/>
              </w:rPr>
              <w:t xml:space="preserve"> z </w:t>
            </w:r>
            <w:proofErr w:type="spellStart"/>
            <w:r>
              <w:rPr>
                <w:sz w:val="17"/>
              </w:rPr>
              <w:t>oficjalnego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kanału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dystrybucji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na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rynek</w:t>
            </w:r>
            <w:proofErr w:type="spellEnd"/>
            <w:r>
              <w:rPr>
                <w:sz w:val="17"/>
              </w:rPr>
              <w:t xml:space="preserve"> UE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5EF258CA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7CA3001D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047DFEFF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lastRenderedPageBreak/>
              <w:t>Wymagania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funkcjonalne</w:t>
            </w:r>
            <w:proofErr w:type="spellEnd"/>
          </w:p>
        </w:tc>
        <w:tc>
          <w:tcPr>
            <w:tcW w:w="4762" w:type="dxa"/>
            <w:vAlign w:val="center"/>
          </w:tcPr>
          <w:p w14:paraId="70AC35F4" w14:textId="77777777" w:rsidR="006B66A7" w:rsidRDefault="006B66A7" w:rsidP="00E73126">
            <w:pPr>
              <w:keepLines/>
              <w:spacing w:after="0"/>
            </w:pPr>
            <w:r>
              <w:rPr>
                <w:sz w:val="17"/>
              </w:rPr>
              <w:t xml:space="preserve">Monitor </w:t>
            </w:r>
            <w:proofErr w:type="spellStart"/>
            <w:r>
              <w:rPr>
                <w:sz w:val="17"/>
              </w:rPr>
              <w:t>musi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umożliwiać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wykorzystanie</w:t>
            </w:r>
            <w:proofErr w:type="spellEnd"/>
            <w:r>
              <w:rPr>
                <w:sz w:val="17"/>
              </w:rPr>
              <w:t xml:space="preserve"> go </w:t>
            </w:r>
            <w:proofErr w:type="spellStart"/>
            <w:r>
              <w:rPr>
                <w:sz w:val="17"/>
              </w:rPr>
              <w:t>jako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stacji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dokującej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dla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notebooka</w:t>
            </w:r>
            <w:proofErr w:type="spellEnd"/>
            <w:r>
              <w:rPr>
                <w:sz w:val="17"/>
              </w:rPr>
              <w:t xml:space="preserve">. Po </w:t>
            </w:r>
            <w:proofErr w:type="spellStart"/>
            <w:r>
              <w:rPr>
                <w:sz w:val="17"/>
              </w:rPr>
              <w:t>podłączeniu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notebooka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jednym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przewodem</w:t>
            </w:r>
            <w:proofErr w:type="spellEnd"/>
            <w:r>
              <w:rPr>
                <w:sz w:val="17"/>
              </w:rPr>
              <w:t xml:space="preserve"> USB-C </w:t>
            </w:r>
            <w:proofErr w:type="spellStart"/>
            <w:r>
              <w:rPr>
                <w:sz w:val="17"/>
              </w:rPr>
              <w:t>użytkownik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musi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mieć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możliwość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jednoczesnego</w:t>
            </w:r>
            <w:proofErr w:type="spellEnd"/>
            <w:r>
              <w:rPr>
                <w:sz w:val="17"/>
              </w:rPr>
              <w:t>:</w:t>
            </w:r>
            <w:r>
              <w:rPr>
                <w:sz w:val="17"/>
              </w:rPr>
              <w:br/>
            </w:r>
            <w:proofErr w:type="spellStart"/>
            <w:r>
              <w:rPr>
                <w:sz w:val="17"/>
              </w:rPr>
              <w:t>wyświetlania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obrazu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na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monitorze</w:t>
            </w:r>
            <w:proofErr w:type="spellEnd"/>
            <w:r>
              <w:rPr>
                <w:sz w:val="17"/>
              </w:rPr>
              <w:t>,</w:t>
            </w:r>
            <w:r>
              <w:rPr>
                <w:sz w:val="17"/>
              </w:rPr>
              <w:br/>
            </w:r>
            <w:proofErr w:type="spellStart"/>
            <w:r>
              <w:rPr>
                <w:sz w:val="17"/>
              </w:rPr>
              <w:t>ładowania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notebooka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mocą</w:t>
            </w:r>
            <w:proofErr w:type="spellEnd"/>
            <w:r>
              <w:rPr>
                <w:sz w:val="17"/>
              </w:rPr>
              <w:t xml:space="preserve"> minimum 65 W,</w:t>
            </w:r>
            <w:r>
              <w:rPr>
                <w:sz w:val="17"/>
              </w:rPr>
              <w:br/>
            </w:r>
            <w:proofErr w:type="spellStart"/>
            <w:r>
              <w:rPr>
                <w:sz w:val="17"/>
              </w:rPr>
              <w:t>korzystania</w:t>
            </w:r>
            <w:proofErr w:type="spellEnd"/>
            <w:r>
              <w:rPr>
                <w:sz w:val="17"/>
              </w:rPr>
              <w:t xml:space="preserve"> z </w:t>
            </w:r>
            <w:proofErr w:type="spellStart"/>
            <w:r>
              <w:rPr>
                <w:sz w:val="17"/>
              </w:rPr>
              <w:t>przewodowej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sieci</w:t>
            </w:r>
            <w:proofErr w:type="spellEnd"/>
            <w:r>
              <w:rPr>
                <w:sz w:val="17"/>
              </w:rPr>
              <w:t xml:space="preserve"> LAN </w:t>
            </w:r>
            <w:proofErr w:type="spellStart"/>
            <w:r>
              <w:rPr>
                <w:sz w:val="17"/>
              </w:rPr>
              <w:t>poprzez</w:t>
            </w:r>
            <w:proofErr w:type="spellEnd"/>
            <w:r>
              <w:rPr>
                <w:sz w:val="17"/>
              </w:rPr>
              <w:t xml:space="preserve"> port RJ-45 </w:t>
            </w:r>
            <w:proofErr w:type="spellStart"/>
            <w:r>
              <w:rPr>
                <w:sz w:val="17"/>
              </w:rPr>
              <w:t>monitora</w:t>
            </w:r>
            <w:proofErr w:type="spellEnd"/>
            <w:r>
              <w:rPr>
                <w:sz w:val="17"/>
              </w:rPr>
              <w:t>,</w:t>
            </w:r>
            <w:r>
              <w:rPr>
                <w:sz w:val="17"/>
              </w:rPr>
              <w:br/>
            </w:r>
            <w:proofErr w:type="spellStart"/>
            <w:r>
              <w:rPr>
                <w:sz w:val="17"/>
              </w:rPr>
              <w:t>korzystania</w:t>
            </w:r>
            <w:proofErr w:type="spellEnd"/>
            <w:r>
              <w:rPr>
                <w:sz w:val="17"/>
              </w:rPr>
              <w:t xml:space="preserve"> z </w:t>
            </w:r>
            <w:proofErr w:type="spellStart"/>
            <w:r>
              <w:rPr>
                <w:sz w:val="17"/>
              </w:rPr>
              <w:t>urządzeń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podłączonych</w:t>
            </w:r>
            <w:proofErr w:type="spellEnd"/>
            <w:r>
              <w:rPr>
                <w:sz w:val="17"/>
              </w:rPr>
              <w:t xml:space="preserve"> do </w:t>
            </w:r>
            <w:proofErr w:type="spellStart"/>
            <w:r>
              <w:rPr>
                <w:sz w:val="17"/>
              </w:rPr>
              <w:t>huba</w:t>
            </w:r>
            <w:proofErr w:type="spellEnd"/>
            <w:r>
              <w:rPr>
                <w:sz w:val="17"/>
              </w:rPr>
              <w:t xml:space="preserve"> USB </w:t>
            </w:r>
            <w:proofErr w:type="spellStart"/>
            <w:r>
              <w:rPr>
                <w:sz w:val="17"/>
              </w:rPr>
              <w:t>monitora</w:t>
            </w:r>
            <w:proofErr w:type="spellEnd"/>
            <w:r>
              <w:rPr>
                <w:sz w:val="17"/>
              </w:rPr>
              <w:t>,</w:t>
            </w:r>
            <w:r>
              <w:rPr>
                <w:sz w:val="17"/>
              </w:rPr>
              <w:br/>
            </w:r>
            <w:proofErr w:type="spellStart"/>
            <w:r>
              <w:rPr>
                <w:sz w:val="17"/>
              </w:rPr>
              <w:t>podłączenia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dodatkowego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monitora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poprzez</w:t>
            </w:r>
            <w:proofErr w:type="spellEnd"/>
            <w:r>
              <w:rPr>
                <w:sz w:val="17"/>
              </w:rPr>
              <w:t xml:space="preserve"> DisplayPort OUT.</w:t>
            </w:r>
            <w:r>
              <w:rPr>
                <w:sz w:val="17"/>
              </w:rPr>
              <w:br/>
            </w:r>
            <w:r>
              <w:rPr>
                <w:sz w:val="17"/>
              </w:rPr>
              <w:br/>
              <w:t xml:space="preserve">Hub USB </w:t>
            </w:r>
            <w:proofErr w:type="spellStart"/>
            <w:r>
              <w:rPr>
                <w:sz w:val="17"/>
              </w:rPr>
              <w:t>monitora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musi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umożliwiać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podłączenie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typowych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urządzeń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wykorzystywanych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na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stanowisku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biurowym</w:t>
            </w:r>
            <w:proofErr w:type="spellEnd"/>
            <w:r>
              <w:rPr>
                <w:sz w:val="17"/>
              </w:rPr>
              <w:t xml:space="preserve">, w </w:t>
            </w:r>
            <w:proofErr w:type="spellStart"/>
            <w:r>
              <w:rPr>
                <w:sz w:val="17"/>
              </w:rPr>
              <w:t>szczególności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klawiatury</w:t>
            </w:r>
            <w:proofErr w:type="spellEnd"/>
            <w:r>
              <w:rPr>
                <w:sz w:val="17"/>
              </w:rPr>
              <w:t xml:space="preserve">, </w:t>
            </w:r>
            <w:proofErr w:type="spellStart"/>
            <w:r>
              <w:rPr>
                <w:sz w:val="17"/>
              </w:rPr>
              <w:t>myszy</w:t>
            </w:r>
            <w:proofErr w:type="spellEnd"/>
            <w:r>
              <w:rPr>
                <w:sz w:val="17"/>
              </w:rPr>
              <w:t xml:space="preserve">, </w:t>
            </w:r>
            <w:proofErr w:type="spellStart"/>
            <w:r>
              <w:rPr>
                <w:sz w:val="17"/>
              </w:rPr>
              <w:t>czytnika</w:t>
            </w:r>
            <w:proofErr w:type="spellEnd"/>
            <w:r>
              <w:rPr>
                <w:sz w:val="17"/>
              </w:rPr>
              <w:t>/</w:t>
            </w:r>
            <w:proofErr w:type="spellStart"/>
            <w:r>
              <w:rPr>
                <w:sz w:val="17"/>
              </w:rPr>
              <w:t>karty</w:t>
            </w:r>
            <w:proofErr w:type="spellEnd"/>
            <w:r>
              <w:rPr>
                <w:sz w:val="17"/>
              </w:rPr>
              <w:t xml:space="preserve"> do </w:t>
            </w:r>
            <w:proofErr w:type="spellStart"/>
            <w:r>
              <w:rPr>
                <w:sz w:val="17"/>
              </w:rPr>
              <w:t>podpisu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kwalifikowanego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oraz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pamięci</w:t>
            </w:r>
            <w:proofErr w:type="spellEnd"/>
            <w:r>
              <w:rPr>
                <w:sz w:val="17"/>
              </w:rPr>
              <w:t xml:space="preserve"> USB.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199ED01F" w14:textId="77777777" w:rsidR="006B66A7" w:rsidRDefault="006B66A7" w:rsidP="00E73126">
            <w:pPr>
              <w:keepLines/>
              <w:spacing w:after="0"/>
            </w:pPr>
          </w:p>
        </w:tc>
      </w:tr>
    </w:tbl>
    <w:p w14:paraId="6F1BCE48" w14:textId="77777777" w:rsidR="00AF05CA" w:rsidRDefault="00AF05CA" w:rsidP="006B66A7"/>
    <w:tbl>
      <w:tblPr>
        <w:tblStyle w:val="Tabela-Siatka"/>
        <w:tblW w:w="0" w:type="auto"/>
        <w:tblInd w:w="38" w:type="dxa"/>
        <w:tblLook w:val="04A0" w:firstRow="1" w:lastRow="0" w:firstColumn="1" w:lastColumn="0" w:noHBand="0" w:noVBand="1"/>
      </w:tblPr>
      <w:tblGrid>
        <w:gridCol w:w="3446"/>
        <w:gridCol w:w="1444"/>
        <w:gridCol w:w="2410"/>
      </w:tblGrid>
      <w:tr w:rsidR="00AF05CA" w14:paraId="2C522817" w14:textId="77777777">
        <w:tc>
          <w:tcPr>
            <w:tcW w:w="34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968D46" w14:textId="77777777" w:rsidR="00AF05CA" w:rsidRDefault="00AF05CA">
            <w:r>
              <w:t xml:space="preserve">Cena za 1 </w:t>
            </w:r>
            <w:proofErr w:type="spellStart"/>
            <w:r>
              <w:t>szt</w:t>
            </w:r>
            <w:proofErr w:type="spellEnd"/>
            <w:r>
              <w:t>.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B69B36" w14:textId="77777777" w:rsidR="00AF05CA" w:rsidRDefault="00AF05CA">
            <w:r>
              <w:t xml:space="preserve">Netto w </w:t>
            </w:r>
            <w:proofErr w:type="spellStart"/>
            <w:r>
              <w:t>zł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2E6D25DC" w14:textId="77777777" w:rsidR="00AF05CA" w:rsidRDefault="00AF05CA">
            <w:pPr>
              <w:rPr>
                <w:highlight w:val="yellow"/>
              </w:rPr>
            </w:pPr>
          </w:p>
        </w:tc>
      </w:tr>
      <w:tr w:rsidR="00AF05CA" w14:paraId="328DC589" w14:textId="7777777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D8B28D" w14:textId="77777777" w:rsidR="00AF05CA" w:rsidRDefault="00AF05CA">
            <w:pPr>
              <w:spacing w:after="0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46ADE8" w14:textId="77777777" w:rsidR="00AF05CA" w:rsidRDefault="00AF05CA">
            <w:r>
              <w:t xml:space="preserve">Brutto w </w:t>
            </w:r>
            <w:proofErr w:type="spellStart"/>
            <w:r>
              <w:t>zł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0C8A593A" w14:textId="77777777" w:rsidR="00AF05CA" w:rsidRDefault="00AF05CA">
            <w:pPr>
              <w:rPr>
                <w:highlight w:val="yellow"/>
              </w:rPr>
            </w:pPr>
          </w:p>
        </w:tc>
      </w:tr>
      <w:tr w:rsidR="00AF05CA" w14:paraId="27B6B909" w14:textId="77777777">
        <w:tc>
          <w:tcPr>
            <w:tcW w:w="34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DFECD8" w14:textId="069C490D" w:rsidR="00AF05CA" w:rsidRDefault="00AF05CA">
            <w:proofErr w:type="spellStart"/>
            <w:r>
              <w:t>Łączna</w:t>
            </w:r>
            <w:proofErr w:type="spellEnd"/>
            <w:r>
              <w:t xml:space="preserve"> </w:t>
            </w:r>
            <w:proofErr w:type="spellStart"/>
            <w:r>
              <w:t>Kwota</w:t>
            </w:r>
            <w:proofErr w:type="spellEnd"/>
            <w:r>
              <w:t xml:space="preserve"> za: 1</w:t>
            </w:r>
            <w:r>
              <w:t>0</w:t>
            </w:r>
            <w:r>
              <w:t xml:space="preserve"> </w:t>
            </w:r>
            <w:proofErr w:type="spellStart"/>
            <w:r>
              <w:t>szt</w:t>
            </w:r>
            <w:proofErr w:type="spellEnd"/>
            <w:r>
              <w:t>.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8DC64D" w14:textId="77777777" w:rsidR="00AF05CA" w:rsidRDefault="00AF05CA">
            <w:r>
              <w:t xml:space="preserve">Netto w </w:t>
            </w:r>
            <w:proofErr w:type="spellStart"/>
            <w:r>
              <w:t>zł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19FD5BC8" w14:textId="77777777" w:rsidR="00AF05CA" w:rsidRDefault="00AF05CA">
            <w:pPr>
              <w:rPr>
                <w:highlight w:val="yellow"/>
              </w:rPr>
            </w:pPr>
          </w:p>
        </w:tc>
      </w:tr>
      <w:tr w:rsidR="00AF05CA" w14:paraId="7D76351F" w14:textId="7777777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E55CA5" w14:textId="77777777" w:rsidR="00AF05CA" w:rsidRDefault="00AF05CA">
            <w:pPr>
              <w:spacing w:after="0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1FFFA2" w14:textId="35495673" w:rsidR="00AF05CA" w:rsidRDefault="0025708B">
            <w:r>
              <w:t>Br</w:t>
            </w:r>
            <w:r w:rsidR="00AF05CA">
              <w:t xml:space="preserve">utto w </w:t>
            </w:r>
            <w:proofErr w:type="spellStart"/>
            <w:r w:rsidR="00AF05CA">
              <w:t>zł</w:t>
            </w:r>
            <w:proofErr w:type="spellEnd"/>
            <w:r w:rsidR="00AF05CA">
              <w:t>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579EAD96" w14:textId="77777777" w:rsidR="00AF05CA" w:rsidRDefault="00AF05CA">
            <w:pPr>
              <w:rPr>
                <w:highlight w:val="yellow"/>
              </w:rPr>
            </w:pPr>
          </w:p>
        </w:tc>
      </w:tr>
    </w:tbl>
    <w:p w14:paraId="7032C057" w14:textId="77777777" w:rsidR="00AF05CA" w:rsidRDefault="00AF05CA" w:rsidP="006B66A7"/>
    <w:p w14:paraId="144843FC" w14:textId="18C59D5D" w:rsidR="006B66A7" w:rsidRDefault="006B66A7" w:rsidP="006B66A7">
      <w:r>
        <w:t xml:space="preserve">Oświadczamy, </w:t>
      </w:r>
      <w:proofErr w:type="spellStart"/>
      <w:r>
        <w:t>że</w:t>
      </w:r>
      <w:proofErr w:type="spellEnd"/>
      <w:r>
        <w:t xml:space="preserve"> </w:t>
      </w:r>
      <w:proofErr w:type="spellStart"/>
      <w:r>
        <w:t>oferowany</w:t>
      </w:r>
      <w:proofErr w:type="spellEnd"/>
      <w:r>
        <w:t xml:space="preserve"> </w:t>
      </w:r>
      <w:proofErr w:type="spellStart"/>
      <w:r>
        <w:t>przedmiot</w:t>
      </w:r>
      <w:proofErr w:type="spellEnd"/>
      <w:r>
        <w:t xml:space="preserve"> </w:t>
      </w:r>
      <w:proofErr w:type="spellStart"/>
      <w:r>
        <w:t>zamówienia</w:t>
      </w:r>
      <w:proofErr w:type="spellEnd"/>
      <w:r>
        <w:t xml:space="preserve"> </w:t>
      </w:r>
      <w:proofErr w:type="spellStart"/>
      <w:r>
        <w:t>spełnia</w:t>
      </w:r>
      <w:proofErr w:type="spellEnd"/>
      <w:r>
        <w:t xml:space="preserve"> </w:t>
      </w:r>
      <w:proofErr w:type="spellStart"/>
      <w:r>
        <w:t>wymagania</w:t>
      </w:r>
      <w:proofErr w:type="spellEnd"/>
      <w:r>
        <w:t xml:space="preserve"> </w:t>
      </w:r>
      <w:proofErr w:type="spellStart"/>
      <w:r>
        <w:t>wskazane</w:t>
      </w:r>
      <w:proofErr w:type="spellEnd"/>
      <w:r>
        <w:t xml:space="preserve"> w </w:t>
      </w:r>
      <w:proofErr w:type="spellStart"/>
      <w:r>
        <w:t>tabeli</w:t>
      </w:r>
      <w:proofErr w:type="spellEnd"/>
      <w:r>
        <w:t>.</w:t>
      </w:r>
    </w:p>
    <w:p w14:paraId="3364E04E" w14:textId="77777777" w:rsidR="006B66A7" w:rsidRDefault="006B66A7" w:rsidP="006B66A7">
      <w:r>
        <w:t>.....................................................................................</w:t>
      </w:r>
      <w:r>
        <w:br/>
        <w:t xml:space="preserve">Data </w:t>
      </w:r>
      <w:proofErr w:type="spellStart"/>
      <w:r>
        <w:t>i</w:t>
      </w:r>
      <w:proofErr w:type="spellEnd"/>
      <w:r>
        <w:t xml:space="preserve"> </w:t>
      </w:r>
      <w:proofErr w:type="spellStart"/>
      <w:r>
        <w:t>podpis</w:t>
      </w:r>
      <w:proofErr w:type="spellEnd"/>
      <w:r>
        <w:t xml:space="preserve"> </w:t>
      </w:r>
      <w:proofErr w:type="spellStart"/>
      <w:r>
        <w:t>osoby</w:t>
      </w:r>
      <w:proofErr w:type="spellEnd"/>
      <w:r>
        <w:t xml:space="preserve"> </w:t>
      </w:r>
      <w:proofErr w:type="spellStart"/>
      <w:r>
        <w:t>upoważnionej</w:t>
      </w:r>
      <w:proofErr w:type="spellEnd"/>
      <w:r>
        <w:t xml:space="preserve"> do </w:t>
      </w:r>
      <w:proofErr w:type="spellStart"/>
      <w:r>
        <w:t>złożenia</w:t>
      </w:r>
      <w:proofErr w:type="spellEnd"/>
      <w:r>
        <w:t xml:space="preserve"> </w:t>
      </w:r>
      <w:proofErr w:type="spellStart"/>
      <w:r>
        <w:t>oferty</w:t>
      </w:r>
      <w:proofErr w:type="spellEnd"/>
    </w:p>
    <w:p w14:paraId="08818B61" w14:textId="77777777" w:rsidR="007C4D21" w:rsidRDefault="007C4D21" w:rsidP="007C4D21"/>
    <w:p w14:paraId="6216EB34" w14:textId="46576BE1" w:rsidR="006B66A7" w:rsidRDefault="006B66A7">
      <w:pPr>
        <w:spacing w:after="200"/>
      </w:pPr>
      <w:r>
        <w:br w:type="page"/>
      </w:r>
    </w:p>
    <w:p w14:paraId="2A22BAEF" w14:textId="77777777" w:rsidR="006B66A7" w:rsidRPr="00F552D7" w:rsidRDefault="006B66A7" w:rsidP="006B66A7">
      <w:pPr>
        <w:jc w:val="right"/>
        <w:rPr>
          <w:b/>
          <w:color w:val="1C324B"/>
          <w:szCs w:val="18"/>
        </w:rPr>
      </w:pPr>
      <w:proofErr w:type="spellStart"/>
      <w:r w:rsidRPr="00F552D7">
        <w:rPr>
          <w:b/>
          <w:color w:val="1C324B"/>
          <w:szCs w:val="18"/>
        </w:rPr>
        <w:lastRenderedPageBreak/>
        <w:t>Załącznik</w:t>
      </w:r>
      <w:proofErr w:type="spellEnd"/>
      <w:r w:rsidRPr="00F552D7">
        <w:rPr>
          <w:b/>
          <w:color w:val="1C324B"/>
          <w:szCs w:val="18"/>
        </w:rPr>
        <w:t xml:space="preserve"> nr 4.</w:t>
      </w:r>
      <w:r>
        <w:rPr>
          <w:b/>
          <w:color w:val="1C324B"/>
          <w:szCs w:val="18"/>
        </w:rPr>
        <w:t>10</w:t>
      </w:r>
    </w:p>
    <w:p w14:paraId="116A32ED" w14:textId="77777777" w:rsidR="006B66A7" w:rsidRDefault="006B66A7" w:rsidP="006B66A7">
      <w:pPr>
        <w:jc w:val="center"/>
        <w:rPr>
          <w:b/>
          <w:color w:val="1C324B"/>
          <w:sz w:val="28"/>
        </w:rPr>
      </w:pPr>
    </w:p>
    <w:p w14:paraId="3230683E" w14:textId="77777777" w:rsidR="006B66A7" w:rsidRDefault="006B66A7" w:rsidP="006B66A7">
      <w:pPr>
        <w:jc w:val="center"/>
      </w:pPr>
      <w:r>
        <w:rPr>
          <w:b/>
          <w:color w:val="1C324B"/>
          <w:sz w:val="28"/>
        </w:rPr>
        <w:t>OPIS PRZEDMIOTU ZAMÓWIENIA</w:t>
      </w:r>
    </w:p>
    <w:p w14:paraId="061BEA91" w14:textId="77777777" w:rsidR="006B66A7" w:rsidRDefault="006B66A7" w:rsidP="006B66A7">
      <w:pPr>
        <w:jc w:val="center"/>
      </w:pPr>
      <w:proofErr w:type="spellStart"/>
      <w:r>
        <w:rPr>
          <w:b/>
          <w:sz w:val="22"/>
        </w:rPr>
        <w:t>Specyfikacja</w:t>
      </w:r>
      <w:proofErr w:type="spellEnd"/>
      <w:r>
        <w:rPr>
          <w:b/>
          <w:sz w:val="22"/>
        </w:rPr>
        <w:t xml:space="preserve"> </w:t>
      </w:r>
      <w:proofErr w:type="spellStart"/>
      <w:r>
        <w:rPr>
          <w:b/>
          <w:sz w:val="22"/>
        </w:rPr>
        <w:t>techniczna</w:t>
      </w:r>
      <w:proofErr w:type="spellEnd"/>
      <w:r>
        <w:rPr>
          <w:b/>
          <w:sz w:val="22"/>
        </w:rPr>
        <w:t xml:space="preserve"> – </w:t>
      </w:r>
      <w:proofErr w:type="spellStart"/>
      <w:r>
        <w:rPr>
          <w:b/>
          <w:sz w:val="22"/>
        </w:rPr>
        <w:t>Ekran</w:t>
      </w:r>
      <w:proofErr w:type="spellEnd"/>
      <w:r>
        <w:rPr>
          <w:b/>
          <w:sz w:val="22"/>
        </w:rPr>
        <w:t xml:space="preserve"> </w:t>
      </w:r>
      <w:proofErr w:type="spellStart"/>
      <w:r>
        <w:rPr>
          <w:b/>
          <w:sz w:val="22"/>
        </w:rPr>
        <w:t>Typ</w:t>
      </w:r>
      <w:proofErr w:type="spellEnd"/>
      <w:r>
        <w:rPr>
          <w:b/>
          <w:sz w:val="22"/>
        </w:rPr>
        <w:t xml:space="preserve"> B – 1 </w:t>
      </w:r>
      <w:proofErr w:type="spellStart"/>
      <w:r>
        <w:rPr>
          <w:b/>
          <w:sz w:val="22"/>
        </w:rPr>
        <w:t>szt</w:t>
      </w:r>
      <w:proofErr w:type="spellEnd"/>
      <w:r>
        <w:rPr>
          <w:b/>
          <w:sz w:val="22"/>
        </w:rPr>
        <w:t>.</w:t>
      </w:r>
    </w:p>
    <w:p w14:paraId="7802808F" w14:textId="77777777" w:rsidR="006B66A7" w:rsidRDefault="006B66A7" w:rsidP="006B66A7">
      <w:r>
        <w:t xml:space="preserve">Producent: ........................................................................     Model / </w:t>
      </w:r>
      <w:proofErr w:type="spellStart"/>
      <w:r>
        <w:t>oznaczenie</w:t>
      </w:r>
      <w:proofErr w:type="spellEnd"/>
      <w:r>
        <w:t>: ........................................................................</w:t>
      </w:r>
    </w:p>
    <w:tbl>
      <w:tblPr>
        <w:tblStyle w:val="Tabela-Siatka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438"/>
        <w:gridCol w:w="4762"/>
        <w:gridCol w:w="2324"/>
      </w:tblGrid>
      <w:tr w:rsidR="006B66A7" w14:paraId="6FB0373C" w14:textId="77777777" w:rsidTr="00AF05CA">
        <w:trPr>
          <w:cantSplit/>
          <w:tblHeader/>
          <w:jc w:val="center"/>
        </w:trPr>
        <w:tc>
          <w:tcPr>
            <w:tcW w:w="2438" w:type="dxa"/>
            <w:shd w:val="clear" w:color="auto" w:fill="E8EEF5"/>
          </w:tcPr>
          <w:p w14:paraId="130ADD85" w14:textId="77777777" w:rsidR="006B66A7" w:rsidRDefault="006B66A7" w:rsidP="00E73126">
            <w:pPr>
              <w:spacing w:after="0"/>
            </w:pPr>
            <w:proofErr w:type="spellStart"/>
            <w:r>
              <w:rPr>
                <w:b/>
                <w:sz w:val="17"/>
              </w:rPr>
              <w:t>Cecha</w:t>
            </w:r>
            <w:proofErr w:type="spellEnd"/>
            <w:r>
              <w:rPr>
                <w:b/>
                <w:sz w:val="17"/>
              </w:rPr>
              <w:t xml:space="preserve"> / </w:t>
            </w:r>
            <w:proofErr w:type="spellStart"/>
            <w:r>
              <w:rPr>
                <w:b/>
                <w:sz w:val="17"/>
              </w:rPr>
              <w:t>parametr</w:t>
            </w:r>
            <w:proofErr w:type="spellEnd"/>
          </w:p>
        </w:tc>
        <w:tc>
          <w:tcPr>
            <w:tcW w:w="4762" w:type="dxa"/>
            <w:shd w:val="clear" w:color="auto" w:fill="E8EEF5"/>
          </w:tcPr>
          <w:p w14:paraId="22E0FCA1" w14:textId="77777777" w:rsidR="006B66A7" w:rsidRDefault="006B66A7" w:rsidP="00E73126">
            <w:pPr>
              <w:spacing w:after="0"/>
            </w:pPr>
            <w:proofErr w:type="spellStart"/>
            <w:r>
              <w:rPr>
                <w:b/>
                <w:sz w:val="17"/>
              </w:rPr>
              <w:t>Wymagane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minimalne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parametry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techniczne</w:t>
            </w:r>
            <w:proofErr w:type="spellEnd"/>
          </w:p>
        </w:tc>
        <w:tc>
          <w:tcPr>
            <w:tcW w:w="2324" w:type="dxa"/>
            <w:shd w:val="clear" w:color="auto" w:fill="FFFF99"/>
          </w:tcPr>
          <w:p w14:paraId="2C4860A4" w14:textId="77777777" w:rsidR="006B66A7" w:rsidRDefault="006B66A7" w:rsidP="00E73126">
            <w:pPr>
              <w:spacing w:after="0"/>
            </w:pPr>
            <w:proofErr w:type="spellStart"/>
            <w:r>
              <w:rPr>
                <w:b/>
                <w:sz w:val="17"/>
              </w:rPr>
              <w:t>Oferowane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parametry</w:t>
            </w:r>
            <w:proofErr w:type="spellEnd"/>
            <w:r>
              <w:rPr>
                <w:b/>
                <w:sz w:val="17"/>
              </w:rPr>
              <w:t xml:space="preserve"> (</w:t>
            </w:r>
            <w:proofErr w:type="spellStart"/>
            <w:r>
              <w:rPr>
                <w:b/>
                <w:sz w:val="17"/>
              </w:rPr>
              <w:t>wypełnia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Wykonawca</w:t>
            </w:r>
            <w:proofErr w:type="spellEnd"/>
            <w:r>
              <w:rPr>
                <w:b/>
                <w:sz w:val="17"/>
              </w:rPr>
              <w:t>)</w:t>
            </w:r>
          </w:p>
        </w:tc>
      </w:tr>
      <w:tr w:rsidR="006B66A7" w14:paraId="5BDD5E9C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5643F9D3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Typ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urządzenia</w:t>
            </w:r>
            <w:proofErr w:type="spellEnd"/>
          </w:p>
        </w:tc>
        <w:tc>
          <w:tcPr>
            <w:tcW w:w="4762" w:type="dxa"/>
            <w:vAlign w:val="center"/>
          </w:tcPr>
          <w:p w14:paraId="08D3E567" w14:textId="77777777" w:rsidR="006B66A7" w:rsidRDefault="006B66A7" w:rsidP="00E73126">
            <w:pPr>
              <w:keepLines/>
              <w:spacing w:after="0"/>
            </w:pPr>
            <w:r>
              <w:rPr>
                <w:sz w:val="17"/>
              </w:rPr>
              <w:t xml:space="preserve">Monitor LCD LED </w:t>
            </w:r>
            <w:proofErr w:type="spellStart"/>
            <w:r>
              <w:rPr>
                <w:sz w:val="17"/>
              </w:rPr>
              <w:t>przeznaczony</w:t>
            </w:r>
            <w:proofErr w:type="spellEnd"/>
            <w:r>
              <w:rPr>
                <w:sz w:val="17"/>
              </w:rPr>
              <w:t xml:space="preserve"> do </w:t>
            </w:r>
            <w:proofErr w:type="spellStart"/>
            <w:r>
              <w:rPr>
                <w:sz w:val="17"/>
              </w:rPr>
              <w:t>pracy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biurowej</w:t>
            </w:r>
            <w:proofErr w:type="spellEnd"/>
            <w:r>
              <w:rPr>
                <w:sz w:val="17"/>
              </w:rPr>
              <w:t xml:space="preserve">, z </w:t>
            </w:r>
            <w:proofErr w:type="spellStart"/>
            <w:r>
              <w:rPr>
                <w:sz w:val="17"/>
              </w:rPr>
              <w:t>funkcją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stacji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dokującej</w:t>
            </w:r>
            <w:proofErr w:type="spellEnd"/>
            <w:r>
              <w:rPr>
                <w:sz w:val="17"/>
              </w:rPr>
              <w:t xml:space="preserve"> USB-C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44145A6A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173088DF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56837929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Przekątna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ekranu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0CCC08B8" w14:textId="77777777" w:rsidR="006B66A7" w:rsidRDefault="006B66A7" w:rsidP="00E73126">
            <w:pPr>
              <w:keepLines/>
              <w:spacing w:after="0"/>
            </w:pPr>
            <w:r>
              <w:rPr>
                <w:sz w:val="17"/>
              </w:rPr>
              <w:t>minimum 27"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0A7720C3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3124C0DB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3BFF970C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Typ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matrycy</w:t>
            </w:r>
            <w:proofErr w:type="spellEnd"/>
          </w:p>
        </w:tc>
        <w:tc>
          <w:tcPr>
            <w:tcW w:w="4762" w:type="dxa"/>
            <w:vAlign w:val="center"/>
          </w:tcPr>
          <w:p w14:paraId="57527E80" w14:textId="77777777" w:rsidR="006B66A7" w:rsidRDefault="006B66A7" w:rsidP="00E73126">
            <w:pPr>
              <w:keepLines/>
              <w:spacing w:after="0"/>
            </w:pPr>
            <w:r>
              <w:rPr>
                <w:sz w:val="17"/>
              </w:rPr>
              <w:t xml:space="preserve">IPS </w:t>
            </w:r>
            <w:proofErr w:type="spellStart"/>
            <w:r>
              <w:rPr>
                <w:sz w:val="17"/>
              </w:rPr>
              <w:t>lub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równoważna</w:t>
            </w:r>
            <w:proofErr w:type="spellEnd"/>
            <w:r>
              <w:rPr>
                <w:sz w:val="17"/>
              </w:rPr>
              <w:t xml:space="preserve">, </w:t>
            </w:r>
            <w:proofErr w:type="spellStart"/>
            <w:r>
              <w:rPr>
                <w:sz w:val="17"/>
              </w:rPr>
              <w:t>matowa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12CBD7DC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306F10AB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6A07524B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Rozdzielczość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35ED050D" w14:textId="77777777" w:rsidR="006B66A7" w:rsidRDefault="006B66A7" w:rsidP="00E73126">
            <w:pPr>
              <w:keepLines/>
              <w:spacing w:after="0"/>
            </w:pPr>
            <w:r>
              <w:rPr>
                <w:sz w:val="17"/>
              </w:rPr>
              <w:t>minimum 2560 × 1440 (QHD)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60E79C96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262D2D89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2FDF325C" w14:textId="77777777" w:rsidR="006B66A7" w:rsidRDefault="006B66A7" w:rsidP="00E73126">
            <w:pPr>
              <w:keepLines/>
              <w:spacing w:after="0"/>
            </w:pPr>
            <w:r>
              <w:rPr>
                <w:b/>
                <w:sz w:val="17"/>
              </w:rPr>
              <w:t xml:space="preserve">Format </w:t>
            </w:r>
            <w:proofErr w:type="spellStart"/>
            <w:r>
              <w:rPr>
                <w:b/>
                <w:sz w:val="17"/>
              </w:rPr>
              <w:t>obrazu</w:t>
            </w:r>
            <w:proofErr w:type="spellEnd"/>
          </w:p>
        </w:tc>
        <w:tc>
          <w:tcPr>
            <w:tcW w:w="4762" w:type="dxa"/>
            <w:vAlign w:val="center"/>
          </w:tcPr>
          <w:p w14:paraId="209BBCC7" w14:textId="77777777" w:rsidR="006B66A7" w:rsidRDefault="006B66A7" w:rsidP="00E73126">
            <w:pPr>
              <w:keepLines/>
              <w:spacing w:after="0"/>
            </w:pPr>
            <w:r>
              <w:rPr>
                <w:sz w:val="17"/>
              </w:rPr>
              <w:t>16:9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11A5F177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33CA61CF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2E38A94D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Częstotliwość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odświeżania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4EC3C238" w14:textId="77777777" w:rsidR="006B66A7" w:rsidRDefault="006B66A7" w:rsidP="00E73126">
            <w:pPr>
              <w:keepLines/>
              <w:spacing w:after="0"/>
            </w:pPr>
            <w:r>
              <w:rPr>
                <w:sz w:val="17"/>
              </w:rPr>
              <w:t>minimum 100 Hz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46FEB09D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350B76EA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761715D1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Jasność</w:t>
            </w:r>
            <w:proofErr w:type="spellEnd"/>
          </w:p>
        </w:tc>
        <w:tc>
          <w:tcPr>
            <w:tcW w:w="4762" w:type="dxa"/>
            <w:vAlign w:val="center"/>
          </w:tcPr>
          <w:p w14:paraId="6EACE809" w14:textId="77777777" w:rsidR="006B66A7" w:rsidRDefault="006B66A7" w:rsidP="00E73126">
            <w:pPr>
              <w:keepLines/>
              <w:spacing w:after="0"/>
            </w:pPr>
            <w:r>
              <w:rPr>
                <w:sz w:val="17"/>
              </w:rPr>
              <w:t>minimum 350 cd/m²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7A4E9DDF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46BAEA16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13DDAF13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Kąty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widzenia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3A922AFE" w14:textId="77777777" w:rsidR="006B66A7" w:rsidRDefault="006B66A7" w:rsidP="00E73126">
            <w:pPr>
              <w:keepLines/>
              <w:spacing w:after="0"/>
            </w:pPr>
            <w:r>
              <w:rPr>
                <w:sz w:val="17"/>
              </w:rPr>
              <w:t>minimum 178°/178°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148829DE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3C8C40BC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0BB32FED" w14:textId="77777777" w:rsidR="006B66A7" w:rsidRDefault="006B66A7" w:rsidP="00E73126">
            <w:pPr>
              <w:keepLines/>
              <w:spacing w:after="0"/>
            </w:pPr>
            <w:r>
              <w:rPr>
                <w:b/>
                <w:sz w:val="17"/>
              </w:rPr>
              <w:t>HDMI</w:t>
            </w:r>
          </w:p>
        </w:tc>
        <w:tc>
          <w:tcPr>
            <w:tcW w:w="4762" w:type="dxa"/>
            <w:vAlign w:val="center"/>
          </w:tcPr>
          <w:p w14:paraId="74425A15" w14:textId="77777777" w:rsidR="006B66A7" w:rsidRDefault="006B66A7" w:rsidP="00E73126">
            <w:pPr>
              <w:keepLines/>
              <w:spacing w:after="0"/>
            </w:pPr>
            <w:r>
              <w:rPr>
                <w:sz w:val="17"/>
              </w:rPr>
              <w:t>minimum 1 × HDMI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3086C04E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51ADD7D0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6B9C4250" w14:textId="77777777" w:rsidR="006B66A7" w:rsidRDefault="006B66A7" w:rsidP="00E73126">
            <w:pPr>
              <w:keepLines/>
              <w:spacing w:after="0"/>
            </w:pPr>
            <w:r>
              <w:rPr>
                <w:b/>
                <w:sz w:val="17"/>
              </w:rPr>
              <w:t>DisplayPort</w:t>
            </w:r>
          </w:p>
        </w:tc>
        <w:tc>
          <w:tcPr>
            <w:tcW w:w="4762" w:type="dxa"/>
            <w:shd w:val="clear" w:color="auto" w:fill="F5F7FA"/>
            <w:vAlign w:val="center"/>
          </w:tcPr>
          <w:p w14:paraId="64A8E4FB" w14:textId="77777777" w:rsidR="006B66A7" w:rsidRDefault="006B66A7" w:rsidP="00E73126">
            <w:pPr>
              <w:keepLines/>
              <w:spacing w:after="0"/>
            </w:pPr>
            <w:r>
              <w:rPr>
                <w:sz w:val="17"/>
              </w:rPr>
              <w:t>minimum 1 × DisplayPort IN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3E655D01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682D8B1A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153D2859" w14:textId="77777777" w:rsidR="006B66A7" w:rsidRDefault="006B66A7" w:rsidP="00E73126">
            <w:pPr>
              <w:keepLines/>
              <w:spacing w:after="0"/>
            </w:pPr>
            <w:r>
              <w:rPr>
                <w:b/>
                <w:sz w:val="17"/>
              </w:rPr>
              <w:t>DisplayPort OUT</w:t>
            </w:r>
          </w:p>
        </w:tc>
        <w:tc>
          <w:tcPr>
            <w:tcW w:w="4762" w:type="dxa"/>
            <w:vAlign w:val="center"/>
          </w:tcPr>
          <w:p w14:paraId="66419361" w14:textId="77777777" w:rsidR="006B66A7" w:rsidRDefault="006B66A7" w:rsidP="00E73126">
            <w:pPr>
              <w:keepLines/>
              <w:spacing w:after="0"/>
            </w:pPr>
            <w:r>
              <w:rPr>
                <w:sz w:val="17"/>
              </w:rPr>
              <w:t xml:space="preserve">minimum 1 × DisplayPort OUT, </w:t>
            </w:r>
            <w:proofErr w:type="spellStart"/>
            <w:r>
              <w:rPr>
                <w:sz w:val="17"/>
              </w:rPr>
              <w:t>możliwość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podłączenia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kolejnego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monitora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7CBFE127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4289D91C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363E610D" w14:textId="77777777" w:rsidR="006B66A7" w:rsidRDefault="006B66A7" w:rsidP="00E73126">
            <w:pPr>
              <w:keepLines/>
              <w:spacing w:after="0"/>
            </w:pPr>
            <w:r>
              <w:rPr>
                <w:b/>
                <w:sz w:val="17"/>
              </w:rPr>
              <w:t>USB-C</w:t>
            </w:r>
          </w:p>
        </w:tc>
        <w:tc>
          <w:tcPr>
            <w:tcW w:w="4762" w:type="dxa"/>
            <w:shd w:val="clear" w:color="auto" w:fill="F5F7FA"/>
            <w:vAlign w:val="center"/>
          </w:tcPr>
          <w:p w14:paraId="121E0C30" w14:textId="77777777" w:rsidR="006B66A7" w:rsidRDefault="006B66A7" w:rsidP="00E73126">
            <w:pPr>
              <w:keepLines/>
              <w:spacing w:after="0"/>
            </w:pPr>
            <w:r>
              <w:rPr>
                <w:sz w:val="17"/>
              </w:rPr>
              <w:t xml:space="preserve">minimum 1 × USB-C </w:t>
            </w:r>
            <w:proofErr w:type="spellStart"/>
            <w:r>
              <w:rPr>
                <w:sz w:val="17"/>
              </w:rPr>
              <w:t>umożliwiający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jednoczesne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przesyłanie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obrazu</w:t>
            </w:r>
            <w:proofErr w:type="spellEnd"/>
            <w:r>
              <w:rPr>
                <w:sz w:val="17"/>
              </w:rPr>
              <w:t xml:space="preserve">, </w:t>
            </w:r>
            <w:proofErr w:type="spellStart"/>
            <w:r>
              <w:rPr>
                <w:sz w:val="17"/>
              </w:rPr>
              <w:t>danych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i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zasilania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25C64676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642D3CB6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3D5AE283" w14:textId="77777777" w:rsidR="006B66A7" w:rsidRDefault="006B66A7" w:rsidP="00E73126">
            <w:pPr>
              <w:keepLines/>
              <w:spacing w:after="0"/>
            </w:pPr>
            <w:r>
              <w:rPr>
                <w:b/>
                <w:sz w:val="17"/>
              </w:rPr>
              <w:t>Power Delivery</w:t>
            </w:r>
          </w:p>
        </w:tc>
        <w:tc>
          <w:tcPr>
            <w:tcW w:w="4762" w:type="dxa"/>
            <w:vAlign w:val="center"/>
          </w:tcPr>
          <w:p w14:paraId="62B07F2C" w14:textId="77777777" w:rsidR="006B66A7" w:rsidRDefault="006B66A7" w:rsidP="00E73126">
            <w:pPr>
              <w:keepLines/>
              <w:spacing w:after="0"/>
            </w:pPr>
            <w:r>
              <w:rPr>
                <w:sz w:val="17"/>
              </w:rPr>
              <w:t xml:space="preserve">minimum 90 W </w:t>
            </w:r>
            <w:proofErr w:type="spellStart"/>
            <w:r>
              <w:rPr>
                <w:sz w:val="17"/>
              </w:rPr>
              <w:t>przez</w:t>
            </w:r>
            <w:proofErr w:type="spellEnd"/>
            <w:r>
              <w:rPr>
                <w:sz w:val="17"/>
              </w:rPr>
              <w:t xml:space="preserve"> USB-C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280BB50B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478E121D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367F0A87" w14:textId="77777777" w:rsidR="006B66A7" w:rsidRDefault="006B66A7" w:rsidP="00E73126">
            <w:pPr>
              <w:keepLines/>
              <w:spacing w:after="0"/>
            </w:pPr>
            <w:r>
              <w:rPr>
                <w:b/>
                <w:sz w:val="17"/>
              </w:rPr>
              <w:t>Hub USB</w:t>
            </w:r>
          </w:p>
        </w:tc>
        <w:tc>
          <w:tcPr>
            <w:tcW w:w="4762" w:type="dxa"/>
            <w:shd w:val="clear" w:color="auto" w:fill="F5F7FA"/>
            <w:vAlign w:val="center"/>
          </w:tcPr>
          <w:p w14:paraId="42C3B2E9" w14:textId="77777777" w:rsidR="006B66A7" w:rsidRDefault="006B66A7" w:rsidP="00E73126">
            <w:pPr>
              <w:keepLines/>
              <w:spacing w:after="0"/>
            </w:pPr>
            <w:r>
              <w:rPr>
                <w:sz w:val="17"/>
              </w:rPr>
              <w:t xml:space="preserve">minimum 4 porty USB downstream, w </w:t>
            </w:r>
            <w:proofErr w:type="spellStart"/>
            <w:r>
              <w:rPr>
                <w:sz w:val="17"/>
              </w:rPr>
              <w:t>tym</w:t>
            </w:r>
            <w:proofErr w:type="spellEnd"/>
            <w:r>
              <w:rPr>
                <w:sz w:val="17"/>
              </w:rPr>
              <w:t xml:space="preserve"> minimum 2 × USB-A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68B374A0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55A5BC34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3059C345" w14:textId="77777777" w:rsidR="006B66A7" w:rsidRDefault="006B66A7" w:rsidP="00E73126">
            <w:pPr>
              <w:keepLines/>
              <w:spacing w:after="0"/>
            </w:pPr>
            <w:r>
              <w:rPr>
                <w:b/>
                <w:sz w:val="17"/>
              </w:rPr>
              <w:t>LAN</w:t>
            </w:r>
          </w:p>
        </w:tc>
        <w:tc>
          <w:tcPr>
            <w:tcW w:w="4762" w:type="dxa"/>
            <w:vAlign w:val="center"/>
          </w:tcPr>
          <w:p w14:paraId="7EA4F4A5" w14:textId="77777777" w:rsidR="006B66A7" w:rsidRDefault="006B66A7" w:rsidP="00E73126">
            <w:pPr>
              <w:keepLines/>
              <w:spacing w:after="0"/>
            </w:pPr>
            <w:r>
              <w:rPr>
                <w:sz w:val="17"/>
              </w:rPr>
              <w:t xml:space="preserve">minimum 1 × RJ-45 Gigabit Ethernet, </w:t>
            </w:r>
            <w:proofErr w:type="spellStart"/>
            <w:r>
              <w:rPr>
                <w:sz w:val="17"/>
              </w:rPr>
              <w:t>dostępny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dla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notebooka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przez</w:t>
            </w:r>
            <w:proofErr w:type="spellEnd"/>
            <w:r>
              <w:rPr>
                <w:sz w:val="17"/>
              </w:rPr>
              <w:t xml:space="preserve"> USB-C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194A6231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12B13D94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5231FEE4" w14:textId="77777777" w:rsidR="006B66A7" w:rsidRDefault="006B66A7" w:rsidP="00E73126">
            <w:pPr>
              <w:keepLines/>
              <w:spacing w:after="0"/>
            </w:pPr>
            <w:r>
              <w:rPr>
                <w:b/>
                <w:sz w:val="17"/>
              </w:rPr>
              <w:t>KVM</w:t>
            </w:r>
          </w:p>
        </w:tc>
        <w:tc>
          <w:tcPr>
            <w:tcW w:w="4762" w:type="dxa"/>
            <w:shd w:val="clear" w:color="auto" w:fill="F5F7FA"/>
            <w:vAlign w:val="center"/>
          </w:tcPr>
          <w:p w14:paraId="630C4F29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wbudowana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funkcja</w:t>
            </w:r>
            <w:proofErr w:type="spellEnd"/>
            <w:r>
              <w:rPr>
                <w:sz w:val="17"/>
              </w:rPr>
              <w:t xml:space="preserve"> KVM </w:t>
            </w:r>
            <w:proofErr w:type="spellStart"/>
            <w:r>
              <w:rPr>
                <w:sz w:val="17"/>
              </w:rPr>
              <w:t>umożliwiająca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współdzielenie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urządzeń</w:t>
            </w:r>
            <w:proofErr w:type="spellEnd"/>
            <w:r>
              <w:rPr>
                <w:sz w:val="17"/>
              </w:rPr>
              <w:t xml:space="preserve"> USB </w:t>
            </w:r>
            <w:proofErr w:type="spellStart"/>
            <w:r>
              <w:rPr>
                <w:sz w:val="17"/>
              </w:rPr>
              <w:t>pomiędzy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podłączonymi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komputerami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6A45CC08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3C654C36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3494151B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Głośniki</w:t>
            </w:r>
            <w:proofErr w:type="spellEnd"/>
          </w:p>
        </w:tc>
        <w:tc>
          <w:tcPr>
            <w:tcW w:w="4762" w:type="dxa"/>
            <w:vAlign w:val="center"/>
          </w:tcPr>
          <w:p w14:paraId="2FFA8B72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wbudowane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głośniki</w:t>
            </w:r>
            <w:proofErr w:type="spellEnd"/>
            <w:r>
              <w:rPr>
                <w:sz w:val="17"/>
              </w:rPr>
              <w:t xml:space="preserve"> stereo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39C457B3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6A1F187D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152999D3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Wyjście</w:t>
            </w:r>
            <w:proofErr w:type="spellEnd"/>
            <w:r>
              <w:rPr>
                <w:b/>
                <w:sz w:val="17"/>
              </w:rPr>
              <w:t xml:space="preserve"> audio</w:t>
            </w:r>
          </w:p>
        </w:tc>
        <w:tc>
          <w:tcPr>
            <w:tcW w:w="4762" w:type="dxa"/>
            <w:shd w:val="clear" w:color="auto" w:fill="F5F7FA"/>
            <w:vAlign w:val="center"/>
          </w:tcPr>
          <w:p w14:paraId="77FEDDD5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wymagane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07913EB3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4EDC060E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45FB6DD8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Regulacja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wysokości</w:t>
            </w:r>
            <w:proofErr w:type="spellEnd"/>
          </w:p>
        </w:tc>
        <w:tc>
          <w:tcPr>
            <w:tcW w:w="4762" w:type="dxa"/>
            <w:vAlign w:val="center"/>
          </w:tcPr>
          <w:p w14:paraId="59B1C9AA" w14:textId="77777777" w:rsidR="006B66A7" w:rsidRDefault="006B66A7" w:rsidP="00E73126">
            <w:pPr>
              <w:keepLines/>
              <w:spacing w:after="0"/>
            </w:pPr>
            <w:r>
              <w:rPr>
                <w:sz w:val="17"/>
              </w:rPr>
              <w:t>minimum 150 mm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14926291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10071936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69E11575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Regulacja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pochylenia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7B01298E" w14:textId="77777777" w:rsidR="006B66A7" w:rsidRDefault="006B66A7" w:rsidP="00E73126">
            <w:pPr>
              <w:keepLines/>
              <w:spacing w:after="0"/>
            </w:pPr>
            <w:r>
              <w:rPr>
                <w:sz w:val="17"/>
              </w:rPr>
              <w:t xml:space="preserve">minimum </w:t>
            </w:r>
            <w:proofErr w:type="spellStart"/>
            <w:r>
              <w:rPr>
                <w:sz w:val="17"/>
              </w:rPr>
              <w:t>od</w:t>
            </w:r>
            <w:proofErr w:type="spellEnd"/>
            <w:r>
              <w:rPr>
                <w:sz w:val="17"/>
              </w:rPr>
              <w:t xml:space="preserve"> -5° do +20°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76A416AE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1504BAA2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7B5ED3CD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Obrót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podstawy</w:t>
            </w:r>
            <w:proofErr w:type="spellEnd"/>
          </w:p>
        </w:tc>
        <w:tc>
          <w:tcPr>
            <w:tcW w:w="4762" w:type="dxa"/>
            <w:vAlign w:val="center"/>
          </w:tcPr>
          <w:p w14:paraId="7FF05F99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możliwość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obrotu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monitora</w:t>
            </w:r>
            <w:proofErr w:type="spellEnd"/>
            <w:r>
              <w:rPr>
                <w:sz w:val="17"/>
              </w:rPr>
              <w:t xml:space="preserve"> w </w:t>
            </w:r>
            <w:proofErr w:type="spellStart"/>
            <w:r>
              <w:rPr>
                <w:sz w:val="17"/>
              </w:rPr>
              <w:t>lewo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i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prawo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439061CC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25456D0A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7178A56D" w14:textId="77777777" w:rsidR="006B66A7" w:rsidRDefault="006B66A7" w:rsidP="00E73126">
            <w:pPr>
              <w:keepLines/>
              <w:spacing w:after="0"/>
            </w:pPr>
            <w:r>
              <w:rPr>
                <w:b/>
                <w:sz w:val="17"/>
              </w:rPr>
              <w:t>Pivot</w:t>
            </w:r>
          </w:p>
        </w:tc>
        <w:tc>
          <w:tcPr>
            <w:tcW w:w="4762" w:type="dxa"/>
            <w:shd w:val="clear" w:color="auto" w:fill="F5F7FA"/>
            <w:vAlign w:val="center"/>
          </w:tcPr>
          <w:p w14:paraId="3C6F38DD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możliwość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obrotu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ekranu</w:t>
            </w:r>
            <w:proofErr w:type="spellEnd"/>
            <w:r>
              <w:rPr>
                <w:sz w:val="17"/>
              </w:rPr>
              <w:t xml:space="preserve"> do </w:t>
            </w:r>
            <w:proofErr w:type="spellStart"/>
            <w:r>
              <w:rPr>
                <w:sz w:val="17"/>
              </w:rPr>
              <w:t>orientacji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pionowej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11E55047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7C10E82E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7374E9C7" w14:textId="77777777" w:rsidR="006B66A7" w:rsidRDefault="006B66A7" w:rsidP="00E73126">
            <w:pPr>
              <w:keepLines/>
              <w:spacing w:after="0"/>
            </w:pPr>
            <w:r>
              <w:rPr>
                <w:b/>
                <w:sz w:val="17"/>
              </w:rPr>
              <w:t>VESA</w:t>
            </w:r>
          </w:p>
        </w:tc>
        <w:tc>
          <w:tcPr>
            <w:tcW w:w="4762" w:type="dxa"/>
            <w:vAlign w:val="center"/>
          </w:tcPr>
          <w:p w14:paraId="67396CA1" w14:textId="77777777" w:rsidR="006B66A7" w:rsidRDefault="006B66A7" w:rsidP="00E73126">
            <w:pPr>
              <w:keepLines/>
              <w:spacing w:after="0"/>
            </w:pPr>
            <w:r>
              <w:rPr>
                <w:sz w:val="17"/>
              </w:rPr>
              <w:t>minimum 100 × 100 mm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210947B6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02D3FCF6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2FA82F76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Ochrona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wzroku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62319A5B" w14:textId="77777777" w:rsidR="006B66A7" w:rsidRDefault="006B66A7" w:rsidP="00E73126">
            <w:pPr>
              <w:keepLines/>
              <w:spacing w:after="0"/>
            </w:pPr>
            <w:r>
              <w:rPr>
                <w:sz w:val="17"/>
              </w:rPr>
              <w:t xml:space="preserve">Flicker Free </w:t>
            </w:r>
            <w:proofErr w:type="spellStart"/>
            <w:r>
              <w:rPr>
                <w:sz w:val="17"/>
              </w:rPr>
              <w:t>oraz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redukcja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światła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niebieskiego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lub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rozwiązania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równoważne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23FB82C1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0E344271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199C0A7D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Zarządzanie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przewodami</w:t>
            </w:r>
            <w:proofErr w:type="spellEnd"/>
          </w:p>
        </w:tc>
        <w:tc>
          <w:tcPr>
            <w:tcW w:w="4762" w:type="dxa"/>
            <w:vAlign w:val="center"/>
          </w:tcPr>
          <w:p w14:paraId="124B1BD5" w14:textId="77777777" w:rsidR="006B66A7" w:rsidRDefault="006B66A7" w:rsidP="00E73126">
            <w:pPr>
              <w:keepLines/>
              <w:spacing w:after="0"/>
            </w:pPr>
            <w:r>
              <w:rPr>
                <w:sz w:val="17"/>
              </w:rPr>
              <w:t xml:space="preserve">system </w:t>
            </w:r>
            <w:proofErr w:type="spellStart"/>
            <w:r>
              <w:rPr>
                <w:sz w:val="17"/>
              </w:rPr>
              <w:t>organizacji</w:t>
            </w:r>
            <w:proofErr w:type="spellEnd"/>
            <w:r>
              <w:rPr>
                <w:sz w:val="17"/>
              </w:rPr>
              <w:t>/</w:t>
            </w:r>
            <w:proofErr w:type="spellStart"/>
            <w:r>
              <w:rPr>
                <w:sz w:val="17"/>
              </w:rPr>
              <w:t>prowadzenia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przewodów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66776A42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2146F13E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05E5A213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Zasilacz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55876F25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wbudowany</w:t>
            </w:r>
            <w:proofErr w:type="spellEnd"/>
            <w:r>
              <w:rPr>
                <w:sz w:val="17"/>
              </w:rPr>
              <w:t xml:space="preserve"> w monitor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47BFB9C7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461BA9CA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39A1AB38" w14:textId="77777777" w:rsidR="006B66A7" w:rsidRDefault="006B66A7" w:rsidP="00E73126">
            <w:pPr>
              <w:keepLines/>
              <w:spacing w:after="0"/>
            </w:pPr>
            <w:r>
              <w:rPr>
                <w:b/>
                <w:sz w:val="17"/>
              </w:rPr>
              <w:t>Kolor</w:t>
            </w:r>
          </w:p>
        </w:tc>
        <w:tc>
          <w:tcPr>
            <w:tcW w:w="4762" w:type="dxa"/>
            <w:vAlign w:val="center"/>
          </w:tcPr>
          <w:p w14:paraId="0A325911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czarny</w:t>
            </w:r>
            <w:proofErr w:type="spellEnd"/>
            <w:r>
              <w:rPr>
                <w:sz w:val="17"/>
              </w:rPr>
              <w:t>/</w:t>
            </w:r>
            <w:proofErr w:type="spellStart"/>
            <w:r>
              <w:rPr>
                <w:sz w:val="17"/>
              </w:rPr>
              <w:t>grafitowy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488F8CDC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026A096B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2E4D8A5E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Gwarancja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6FC205C6" w14:textId="77777777" w:rsidR="006B66A7" w:rsidRDefault="006B66A7" w:rsidP="00E73126">
            <w:pPr>
              <w:keepLines/>
              <w:spacing w:after="0"/>
            </w:pPr>
            <w:r>
              <w:rPr>
                <w:sz w:val="17"/>
              </w:rPr>
              <w:t xml:space="preserve">minimum 36 </w:t>
            </w:r>
            <w:proofErr w:type="spellStart"/>
            <w:r>
              <w:rPr>
                <w:sz w:val="17"/>
              </w:rPr>
              <w:t>miesięcy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01645DAB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7D074DFF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38F80C5D" w14:textId="77777777" w:rsidR="006B66A7" w:rsidRDefault="006B66A7" w:rsidP="00E73126">
            <w:pPr>
              <w:keepLines/>
              <w:spacing w:after="0"/>
            </w:pPr>
            <w:r>
              <w:rPr>
                <w:b/>
                <w:sz w:val="17"/>
              </w:rPr>
              <w:t>Stan</w:t>
            </w:r>
          </w:p>
        </w:tc>
        <w:tc>
          <w:tcPr>
            <w:tcW w:w="4762" w:type="dxa"/>
            <w:vAlign w:val="center"/>
          </w:tcPr>
          <w:p w14:paraId="1EFF1D7F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fabrycznie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nowy</w:t>
            </w:r>
            <w:proofErr w:type="spellEnd"/>
            <w:r>
              <w:rPr>
                <w:sz w:val="17"/>
              </w:rPr>
              <w:t xml:space="preserve">, </w:t>
            </w:r>
            <w:proofErr w:type="spellStart"/>
            <w:r>
              <w:rPr>
                <w:sz w:val="17"/>
              </w:rPr>
              <w:t>nieużywany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3C1B43DD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22FB932E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1C48323D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Funkcja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stacji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dokującej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18BC18B7" w14:textId="77777777" w:rsidR="006B66A7" w:rsidRDefault="006B66A7" w:rsidP="00E73126">
            <w:pPr>
              <w:keepLines/>
              <w:spacing w:after="0"/>
            </w:pPr>
            <w:r>
              <w:rPr>
                <w:sz w:val="17"/>
              </w:rPr>
              <w:t xml:space="preserve">Monitor </w:t>
            </w:r>
            <w:proofErr w:type="spellStart"/>
            <w:r>
              <w:rPr>
                <w:sz w:val="17"/>
              </w:rPr>
              <w:t>musi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umożliwiać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podłączenie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kompatybilnego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notebooka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jednym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przewodem</w:t>
            </w:r>
            <w:proofErr w:type="spellEnd"/>
            <w:r>
              <w:rPr>
                <w:sz w:val="17"/>
              </w:rPr>
              <w:t xml:space="preserve"> USB-C, </w:t>
            </w:r>
            <w:proofErr w:type="spellStart"/>
            <w:r>
              <w:rPr>
                <w:sz w:val="17"/>
              </w:rPr>
              <w:t>zapewniając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jednocześnie</w:t>
            </w:r>
            <w:proofErr w:type="spellEnd"/>
            <w:r>
              <w:rPr>
                <w:sz w:val="17"/>
              </w:rPr>
              <w:t>:</w:t>
            </w:r>
            <w:r>
              <w:rPr>
                <w:sz w:val="17"/>
              </w:rPr>
              <w:br/>
            </w:r>
            <w:r>
              <w:rPr>
                <w:sz w:val="17"/>
              </w:rPr>
              <w:br/>
            </w:r>
            <w:proofErr w:type="spellStart"/>
            <w:r>
              <w:rPr>
                <w:sz w:val="17"/>
              </w:rPr>
              <w:t>obraz</w:t>
            </w:r>
            <w:proofErr w:type="spellEnd"/>
            <w:r>
              <w:rPr>
                <w:sz w:val="17"/>
              </w:rPr>
              <w:t xml:space="preserve"> QHD + </w:t>
            </w:r>
            <w:proofErr w:type="spellStart"/>
            <w:r>
              <w:rPr>
                <w:sz w:val="17"/>
              </w:rPr>
              <w:t>ładowanie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notebooka</w:t>
            </w:r>
            <w:proofErr w:type="spellEnd"/>
            <w:r>
              <w:rPr>
                <w:sz w:val="17"/>
              </w:rPr>
              <w:t xml:space="preserve"> min. 90 W + </w:t>
            </w:r>
            <w:proofErr w:type="spellStart"/>
            <w:r>
              <w:rPr>
                <w:sz w:val="17"/>
              </w:rPr>
              <w:t>dostęp</w:t>
            </w:r>
            <w:proofErr w:type="spellEnd"/>
            <w:r>
              <w:rPr>
                <w:sz w:val="17"/>
              </w:rPr>
              <w:t xml:space="preserve"> do LAN RJ-45 + </w:t>
            </w:r>
            <w:proofErr w:type="spellStart"/>
            <w:r>
              <w:rPr>
                <w:sz w:val="17"/>
              </w:rPr>
              <w:t>dostęp</w:t>
            </w:r>
            <w:proofErr w:type="spellEnd"/>
            <w:r>
              <w:rPr>
                <w:sz w:val="17"/>
              </w:rPr>
              <w:t xml:space="preserve"> do </w:t>
            </w:r>
            <w:proofErr w:type="spellStart"/>
            <w:r>
              <w:rPr>
                <w:sz w:val="17"/>
              </w:rPr>
              <w:t>urządzeń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podłączonych</w:t>
            </w:r>
            <w:proofErr w:type="spellEnd"/>
            <w:r>
              <w:rPr>
                <w:sz w:val="17"/>
              </w:rPr>
              <w:t xml:space="preserve"> do </w:t>
            </w:r>
            <w:proofErr w:type="spellStart"/>
            <w:r>
              <w:rPr>
                <w:sz w:val="17"/>
              </w:rPr>
              <w:t>huba</w:t>
            </w:r>
            <w:proofErr w:type="spellEnd"/>
            <w:r>
              <w:rPr>
                <w:sz w:val="17"/>
              </w:rPr>
              <w:t xml:space="preserve"> USB </w:t>
            </w:r>
            <w:proofErr w:type="spellStart"/>
            <w:r>
              <w:rPr>
                <w:sz w:val="17"/>
              </w:rPr>
              <w:t>monitora</w:t>
            </w:r>
            <w:proofErr w:type="spellEnd"/>
            <w:r>
              <w:rPr>
                <w:sz w:val="17"/>
              </w:rPr>
              <w:t>.</w:t>
            </w:r>
            <w:r>
              <w:rPr>
                <w:sz w:val="17"/>
              </w:rPr>
              <w:br/>
            </w:r>
            <w:r>
              <w:rPr>
                <w:sz w:val="17"/>
              </w:rPr>
              <w:br/>
              <w:t xml:space="preserve">Hub USB </w:t>
            </w:r>
            <w:proofErr w:type="spellStart"/>
            <w:r>
              <w:rPr>
                <w:sz w:val="17"/>
              </w:rPr>
              <w:t>powinien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umożliwiać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wykorzystanie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typowych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urządzeń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peryferyjnych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stanowiska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biurowego</w:t>
            </w:r>
            <w:proofErr w:type="spellEnd"/>
            <w:r>
              <w:rPr>
                <w:sz w:val="17"/>
              </w:rPr>
              <w:t xml:space="preserve">, w </w:t>
            </w:r>
            <w:proofErr w:type="spellStart"/>
            <w:r>
              <w:rPr>
                <w:sz w:val="17"/>
              </w:rPr>
              <w:t>szczególności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klawiatury</w:t>
            </w:r>
            <w:proofErr w:type="spellEnd"/>
            <w:r>
              <w:rPr>
                <w:sz w:val="17"/>
              </w:rPr>
              <w:t xml:space="preserve">, </w:t>
            </w:r>
            <w:proofErr w:type="spellStart"/>
            <w:r>
              <w:rPr>
                <w:sz w:val="17"/>
              </w:rPr>
              <w:t>myszy</w:t>
            </w:r>
            <w:proofErr w:type="spellEnd"/>
            <w:r>
              <w:rPr>
                <w:sz w:val="17"/>
              </w:rPr>
              <w:t xml:space="preserve">, </w:t>
            </w:r>
            <w:proofErr w:type="spellStart"/>
            <w:r>
              <w:rPr>
                <w:sz w:val="17"/>
              </w:rPr>
              <w:t>czytnika</w:t>
            </w:r>
            <w:proofErr w:type="spellEnd"/>
            <w:r>
              <w:rPr>
                <w:sz w:val="17"/>
              </w:rPr>
              <w:t>/</w:t>
            </w:r>
            <w:proofErr w:type="spellStart"/>
            <w:r>
              <w:rPr>
                <w:sz w:val="17"/>
              </w:rPr>
              <w:t>karty</w:t>
            </w:r>
            <w:proofErr w:type="spellEnd"/>
            <w:r>
              <w:rPr>
                <w:sz w:val="17"/>
              </w:rPr>
              <w:t xml:space="preserve"> do </w:t>
            </w:r>
            <w:proofErr w:type="spellStart"/>
            <w:r>
              <w:rPr>
                <w:sz w:val="17"/>
              </w:rPr>
              <w:t>podpisu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kwalifikowanego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oraz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pamięci</w:t>
            </w:r>
            <w:proofErr w:type="spellEnd"/>
            <w:r>
              <w:rPr>
                <w:sz w:val="17"/>
              </w:rPr>
              <w:t xml:space="preserve"> USB.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030CF40F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689ACD2B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284A1A3D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lastRenderedPageBreak/>
              <w:t>Wymagane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przewody</w:t>
            </w:r>
            <w:proofErr w:type="spellEnd"/>
          </w:p>
        </w:tc>
        <w:tc>
          <w:tcPr>
            <w:tcW w:w="4762" w:type="dxa"/>
            <w:vAlign w:val="center"/>
          </w:tcPr>
          <w:p w14:paraId="3DDD6E6D" w14:textId="77777777" w:rsidR="006B66A7" w:rsidRDefault="006B66A7" w:rsidP="00E73126">
            <w:pPr>
              <w:keepLines/>
              <w:spacing w:after="0"/>
            </w:pPr>
            <w:r>
              <w:rPr>
                <w:sz w:val="17"/>
              </w:rPr>
              <w:t xml:space="preserve">W </w:t>
            </w:r>
            <w:proofErr w:type="spellStart"/>
            <w:r>
              <w:rPr>
                <w:sz w:val="17"/>
              </w:rPr>
              <w:t>zestawie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muszą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znajdować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się</w:t>
            </w:r>
            <w:proofErr w:type="spellEnd"/>
            <w:r>
              <w:rPr>
                <w:sz w:val="17"/>
              </w:rPr>
              <w:t xml:space="preserve"> co </w:t>
            </w:r>
            <w:proofErr w:type="spellStart"/>
            <w:r>
              <w:rPr>
                <w:sz w:val="17"/>
              </w:rPr>
              <w:t>najmniej</w:t>
            </w:r>
            <w:proofErr w:type="spellEnd"/>
            <w:r>
              <w:rPr>
                <w:sz w:val="17"/>
              </w:rPr>
              <w:t>:</w:t>
            </w:r>
            <w:r>
              <w:rPr>
                <w:sz w:val="17"/>
              </w:rPr>
              <w:br/>
            </w:r>
            <w:r>
              <w:rPr>
                <w:sz w:val="17"/>
              </w:rPr>
              <w:br/>
            </w:r>
            <w:proofErr w:type="spellStart"/>
            <w:r>
              <w:rPr>
                <w:sz w:val="17"/>
              </w:rPr>
              <w:t>przewód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zasilający</w:t>
            </w:r>
            <w:proofErr w:type="spellEnd"/>
            <w:r>
              <w:rPr>
                <w:sz w:val="17"/>
              </w:rPr>
              <w:t>,</w:t>
            </w:r>
            <w:r>
              <w:rPr>
                <w:sz w:val="17"/>
              </w:rPr>
              <w:br/>
            </w:r>
            <w:proofErr w:type="spellStart"/>
            <w:r>
              <w:rPr>
                <w:sz w:val="17"/>
              </w:rPr>
              <w:t>przewód</w:t>
            </w:r>
            <w:proofErr w:type="spellEnd"/>
            <w:r>
              <w:rPr>
                <w:sz w:val="17"/>
              </w:rPr>
              <w:t xml:space="preserve"> USB-C ↔ USB-C </w:t>
            </w:r>
            <w:proofErr w:type="spellStart"/>
            <w:r>
              <w:rPr>
                <w:sz w:val="17"/>
              </w:rPr>
              <w:t>obsługujący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obraz</w:t>
            </w:r>
            <w:proofErr w:type="spellEnd"/>
            <w:r>
              <w:rPr>
                <w:sz w:val="17"/>
              </w:rPr>
              <w:t xml:space="preserve">, </w:t>
            </w:r>
            <w:proofErr w:type="spellStart"/>
            <w:r>
              <w:rPr>
                <w:sz w:val="17"/>
              </w:rPr>
              <w:t>transmisję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danych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oraz</w:t>
            </w:r>
            <w:proofErr w:type="spellEnd"/>
            <w:r>
              <w:rPr>
                <w:sz w:val="17"/>
              </w:rPr>
              <w:t xml:space="preserve"> Power Delivery </w:t>
            </w:r>
            <w:proofErr w:type="spellStart"/>
            <w:r>
              <w:rPr>
                <w:sz w:val="17"/>
              </w:rPr>
              <w:t>zgodnie</w:t>
            </w:r>
            <w:proofErr w:type="spellEnd"/>
            <w:r>
              <w:rPr>
                <w:sz w:val="17"/>
              </w:rPr>
              <w:t xml:space="preserve"> z </w:t>
            </w:r>
            <w:proofErr w:type="spellStart"/>
            <w:r>
              <w:rPr>
                <w:sz w:val="17"/>
              </w:rPr>
              <w:t>parametrami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monitora</w:t>
            </w:r>
            <w:proofErr w:type="spellEnd"/>
            <w:r>
              <w:rPr>
                <w:sz w:val="17"/>
              </w:rPr>
              <w:t>,</w:t>
            </w:r>
            <w:r>
              <w:rPr>
                <w:sz w:val="17"/>
              </w:rPr>
              <w:br/>
            </w:r>
            <w:proofErr w:type="spellStart"/>
            <w:r>
              <w:rPr>
                <w:sz w:val="17"/>
              </w:rPr>
              <w:t>przewód</w:t>
            </w:r>
            <w:proofErr w:type="spellEnd"/>
            <w:r>
              <w:rPr>
                <w:sz w:val="17"/>
              </w:rPr>
              <w:t xml:space="preserve"> HDMI.</w:t>
            </w:r>
            <w:r>
              <w:rPr>
                <w:sz w:val="17"/>
              </w:rPr>
              <w:br/>
            </w:r>
            <w:r>
              <w:rPr>
                <w:sz w:val="17"/>
              </w:rPr>
              <w:br/>
            </w:r>
            <w:proofErr w:type="spellStart"/>
            <w:r>
              <w:rPr>
                <w:sz w:val="17"/>
              </w:rPr>
              <w:t>Dostarczony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zestaw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musi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umożliwiać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uruchomienie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monitora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i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podłączenie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notebooka</w:t>
            </w:r>
            <w:proofErr w:type="spellEnd"/>
            <w:r>
              <w:rPr>
                <w:sz w:val="17"/>
              </w:rPr>
              <w:t xml:space="preserve"> bez </w:t>
            </w:r>
            <w:proofErr w:type="spellStart"/>
            <w:r>
              <w:rPr>
                <w:sz w:val="17"/>
              </w:rPr>
              <w:t>konieczności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zakupu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dodatkowego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przewodu</w:t>
            </w:r>
            <w:proofErr w:type="spellEnd"/>
            <w:r>
              <w:rPr>
                <w:sz w:val="17"/>
              </w:rPr>
              <w:t xml:space="preserve"> USB-C.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72E22463" w14:textId="77777777" w:rsidR="006B66A7" w:rsidRDefault="006B66A7" w:rsidP="00E73126">
            <w:pPr>
              <w:keepLines/>
              <w:spacing w:after="0"/>
            </w:pPr>
          </w:p>
        </w:tc>
      </w:tr>
    </w:tbl>
    <w:p w14:paraId="15BDD758" w14:textId="77777777" w:rsidR="006B66A7" w:rsidRDefault="006B66A7" w:rsidP="006B66A7"/>
    <w:tbl>
      <w:tblPr>
        <w:tblStyle w:val="Tabela-Siatka"/>
        <w:tblW w:w="0" w:type="auto"/>
        <w:tblInd w:w="38" w:type="dxa"/>
        <w:tblLook w:val="04A0" w:firstRow="1" w:lastRow="0" w:firstColumn="1" w:lastColumn="0" w:noHBand="0" w:noVBand="1"/>
      </w:tblPr>
      <w:tblGrid>
        <w:gridCol w:w="3446"/>
        <w:gridCol w:w="1444"/>
        <w:gridCol w:w="2410"/>
      </w:tblGrid>
      <w:tr w:rsidR="00AF05CA" w14:paraId="2DEEC391" w14:textId="77777777">
        <w:tc>
          <w:tcPr>
            <w:tcW w:w="34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AA8146" w14:textId="77777777" w:rsidR="00AF05CA" w:rsidRDefault="00AF05CA">
            <w:r>
              <w:t xml:space="preserve">Cena za 1 </w:t>
            </w:r>
            <w:proofErr w:type="spellStart"/>
            <w:r>
              <w:t>szt</w:t>
            </w:r>
            <w:proofErr w:type="spellEnd"/>
            <w:r>
              <w:t>.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2E17DE" w14:textId="77777777" w:rsidR="00AF05CA" w:rsidRDefault="00AF05CA">
            <w:r>
              <w:t xml:space="preserve">Netto w </w:t>
            </w:r>
            <w:proofErr w:type="spellStart"/>
            <w:r>
              <w:t>zł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78569DC0" w14:textId="77777777" w:rsidR="00AF05CA" w:rsidRDefault="00AF05CA">
            <w:pPr>
              <w:rPr>
                <w:highlight w:val="yellow"/>
              </w:rPr>
            </w:pPr>
          </w:p>
        </w:tc>
      </w:tr>
      <w:tr w:rsidR="00AF05CA" w14:paraId="01DBE005" w14:textId="7777777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D14C0C" w14:textId="77777777" w:rsidR="00AF05CA" w:rsidRDefault="00AF05CA">
            <w:pPr>
              <w:spacing w:after="0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5F2EF1" w14:textId="77777777" w:rsidR="00AF05CA" w:rsidRDefault="00AF05CA">
            <w:r>
              <w:t xml:space="preserve">Brutto w </w:t>
            </w:r>
            <w:proofErr w:type="spellStart"/>
            <w:r>
              <w:t>zł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4998B170" w14:textId="77777777" w:rsidR="00AF05CA" w:rsidRDefault="00AF05CA">
            <w:pPr>
              <w:rPr>
                <w:highlight w:val="yellow"/>
              </w:rPr>
            </w:pPr>
          </w:p>
        </w:tc>
      </w:tr>
      <w:tr w:rsidR="00AF05CA" w14:paraId="26095FB3" w14:textId="77777777">
        <w:tc>
          <w:tcPr>
            <w:tcW w:w="34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2DDA7C" w14:textId="77777777" w:rsidR="00AF05CA" w:rsidRDefault="00AF05CA">
            <w:proofErr w:type="spellStart"/>
            <w:r>
              <w:t>Łączna</w:t>
            </w:r>
            <w:proofErr w:type="spellEnd"/>
            <w:r>
              <w:t xml:space="preserve"> </w:t>
            </w:r>
            <w:proofErr w:type="spellStart"/>
            <w:r>
              <w:t>Kwota</w:t>
            </w:r>
            <w:proofErr w:type="spellEnd"/>
            <w:r>
              <w:t xml:space="preserve"> za: 1 </w:t>
            </w:r>
            <w:proofErr w:type="spellStart"/>
            <w:r>
              <w:t>szt</w:t>
            </w:r>
            <w:proofErr w:type="spellEnd"/>
            <w:r>
              <w:t>.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23A981" w14:textId="77777777" w:rsidR="00AF05CA" w:rsidRDefault="00AF05CA">
            <w:r>
              <w:t xml:space="preserve">Netto w </w:t>
            </w:r>
            <w:proofErr w:type="spellStart"/>
            <w:r>
              <w:t>zł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482A9E58" w14:textId="77777777" w:rsidR="00AF05CA" w:rsidRDefault="00AF05CA">
            <w:pPr>
              <w:rPr>
                <w:highlight w:val="yellow"/>
              </w:rPr>
            </w:pPr>
          </w:p>
        </w:tc>
      </w:tr>
      <w:tr w:rsidR="00AF05CA" w14:paraId="324FFF5C" w14:textId="7777777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A925AD" w14:textId="77777777" w:rsidR="00AF05CA" w:rsidRDefault="00AF05CA">
            <w:pPr>
              <w:spacing w:after="0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173AEA" w14:textId="5AB2C441" w:rsidR="00AF05CA" w:rsidRDefault="0025708B">
            <w:r>
              <w:t>Br</w:t>
            </w:r>
            <w:r w:rsidR="00AF05CA">
              <w:t xml:space="preserve">utto w </w:t>
            </w:r>
            <w:proofErr w:type="spellStart"/>
            <w:r w:rsidR="00AF05CA">
              <w:t>zł</w:t>
            </w:r>
            <w:proofErr w:type="spellEnd"/>
            <w:r w:rsidR="00AF05CA">
              <w:t>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0A3BC70D" w14:textId="77777777" w:rsidR="00AF05CA" w:rsidRDefault="00AF05CA">
            <w:pPr>
              <w:rPr>
                <w:highlight w:val="yellow"/>
              </w:rPr>
            </w:pPr>
          </w:p>
        </w:tc>
      </w:tr>
    </w:tbl>
    <w:p w14:paraId="240FC770" w14:textId="77777777" w:rsidR="00AF05CA" w:rsidRDefault="00AF05CA" w:rsidP="006B66A7"/>
    <w:p w14:paraId="2EFB13F3" w14:textId="77777777" w:rsidR="006B66A7" w:rsidRDefault="006B66A7" w:rsidP="006B66A7">
      <w:r>
        <w:t xml:space="preserve">Oświadczamy, </w:t>
      </w:r>
      <w:proofErr w:type="spellStart"/>
      <w:r>
        <w:t>że</w:t>
      </w:r>
      <w:proofErr w:type="spellEnd"/>
      <w:r>
        <w:t xml:space="preserve"> </w:t>
      </w:r>
      <w:proofErr w:type="spellStart"/>
      <w:r>
        <w:t>oferowany</w:t>
      </w:r>
      <w:proofErr w:type="spellEnd"/>
      <w:r>
        <w:t xml:space="preserve"> </w:t>
      </w:r>
      <w:proofErr w:type="spellStart"/>
      <w:r>
        <w:t>przedmiot</w:t>
      </w:r>
      <w:proofErr w:type="spellEnd"/>
      <w:r>
        <w:t xml:space="preserve"> </w:t>
      </w:r>
      <w:proofErr w:type="spellStart"/>
      <w:r>
        <w:t>zamówienia</w:t>
      </w:r>
      <w:proofErr w:type="spellEnd"/>
      <w:r>
        <w:t xml:space="preserve"> </w:t>
      </w:r>
      <w:proofErr w:type="spellStart"/>
      <w:r>
        <w:t>spełnia</w:t>
      </w:r>
      <w:proofErr w:type="spellEnd"/>
      <w:r>
        <w:t xml:space="preserve"> </w:t>
      </w:r>
      <w:proofErr w:type="spellStart"/>
      <w:r>
        <w:t>wymagania</w:t>
      </w:r>
      <w:proofErr w:type="spellEnd"/>
      <w:r>
        <w:t xml:space="preserve"> </w:t>
      </w:r>
      <w:proofErr w:type="spellStart"/>
      <w:r>
        <w:t>wskazane</w:t>
      </w:r>
      <w:proofErr w:type="spellEnd"/>
      <w:r>
        <w:t xml:space="preserve"> w </w:t>
      </w:r>
      <w:proofErr w:type="spellStart"/>
      <w:r>
        <w:t>tabeli</w:t>
      </w:r>
      <w:proofErr w:type="spellEnd"/>
      <w:r>
        <w:t>.</w:t>
      </w:r>
    </w:p>
    <w:p w14:paraId="713927F7" w14:textId="77777777" w:rsidR="006B66A7" w:rsidRDefault="006B66A7" w:rsidP="006B66A7">
      <w:r>
        <w:t>.....................................................................................</w:t>
      </w:r>
      <w:r>
        <w:br/>
        <w:t xml:space="preserve">Data </w:t>
      </w:r>
      <w:proofErr w:type="spellStart"/>
      <w:r>
        <w:t>i</w:t>
      </w:r>
      <w:proofErr w:type="spellEnd"/>
      <w:r>
        <w:t xml:space="preserve"> </w:t>
      </w:r>
      <w:proofErr w:type="spellStart"/>
      <w:r>
        <w:t>podpis</w:t>
      </w:r>
      <w:proofErr w:type="spellEnd"/>
      <w:r>
        <w:t xml:space="preserve"> </w:t>
      </w:r>
      <w:proofErr w:type="spellStart"/>
      <w:r>
        <w:t>osoby</w:t>
      </w:r>
      <w:proofErr w:type="spellEnd"/>
      <w:r>
        <w:t xml:space="preserve"> </w:t>
      </w:r>
      <w:proofErr w:type="spellStart"/>
      <w:r>
        <w:t>upoważnionej</w:t>
      </w:r>
      <w:proofErr w:type="spellEnd"/>
      <w:r>
        <w:t xml:space="preserve"> do </w:t>
      </w:r>
      <w:proofErr w:type="spellStart"/>
      <w:r>
        <w:t>złożenia</w:t>
      </w:r>
      <w:proofErr w:type="spellEnd"/>
      <w:r>
        <w:t xml:space="preserve"> </w:t>
      </w:r>
      <w:proofErr w:type="spellStart"/>
      <w:r>
        <w:t>oferty</w:t>
      </w:r>
      <w:proofErr w:type="spellEnd"/>
    </w:p>
    <w:p w14:paraId="7DF2432D" w14:textId="5208055D" w:rsidR="006B66A7" w:rsidRDefault="006B66A7">
      <w:pPr>
        <w:spacing w:after="200"/>
      </w:pPr>
      <w:r>
        <w:br w:type="page"/>
      </w:r>
    </w:p>
    <w:p w14:paraId="16F50FC0" w14:textId="77777777" w:rsidR="006B66A7" w:rsidRDefault="006B66A7" w:rsidP="006B66A7">
      <w:pPr>
        <w:jc w:val="right"/>
        <w:rPr>
          <w:b/>
          <w:color w:val="1C324B"/>
          <w:szCs w:val="18"/>
        </w:rPr>
      </w:pPr>
      <w:proofErr w:type="spellStart"/>
      <w:r w:rsidRPr="005F17FA">
        <w:rPr>
          <w:b/>
          <w:color w:val="1C324B"/>
          <w:szCs w:val="18"/>
        </w:rPr>
        <w:lastRenderedPageBreak/>
        <w:t>Załącznik</w:t>
      </w:r>
      <w:proofErr w:type="spellEnd"/>
      <w:r w:rsidRPr="005F17FA">
        <w:rPr>
          <w:b/>
          <w:color w:val="1C324B"/>
          <w:szCs w:val="18"/>
        </w:rPr>
        <w:t xml:space="preserve"> nr 4.</w:t>
      </w:r>
      <w:r>
        <w:rPr>
          <w:b/>
          <w:color w:val="1C324B"/>
          <w:szCs w:val="18"/>
        </w:rPr>
        <w:t>11</w:t>
      </w:r>
    </w:p>
    <w:p w14:paraId="5269FB49" w14:textId="77777777" w:rsidR="006B66A7" w:rsidRPr="005F17FA" w:rsidRDefault="006B66A7" w:rsidP="006B66A7">
      <w:pPr>
        <w:jc w:val="center"/>
        <w:rPr>
          <w:b/>
          <w:color w:val="1C324B"/>
          <w:sz w:val="28"/>
        </w:rPr>
      </w:pPr>
      <w:r>
        <w:rPr>
          <w:b/>
          <w:color w:val="1C324B"/>
          <w:sz w:val="28"/>
        </w:rPr>
        <w:br/>
        <w:t>OPIS PRZEDMIOTU ZAMÓWIENIA</w:t>
      </w:r>
    </w:p>
    <w:p w14:paraId="46DA04BF" w14:textId="77777777" w:rsidR="006B66A7" w:rsidRDefault="006B66A7" w:rsidP="006B66A7">
      <w:pPr>
        <w:jc w:val="center"/>
      </w:pPr>
      <w:proofErr w:type="spellStart"/>
      <w:r>
        <w:rPr>
          <w:b/>
          <w:sz w:val="22"/>
        </w:rPr>
        <w:t>Specyfikacja</w:t>
      </w:r>
      <w:proofErr w:type="spellEnd"/>
      <w:r>
        <w:rPr>
          <w:b/>
          <w:sz w:val="22"/>
        </w:rPr>
        <w:t xml:space="preserve"> </w:t>
      </w:r>
      <w:proofErr w:type="spellStart"/>
      <w:r>
        <w:rPr>
          <w:b/>
          <w:sz w:val="22"/>
        </w:rPr>
        <w:t>techniczna</w:t>
      </w:r>
      <w:proofErr w:type="spellEnd"/>
      <w:r>
        <w:rPr>
          <w:b/>
          <w:sz w:val="22"/>
        </w:rPr>
        <w:t xml:space="preserve"> - </w:t>
      </w:r>
      <w:proofErr w:type="spellStart"/>
      <w:r>
        <w:rPr>
          <w:b/>
          <w:sz w:val="22"/>
        </w:rPr>
        <w:t>Ekran</w:t>
      </w:r>
      <w:proofErr w:type="spellEnd"/>
      <w:r>
        <w:rPr>
          <w:b/>
          <w:sz w:val="22"/>
        </w:rPr>
        <w:t xml:space="preserve"> </w:t>
      </w:r>
      <w:proofErr w:type="spellStart"/>
      <w:r>
        <w:rPr>
          <w:b/>
          <w:sz w:val="22"/>
        </w:rPr>
        <w:t>Typ</w:t>
      </w:r>
      <w:proofErr w:type="spellEnd"/>
      <w:r>
        <w:rPr>
          <w:b/>
          <w:sz w:val="22"/>
        </w:rPr>
        <w:t xml:space="preserve"> C – 1 </w:t>
      </w:r>
      <w:proofErr w:type="spellStart"/>
      <w:r>
        <w:rPr>
          <w:b/>
          <w:sz w:val="22"/>
        </w:rPr>
        <w:t>szt</w:t>
      </w:r>
      <w:proofErr w:type="spellEnd"/>
      <w:r>
        <w:rPr>
          <w:b/>
          <w:sz w:val="22"/>
        </w:rPr>
        <w:t>.</w:t>
      </w:r>
    </w:p>
    <w:p w14:paraId="34F4FC70" w14:textId="77777777" w:rsidR="006B66A7" w:rsidRDefault="006B66A7" w:rsidP="006B66A7">
      <w:r>
        <w:t xml:space="preserve">Producent: ........................................................................     Model / </w:t>
      </w:r>
      <w:proofErr w:type="spellStart"/>
      <w:r>
        <w:t>oznaczenie</w:t>
      </w:r>
      <w:proofErr w:type="spellEnd"/>
      <w:r>
        <w:t>: ........................................................................</w:t>
      </w:r>
    </w:p>
    <w:tbl>
      <w:tblPr>
        <w:tblStyle w:val="Tabela-Siatka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438"/>
        <w:gridCol w:w="4762"/>
        <w:gridCol w:w="2324"/>
      </w:tblGrid>
      <w:tr w:rsidR="006B66A7" w14:paraId="5D8718F4" w14:textId="77777777" w:rsidTr="00AF05CA">
        <w:trPr>
          <w:cantSplit/>
          <w:tblHeader/>
          <w:jc w:val="center"/>
        </w:trPr>
        <w:tc>
          <w:tcPr>
            <w:tcW w:w="2438" w:type="dxa"/>
            <w:shd w:val="clear" w:color="auto" w:fill="E8EEF5"/>
          </w:tcPr>
          <w:p w14:paraId="3585217D" w14:textId="77777777" w:rsidR="006B66A7" w:rsidRDefault="006B66A7" w:rsidP="00E73126">
            <w:pPr>
              <w:spacing w:after="0"/>
            </w:pPr>
            <w:proofErr w:type="spellStart"/>
            <w:r>
              <w:rPr>
                <w:b/>
                <w:sz w:val="17"/>
              </w:rPr>
              <w:t>Cecha</w:t>
            </w:r>
            <w:proofErr w:type="spellEnd"/>
            <w:r>
              <w:rPr>
                <w:b/>
                <w:sz w:val="17"/>
              </w:rPr>
              <w:t xml:space="preserve"> / </w:t>
            </w:r>
            <w:proofErr w:type="spellStart"/>
            <w:r>
              <w:rPr>
                <w:b/>
                <w:sz w:val="17"/>
              </w:rPr>
              <w:t>parametr</w:t>
            </w:r>
            <w:proofErr w:type="spellEnd"/>
          </w:p>
        </w:tc>
        <w:tc>
          <w:tcPr>
            <w:tcW w:w="4762" w:type="dxa"/>
            <w:shd w:val="clear" w:color="auto" w:fill="E8EEF5"/>
          </w:tcPr>
          <w:p w14:paraId="4F629938" w14:textId="77777777" w:rsidR="006B66A7" w:rsidRDefault="006B66A7" w:rsidP="00E73126">
            <w:pPr>
              <w:spacing w:after="0"/>
            </w:pPr>
            <w:proofErr w:type="spellStart"/>
            <w:r>
              <w:rPr>
                <w:b/>
                <w:sz w:val="17"/>
              </w:rPr>
              <w:t>Wymagane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minimalne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parametry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techniczne</w:t>
            </w:r>
            <w:proofErr w:type="spellEnd"/>
          </w:p>
        </w:tc>
        <w:tc>
          <w:tcPr>
            <w:tcW w:w="2324" w:type="dxa"/>
            <w:shd w:val="clear" w:color="auto" w:fill="FFFF99"/>
          </w:tcPr>
          <w:p w14:paraId="149CC6E6" w14:textId="77777777" w:rsidR="006B66A7" w:rsidRDefault="006B66A7" w:rsidP="00E73126">
            <w:pPr>
              <w:spacing w:after="0"/>
            </w:pPr>
            <w:proofErr w:type="spellStart"/>
            <w:r>
              <w:rPr>
                <w:b/>
                <w:sz w:val="17"/>
              </w:rPr>
              <w:t>Oferowane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parametry</w:t>
            </w:r>
            <w:proofErr w:type="spellEnd"/>
            <w:r>
              <w:rPr>
                <w:b/>
                <w:sz w:val="17"/>
              </w:rPr>
              <w:t xml:space="preserve"> (</w:t>
            </w:r>
            <w:proofErr w:type="spellStart"/>
            <w:r>
              <w:rPr>
                <w:b/>
                <w:sz w:val="17"/>
              </w:rPr>
              <w:t>wypełnia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Wykonawca</w:t>
            </w:r>
            <w:proofErr w:type="spellEnd"/>
            <w:r>
              <w:rPr>
                <w:b/>
                <w:sz w:val="17"/>
              </w:rPr>
              <w:t>)</w:t>
            </w:r>
          </w:p>
        </w:tc>
      </w:tr>
      <w:tr w:rsidR="006B66A7" w14:paraId="35111EDC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22D539B6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Przekątna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ekranu</w:t>
            </w:r>
            <w:proofErr w:type="spellEnd"/>
          </w:p>
        </w:tc>
        <w:tc>
          <w:tcPr>
            <w:tcW w:w="4762" w:type="dxa"/>
            <w:vAlign w:val="center"/>
          </w:tcPr>
          <w:p w14:paraId="6913B243" w14:textId="77777777" w:rsidR="006B66A7" w:rsidRDefault="006B66A7" w:rsidP="00E73126">
            <w:pPr>
              <w:keepLines/>
              <w:spacing w:after="0"/>
            </w:pPr>
            <w:r>
              <w:rPr>
                <w:sz w:val="17"/>
              </w:rPr>
              <w:t>min. 29"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33AAA88E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508B5CBB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6CD9BE81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Typ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matrycy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786E39DF" w14:textId="77777777" w:rsidR="006B66A7" w:rsidRDefault="006B66A7" w:rsidP="00E73126">
            <w:pPr>
              <w:keepLines/>
              <w:spacing w:after="0"/>
            </w:pPr>
            <w:r>
              <w:rPr>
                <w:sz w:val="17"/>
              </w:rPr>
              <w:t>IPS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37AF0624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7E250FD9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0D7160FB" w14:textId="77777777" w:rsidR="006B66A7" w:rsidRDefault="006B66A7" w:rsidP="00E73126">
            <w:pPr>
              <w:keepLines/>
              <w:spacing w:after="0"/>
            </w:pPr>
            <w:r>
              <w:rPr>
                <w:b/>
                <w:sz w:val="17"/>
              </w:rPr>
              <w:t xml:space="preserve">Format </w:t>
            </w:r>
            <w:proofErr w:type="spellStart"/>
            <w:r>
              <w:rPr>
                <w:b/>
                <w:sz w:val="17"/>
              </w:rPr>
              <w:t>obrazu</w:t>
            </w:r>
            <w:proofErr w:type="spellEnd"/>
          </w:p>
        </w:tc>
        <w:tc>
          <w:tcPr>
            <w:tcW w:w="4762" w:type="dxa"/>
            <w:vAlign w:val="center"/>
          </w:tcPr>
          <w:p w14:paraId="51A23800" w14:textId="77777777" w:rsidR="006B66A7" w:rsidRDefault="006B66A7" w:rsidP="00E73126">
            <w:pPr>
              <w:keepLines/>
              <w:spacing w:after="0"/>
            </w:pPr>
            <w:r>
              <w:rPr>
                <w:sz w:val="17"/>
              </w:rPr>
              <w:t>21:9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574B4864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5A815B89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6EDDEAC5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Rozdzielczość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natywna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528479FB" w14:textId="77777777" w:rsidR="006B66A7" w:rsidRDefault="006B66A7" w:rsidP="00E73126">
            <w:pPr>
              <w:keepLines/>
              <w:spacing w:after="0"/>
            </w:pPr>
            <w:r>
              <w:rPr>
                <w:sz w:val="17"/>
              </w:rPr>
              <w:t xml:space="preserve">min. 2560 × 1080 </w:t>
            </w:r>
            <w:proofErr w:type="spellStart"/>
            <w:r>
              <w:rPr>
                <w:sz w:val="17"/>
              </w:rPr>
              <w:t>px</w:t>
            </w:r>
            <w:proofErr w:type="spellEnd"/>
            <w:r>
              <w:rPr>
                <w:sz w:val="17"/>
              </w:rPr>
              <w:t xml:space="preserve"> (WFHD)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3F487A1C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3FE980F8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2FA18F08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Częstotliwość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odświeżania</w:t>
            </w:r>
            <w:proofErr w:type="spellEnd"/>
          </w:p>
        </w:tc>
        <w:tc>
          <w:tcPr>
            <w:tcW w:w="4762" w:type="dxa"/>
            <w:vAlign w:val="center"/>
          </w:tcPr>
          <w:p w14:paraId="63F8EDD6" w14:textId="77777777" w:rsidR="006B66A7" w:rsidRDefault="006B66A7" w:rsidP="00E73126">
            <w:pPr>
              <w:keepLines/>
              <w:spacing w:after="0"/>
            </w:pPr>
            <w:r>
              <w:rPr>
                <w:sz w:val="17"/>
              </w:rPr>
              <w:t>min. 100 Hz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5FC912F7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68CACD0E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7C0591DE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Czas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reakcji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7CB9E170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maks</w:t>
            </w:r>
            <w:proofErr w:type="spellEnd"/>
            <w:r>
              <w:rPr>
                <w:sz w:val="17"/>
              </w:rPr>
              <w:t xml:space="preserve">. 5 </w:t>
            </w:r>
            <w:proofErr w:type="spellStart"/>
            <w:r>
              <w:rPr>
                <w:sz w:val="17"/>
              </w:rPr>
              <w:t>ms</w:t>
            </w:r>
            <w:proofErr w:type="spellEnd"/>
            <w:r>
              <w:rPr>
                <w:sz w:val="17"/>
              </w:rPr>
              <w:t xml:space="preserve"> (</w:t>
            </w:r>
            <w:proofErr w:type="spellStart"/>
            <w:r>
              <w:rPr>
                <w:sz w:val="17"/>
              </w:rPr>
              <w:t>GtG</w:t>
            </w:r>
            <w:proofErr w:type="spellEnd"/>
            <w:r>
              <w:rPr>
                <w:sz w:val="17"/>
              </w:rPr>
              <w:t>)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020A8632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47103883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47298853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Jasność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typowa</w:t>
            </w:r>
            <w:proofErr w:type="spellEnd"/>
          </w:p>
        </w:tc>
        <w:tc>
          <w:tcPr>
            <w:tcW w:w="4762" w:type="dxa"/>
            <w:vAlign w:val="center"/>
          </w:tcPr>
          <w:p w14:paraId="1F5FBAC3" w14:textId="77777777" w:rsidR="006B66A7" w:rsidRDefault="006B66A7" w:rsidP="00E73126">
            <w:pPr>
              <w:keepLines/>
              <w:spacing w:after="0"/>
            </w:pPr>
            <w:r>
              <w:rPr>
                <w:sz w:val="17"/>
              </w:rPr>
              <w:t>min. 250 cd/m²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368C7FD1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1E3B9C20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5454CD49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Kontrast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statyczny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54543F3D" w14:textId="77777777" w:rsidR="006B66A7" w:rsidRDefault="006B66A7" w:rsidP="00E73126">
            <w:pPr>
              <w:keepLines/>
              <w:spacing w:after="0"/>
            </w:pPr>
            <w:r>
              <w:rPr>
                <w:sz w:val="17"/>
              </w:rPr>
              <w:t>min. 1000:1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3F0AD935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3C1F13BC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6FE1313E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Kąty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widzenia</w:t>
            </w:r>
            <w:proofErr w:type="spellEnd"/>
          </w:p>
        </w:tc>
        <w:tc>
          <w:tcPr>
            <w:tcW w:w="4762" w:type="dxa"/>
            <w:vAlign w:val="center"/>
          </w:tcPr>
          <w:p w14:paraId="2D2B0B84" w14:textId="77777777" w:rsidR="006B66A7" w:rsidRDefault="006B66A7" w:rsidP="00E73126">
            <w:pPr>
              <w:keepLines/>
              <w:spacing w:after="0"/>
            </w:pPr>
            <w:r>
              <w:rPr>
                <w:sz w:val="17"/>
              </w:rPr>
              <w:t xml:space="preserve">min. 178° w </w:t>
            </w:r>
            <w:proofErr w:type="spellStart"/>
            <w:r>
              <w:rPr>
                <w:sz w:val="17"/>
              </w:rPr>
              <w:t>pionie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i</w:t>
            </w:r>
            <w:proofErr w:type="spellEnd"/>
            <w:r>
              <w:rPr>
                <w:sz w:val="17"/>
              </w:rPr>
              <w:t xml:space="preserve"> 178° w </w:t>
            </w:r>
            <w:proofErr w:type="spellStart"/>
            <w:r>
              <w:rPr>
                <w:sz w:val="17"/>
              </w:rPr>
              <w:t>poziomie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67658152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45BB203C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0F44F12F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Liczba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wyświetlanych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kolorów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62E56267" w14:textId="77777777" w:rsidR="006B66A7" w:rsidRDefault="006B66A7" w:rsidP="00E73126">
            <w:pPr>
              <w:keepLines/>
              <w:spacing w:after="0"/>
            </w:pPr>
            <w:r>
              <w:rPr>
                <w:sz w:val="17"/>
              </w:rPr>
              <w:t xml:space="preserve">min. 16,7 </w:t>
            </w:r>
            <w:proofErr w:type="spellStart"/>
            <w:r>
              <w:rPr>
                <w:sz w:val="17"/>
              </w:rPr>
              <w:t>mln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14FCEA74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6193E833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36D06B33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Pokrycie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przestrzeni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barw</w:t>
            </w:r>
            <w:proofErr w:type="spellEnd"/>
          </w:p>
        </w:tc>
        <w:tc>
          <w:tcPr>
            <w:tcW w:w="4762" w:type="dxa"/>
            <w:vAlign w:val="center"/>
          </w:tcPr>
          <w:p w14:paraId="74AD4F5A" w14:textId="77777777" w:rsidR="006B66A7" w:rsidRDefault="006B66A7" w:rsidP="00E73126">
            <w:pPr>
              <w:keepLines/>
              <w:spacing w:after="0"/>
            </w:pPr>
            <w:r>
              <w:rPr>
                <w:sz w:val="17"/>
              </w:rPr>
              <w:t>min. 99% sRGB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37CA2901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74EC17E9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023FC865" w14:textId="77777777" w:rsidR="006B66A7" w:rsidRDefault="006B66A7" w:rsidP="00E73126">
            <w:pPr>
              <w:keepLines/>
              <w:spacing w:after="0"/>
            </w:pPr>
            <w:r>
              <w:rPr>
                <w:b/>
                <w:sz w:val="17"/>
              </w:rPr>
              <w:t>HDR</w:t>
            </w:r>
          </w:p>
        </w:tc>
        <w:tc>
          <w:tcPr>
            <w:tcW w:w="4762" w:type="dxa"/>
            <w:shd w:val="clear" w:color="auto" w:fill="F5F7FA"/>
            <w:vAlign w:val="center"/>
          </w:tcPr>
          <w:p w14:paraId="63F77254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Obsługa</w:t>
            </w:r>
            <w:proofErr w:type="spellEnd"/>
            <w:r>
              <w:rPr>
                <w:sz w:val="17"/>
              </w:rPr>
              <w:t xml:space="preserve"> HDR10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26E9DDBB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40326237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205E42B4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Redukcja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rozmycia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ruchu</w:t>
            </w:r>
            <w:proofErr w:type="spellEnd"/>
          </w:p>
        </w:tc>
        <w:tc>
          <w:tcPr>
            <w:tcW w:w="4762" w:type="dxa"/>
            <w:vAlign w:val="center"/>
          </w:tcPr>
          <w:p w14:paraId="5B31AD02" w14:textId="77777777" w:rsidR="006B66A7" w:rsidRDefault="006B66A7" w:rsidP="00E73126">
            <w:pPr>
              <w:keepLines/>
              <w:spacing w:after="0"/>
            </w:pPr>
            <w:r>
              <w:rPr>
                <w:sz w:val="17"/>
              </w:rPr>
              <w:t>Tak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1BC719B8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713C4097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67EE9E90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Redukcja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migotania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obrazu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4845D833" w14:textId="77777777" w:rsidR="006B66A7" w:rsidRDefault="006B66A7" w:rsidP="00E73126">
            <w:pPr>
              <w:keepLines/>
              <w:spacing w:after="0"/>
            </w:pPr>
            <w:r>
              <w:rPr>
                <w:sz w:val="17"/>
              </w:rPr>
              <w:t>Tak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3A83E6DB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1634CC2E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2F86C350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Tryb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ochrony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wzroku</w:t>
            </w:r>
            <w:proofErr w:type="spellEnd"/>
            <w:r>
              <w:rPr>
                <w:b/>
                <w:sz w:val="17"/>
              </w:rPr>
              <w:t xml:space="preserve"> / Reader Mode</w:t>
            </w:r>
          </w:p>
        </w:tc>
        <w:tc>
          <w:tcPr>
            <w:tcW w:w="4762" w:type="dxa"/>
            <w:vAlign w:val="center"/>
          </w:tcPr>
          <w:p w14:paraId="5FFFA19D" w14:textId="77777777" w:rsidR="006B66A7" w:rsidRDefault="006B66A7" w:rsidP="00E73126">
            <w:pPr>
              <w:keepLines/>
              <w:spacing w:after="0"/>
            </w:pPr>
            <w:r>
              <w:rPr>
                <w:sz w:val="17"/>
              </w:rPr>
              <w:t>Tak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6CE7DDCC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601B01AD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0289B7F0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Automatyczne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przełączanie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źródła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sygnału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786220A4" w14:textId="77777777" w:rsidR="006B66A7" w:rsidRDefault="006B66A7" w:rsidP="00E73126">
            <w:pPr>
              <w:keepLines/>
              <w:spacing w:after="0"/>
            </w:pPr>
            <w:r>
              <w:rPr>
                <w:sz w:val="17"/>
              </w:rPr>
              <w:t>Tak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678B2518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71C8D1C7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071C42A3" w14:textId="77777777" w:rsidR="006B66A7" w:rsidRDefault="006B66A7" w:rsidP="00E73126">
            <w:pPr>
              <w:keepLines/>
              <w:spacing w:after="0"/>
            </w:pPr>
            <w:r>
              <w:rPr>
                <w:b/>
                <w:sz w:val="17"/>
              </w:rPr>
              <w:t>HDMI</w:t>
            </w:r>
          </w:p>
        </w:tc>
        <w:tc>
          <w:tcPr>
            <w:tcW w:w="4762" w:type="dxa"/>
            <w:vAlign w:val="center"/>
          </w:tcPr>
          <w:p w14:paraId="62351332" w14:textId="77777777" w:rsidR="006B66A7" w:rsidRDefault="006B66A7" w:rsidP="00E73126">
            <w:pPr>
              <w:keepLines/>
              <w:spacing w:after="0"/>
            </w:pPr>
            <w:r>
              <w:rPr>
                <w:sz w:val="17"/>
              </w:rPr>
              <w:t>min. 1 × HDMI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292E56E8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3E8C6416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4024B4C8" w14:textId="77777777" w:rsidR="006B66A7" w:rsidRDefault="006B66A7" w:rsidP="00E73126">
            <w:pPr>
              <w:keepLines/>
              <w:spacing w:after="0"/>
            </w:pPr>
            <w:r>
              <w:rPr>
                <w:b/>
                <w:sz w:val="17"/>
              </w:rPr>
              <w:t>DisplayPort</w:t>
            </w:r>
          </w:p>
        </w:tc>
        <w:tc>
          <w:tcPr>
            <w:tcW w:w="4762" w:type="dxa"/>
            <w:shd w:val="clear" w:color="auto" w:fill="F5F7FA"/>
            <w:vAlign w:val="center"/>
          </w:tcPr>
          <w:p w14:paraId="5B382F4D" w14:textId="77777777" w:rsidR="006B66A7" w:rsidRDefault="006B66A7" w:rsidP="00E73126">
            <w:pPr>
              <w:keepLines/>
              <w:spacing w:after="0"/>
            </w:pPr>
            <w:r>
              <w:rPr>
                <w:sz w:val="17"/>
              </w:rPr>
              <w:t>min. 1 × DisplayPort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157B843A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1CCA7BD3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2AE8709E" w14:textId="77777777" w:rsidR="006B66A7" w:rsidRDefault="006B66A7" w:rsidP="00E73126">
            <w:pPr>
              <w:keepLines/>
              <w:spacing w:after="0"/>
            </w:pPr>
            <w:r>
              <w:rPr>
                <w:b/>
                <w:sz w:val="17"/>
              </w:rPr>
              <w:t>Standard DisplayPort</w:t>
            </w:r>
          </w:p>
        </w:tc>
        <w:tc>
          <w:tcPr>
            <w:tcW w:w="4762" w:type="dxa"/>
            <w:vAlign w:val="center"/>
          </w:tcPr>
          <w:p w14:paraId="323521F6" w14:textId="77777777" w:rsidR="006B66A7" w:rsidRDefault="006B66A7" w:rsidP="00E73126">
            <w:pPr>
              <w:keepLines/>
              <w:spacing w:after="0"/>
            </w:pPr>
            <w:r>
              <w:rPr>
                <w:sz w:val="17"/>
              </w:rPr>
              <w:t>min. DP 1.4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3B649590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1392D157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1EFCFE35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Wyjście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słuchawkowe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6AB105B4" w14:textId="77777777" w:rsidR="006B66A7" w:rsidRDefault="006B66A7" w:rsidP="00E73126">
            <w:pPr>
              <w:keepLines/>
              <w:spacing w:after="0"/>
            </w:pPr>
            <w:r>
              <w:rPr>
                <w:sz w:val="17"/>
              </w:rPr>
              <w:t>Tak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2434AB0D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62273330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0275B241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Montaż</w:t>
            </w:r>
            <w:proofErr w:type="spellEnd"/>
            <w:r>
              <w:rPr>
                <w:b/>
                <w:sz w:val="17"/>
              </w:rPr>
              <w:t xml:space="preserve"> VESA</w:t>
            </w:r>
          </w:p>
        </w:tc>
        <w:tc>
          <w:tcPr>
            <w:tcW w:w="4762" w:type="dxa"/>
            <w:vAlign w:val="center"/>
          </w:tcPr>
          <w:p w14:paraId="78440B33" w14:textId="77777777" w:rsidR="006B66A7" w:rsidRDefault="006B66A7" w:rsidP="00E73126">
            <w:pPr>
              <w:keepLines/>
              <w:spacing w:after="0"/>
            </w:pPr>
            <w:r>
              <w:rPr>
                <w:sz w:val="17"/>
              </w:rPr>
              <w:t>Tak, 100 × 100 mm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656EAE72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33C35A8C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14E3A83C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Regulacja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monitora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7CB9B992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Regulacja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kąta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nachylenia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7C110395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46BDFFA4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68758A98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Konstrukcja</w:t>
            </w:r>
            <w:proofErr w:type="spellEnd"/>
          </w:p>
        </w:tc>
        <w:tc>
          <w:tcPr>
            <w:tcW w:w="4762" w:type="dxa"/>
            <w:vAlign w:val="center"/>
          </w:tcPr>
          <w:p w14:paraId="0052CBFA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Wąskie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obramowanie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ekranu</w:t>
            </w:r>
            <w:proofErr w:type="spellEnd"/>
            <w:r>
              <w:rPr>
                <w:sz w:val="17"/>
              </w:rPr>
              <w:t xml:space="preserve"> z minimum 3 </w:t>
            </w:r>
            <w:proofErr w:type="spellStart"/>
            <w:r>
              <w:rPr>
                <w:sz w:val="17"/>
              </w:rPr>
              <w:t>stron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0367F8BC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64B15450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02051966" w14:textId="77777777" w:rsidR="006B66A7" w:rsidRDefault="006B66A7" w:rsidP="00E73126">
            <w:pPr>
              <w:keepLines/>
              <w:spacing w:after="0"/>
            </w:pPr>
            <w:r>
              <w:rPr>
                <w:b/>
                <w:sz w:val="17"/>
              </w:rPr>
              <w:t>Kolor</w:t>
            </w:r>
          </w:p>
        </w:tc>
        <w:tc>
          <w:tcPr>
            <w:tcW w:w="4762" w:type="dxa"/>
            <w:shd w:val="clear" w:color="auto" w:fill="F5F7FA"/>
            <w:vAlign w:val="center"/>
          </w:tcPr>
          <w:p w14:paraId="18AC1115" w14:textId="77777777" w:rsidR="006B66A7" w:rsidRDefault="006B66A7" w:rsidP="00E73126">
            <w:pPr>
              <w:keepLines/>
              <w:spacing w:after="0"/>
            </w:pPr>
            <w:r>
              <w:rPr>
                <w:sz w:val="17"/>
              </w:rPr>
              <w:t>Czarny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1C1820DC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6EED1AE2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01FC6A57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Maksymalny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pobór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mocy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typowy</w:t>
            </w:r>
            <w:proofErr w:type="spellEnd"/>
          </w:p>
        </w:tc>
        <w:tc>
          <w:tcPr>
            <w:tcW w:w="4762" w:type="dxa"/>
            <w:vAlign w:val="center"/>
          </w:tcPr>
          <w:p w14:paraId="4B8846F3" w14:textId="77777777" w:rsidR="006B66A7" w:rsidRDefault="006B66A7" w:rsidP="00E73126">
            <w:pPr>
              <w:keepLines/>
              <w:spacing w:after="0"/>
            </w:pPr>
            <w:r>
              <w:rPr>
                <w:sz w:val="17"/>
              </w:rPr>
              <w:t>22 W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4616ACB9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2FB057F2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192D3C9A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Wymiary</w:t>
            </w:r>
            <w:proofErr w:type="spellEnd"/>
            <w:r>
              <w:rPr>
                <w:b/>
                <w:sz w:val="17"/>
              </w:rPr>
              <w:t xml:space="preserve"> z </w:t>
            </w:r>
            <w:proofErr w:type="spellStart"/>
            <w:r>
              <w:rPr>
                <w:b/>
                <w:sz w:val="17"/>
              </w:rPr>
              <w:t>podstawą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777A9404" w14:textId="77777777" w:rsidR="006B66A7" w:rsidRDefault="006B66A7" w:rsidP="00E73126">
            <w:pPr>
              <w:keepLines/>
              <w:spacing w:after="0"/>
            </w:pPr>
            <w:r>
              <w:rPr>
                <w:sz w:val="17"/>
              </w:rPr>
              <w:t>ok. 688,5 × 408,7 × 220 mm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348D66DF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7B96DDC3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1B2ABE13" w14:textId="77777777" w:rsidR="006B66A7" w:rsidRDefault="006B66A7" w:rsidP="00E73126">
            <w:pPr>
              <w:keepLines/>
              <w:spacing w:after="0"/>
            </w:pPr>
            <w:r>
              <w:rPr>
                <w:b/>
                <w:sz w:val="17"/>
              </w:rPr>
              <w:t xml:space="preserve">Masa z </w:t>
            </w:r>
            <w:proofErr w:type="spellStart"/>
            <w:r>
              <w:rPr>
                <w:b/>
                <w:sz w:val="17"/>
              </w:rPr>
              <w:t>podstawą</w:t>
            </w:r>
            <w:proofErr w:type="spellEnd"/>
          </w:p>
        </w:tc>
        <w:tc>
          <w:tcPr>
            <w:tcW w:w="4762" w:type="dxa"/>
            <w:vAlign w:val="center"/>
          </w:tcPr>
          <w:p w14:paraId="51CAAC9A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maks</w:t>
            </w:r>
            <w:proofErr w:type="spellEnd"/>
            <w:r>
              <w:rPr>
                <w:sz w:val="17"/>
              </w:rPr>
              <w:t>. 5,1 kg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674C77A5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3ADAAD8F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65C68676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Wyposażenie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0C214A31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Przewód</w:t>
            </w:r>
            <w:proofErr w:type="spellEnd"/>
            <w:r>
              <w:rPr>
                <w:sz w:val="17"/>
              </w:rPr>
              <w:t xml:space="preserve"> HDMI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7427EDCC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03ECE849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724129ED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Gwarancja</w:t>
            </w:r>
            <w:proofErr w:type="spellEnd"/>
          </w:p>
        </w:tc>
        <w:tc>
          <w:tcPr>
            <w:tcW w:w="4762" w:type="dxa"/>
            <w:vAlign w:val="center"/>
          </w:tcPr>
          <w:p w14:paraId="48F26747" w14:textId="77777777" w:rsidR="006B66A7" w:rsidRDefault="006B66A7" w:rsidP="00E73126">
            <w:pPr>
              <w:keepLines/>
              <w:spacing w:after="0"/>
            </w:pPr>
            <w:r>
              <w:rPr>
                <w:sz w:val="17"/>
              </w:rPr>
              <w:t xml:space="preserve">min. 24 </w:t>
            </w:r>
            <w:proofErr w:type="spellStart"/>
            <w:r>
              <w:rPr>
                <w:sz w:val="17"/>
              </w:rPr>
              <w:t>miesiące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1670E424" w14:textId="77777777" w:rsidR="006B66A7" w:rsidRDefault="006B66A7" w:rsidP="00E73126">
            <w:pPr>
              <w:keepLines/>
              <w:spacing w:after="0"/>
            </w:pPr>
          </w:p>
        </w:tc>
      </w:tr>
    </w:tbl>
    <w:p w14:paraId="3297FCA1" w14:textId="77777777" w:rsidR="006B66A7" w:rsidRDefault="006B66A7" w:rsidP="006B66A7"/>
    <w:tbl>
      <w:tblPr>
        <w:tblStyle w:val="Tabela-Siatka"/>
        <w:tblW w:w="0" w:type="auto"/>
        <w:tblInd w:w="38" w:type="dxa"/>
        <w:tblLook w:val="04A0" w:firstRow="1" w:lastRow="0" w:firstColumn="1" w:lastColumn="0" w:noHBand="0" w:noVBand="1"/>
      </w:tblPr>
      <w:tblGrid>
        <w:gridCol w:w="3446"/>
        <w:gridCol w:w="1444"/>
        <w:gridCol w:w="2410"/>
      </w:tblGrid>
      <w:tr w:rsidR="00AF05CA" w14:paraId="0F96BC11" w14:textId="77777777">
        <w:tc>
          <w:tcPr>
            <w:tcW w:w="34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2FBCEC" w14:textId="77777777" w:rsidR="00AF05CA" w:rsidRDefault="00AF05CA">
            <w:r>
              <w:t xml:space="preserve">Cena za 1 </w:t>
            </w:r>
            <w:proofErr w:type="spellStart"/>
            <w:r>
              <w:t>szt</w:t>
            </w:r>
            <w:proofErr w:type="spellEnd"/>
            <w:r>
              <w:t>.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6F4FA6" w14:textId="77777777" w:rsidR="00AF05CA" w:rsidRDefault="00AF05CA">
            <w:r>
              <w:t xml:space="preserve">Netto w </w:t>
            </w:r>
            <w:proofErr w:type="spellStart"/>
            <w:r>
              <w:t>zł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664F69B2" w14:textId="77777777" w:rsidR="00AF05CA" w:rsidRDefault="00AF05CA">
            <w:pPr>
              <w:rPr>
                <w:highlight w:val="yellow"/>
              </w:rPr>
            </w:pPr>
          </w:p>
        </w:tc>
      </w:tr>
      <w:tr w:rsidR="00AF05CA" w14:paraId="7AD126A2" w14:textId="7777777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B988F5" w14:textId="77777777" w:rsidR="00AF05CA" w:rsidRDefault="00AF05CA">
            <w:pPr>
              <w:spacing w:after="0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C7DBFE" w14:textId="77777777" w:rsidR="00AF05CA" w:rsidRDefault="00AF05CA">
            <w:r>
              <w:t xml:space="preserve">Brutto w </w:t>
            </w:r>
            <w:proofErr w:type="spellStart"/>
            <w:r>
              <w:t>zł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1A4F99EF" w14:textId="77777777" w:rsidR="00AF05CA" w:rsidRDefault="00AF05CA">
            <w:pPr>
              <w:rPr>
                <w:highlight w:val="yellow"/>
              </w:rPr>
            </w:pPr>
          </w:p>
        </w:tc>
      </w:tr>
      <w:tr w:rsidR="00AF05CA" w14:paraId="2A2DB13E" w14:textId="77777777">
        <w:tc>
          <w:tcPr>
            <w:tcW w:w="34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C419A0" w14:textId="77777777" w:rsidR="00AF05CA" w:rsidRDefault="00AF05CA">
            <w:proofErr w:type="spellStart"/>
            <w:r>
              <w:t>Łączna</w:t>
            </w:r>
            <w:proofErr w:type="spellEnd"/>
            <w:r>
              <w:t xml:space="preserve"> </w:t>
            </w:r>
            <w:proofErr w:type="spellStart"/>
            <w:r>
              <w:t>Kwota</w:t>
            </w:r>
            <w:proofErr w:type="spellEnd"/>
            <w:r>
              <w:t xml:space="preserve"> za: 1 </w:t>
            </w:r>
            <w:proofErr w:type="spellStart"/>
            <w:r>
              <w:t>szt</w:t>
            </w:r>
            <w:proofErr w:type="spellEnd"/>
            <w:r>
              <w:t>.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17E3DF" w14:textId="77777777" w:rsidR="00AF05CA" w:rsidRDefault="00AF05CA">
            <w:r>
              <w:t xml:space="preserve">Netto w </w:t>
            </w:r>
            <w:proofErr w:type="spellStart"/>
            <w:r>
              <w:t>zł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598DA632" w14:textId="77777777" w:rsidR="00AF05CA" w:rsidRDefault="00AF05CA">
            <w:pPr>
              <w:rPr>
                <w:highlight w:val="yellow"/>
              </w:rPr>
            </w:pPr>
          </w:p>
        </w:tc>
      </w:tr>
      <w:tr w:rsidR="00AF05CA" w14:paraId="28416DDE" w14:textId="7777777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F572A3" w14:textId="77777777" w:rsidR="00AF05CA" w:rsidRDefault="00AF05CA">
            <w:pPr>
              <w:spacing w:after="0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3BAC43" w14:textId="4B5B46BC" w:rsidR="00AF05CA" w:rsidRDefault="0025708B">
            <w:r>
              <w:t>Br</w:t>
            </w:r>
            <w:r w:rsidR="00AF05CA">
              <w:t xml:space="preserve">utto w </w:t>
            </w:r>
            <w:proofErr w:type="spellStart"/>
            <w:r w:rsidR="00AF05CA">
              <w:t>zł</w:t>
            </w:r>
            <w:proofErr w:type="spellEnd"/>
            <w:r w:rsidR="00AF05CA">
              <w:t>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204C4009" w14:textId="77777777" w:rsidR="00AF05CA" w:rsidRDefault="00AF05CA">
            <w:pPr>
              <w:rPr>
                <w:highlight w:val="yellow"/>
              </w:rPr>
            </w:pPr>
          </w:p>
        </w:tc>
      </w:tr>
    </w:tbl>
    <w:p w14:paraId="33221BB7" w14:textId="77777777" w:rsidR="00AF05CA" w:rsidRDefault="00AF05CA" w:rsidP="006B66A7"/>
    <w:p w14:paraId="0BC38A9A" w14:textId="77777777" w:rsidR="006B66A7" w:rsidRDefault="006B66A7" w:rsidP="006B66A7">
      <w:r>
        <w:t xml:space="preserve">Oświadczamy, </w:t>
      </w:r>
      <w:proofErr w:type="spellStart"/>
      <w:r>
        <w:t>że</w:t>
      </w:r>
      <w:proofErr w:type="spellEnd"/>
      <w:r>
        <w:t xml:space="preserve"> </w:t>
      </w:r>
      <w:proofErr w:type="spellStart"/>
      <w:r>
        <w:t>oferowany</w:t>
      </w:r>
      <w:proofErr w:type="spellEnd"/>
      <w:r>
        <w:t xml:space="preserve"> </w:t>
      </w:r>
      <w:proofErr w:type="spellStart"/>
      <w:r>
        <w:t>przedmiot</w:t>
      </w:r>
      <w:proofErr w:type="spellEnd"/>
      <w:r>
        <w:t xml:space="preserve"> </w:t>
      </w:r>
      <w:proofErr w:type="spellStart"/>
      <w:r>
        <w:t>zamówienia</w:t>
      </w:r>
      <w:proofErr w:type="spellEnd"/>
      <w:r>
        <w:t xml:space="preserve"> </w:t>
      </w:r>
      <w:proofErr w:type="spellStart"/>
      <w:r>
        <w:t>spełnia</w:t>
      </w:r>
      <w:proofErr w:type="spellEnd"/>
      <w:r>
        <w:t xml:space="preserve"> </w:t>
      </w:r>
      <w:proofErr w:type="spellStart"/>
      <w:r>
        <w:t>wymagania</w:t>
      </w:r>
      <w:proofErr w:type="spellEnd"/>
      <w:r>
        <w:t xml:space="preserve"> </w:t>
      </w:r>
      <w:proofErr w:type="spellStart"/>
      <w:r>
        <w:t>wskazane</w:t>
      </w:r>
      <w:proofErr w:type="spellEnd"/>
      <w:r>
        <w:t xml:space="preserve"> w </w:t>
      </w:r>
      <w:proofErr w:type="spellStart"/>
      <w:r>
        <w:t>tabeli</w:t>
      </w:r>
      <w:proofErr w:type="spellEnd"/>
      <w:r>
        <w:t>.</w:t>
      </w:r>
    </w:p>
    <w:p w14:paraId="67A8EED0" w14:textId="77777777" w:rsidR="006B66A7" w:rsidRDefault="006B66A7" w:rsidP="006B66A7">
      <w:r>
        <w:t>.....................................................................................</w:t>
      </w:r>
      <w:r>
        <w:br/>
        <w:t xml:space="preserve">Data </w:t>
      </w:r>
      <w:proofErr w:type="spellStart"/>
      <w:r>
        <w:t>i</w:t>
      </w:r>
      <w:proofErr w:type="spellEnd"/>
      <w:r>
        <w:t xml:space="preserve"> </w:t>
      </w:r>
      <w:proofErr w:type="spellStart"/>
      <w:r>
        <w:t>podpis</w:t>
      </w:r>
      <w:proofErr w:type="spellEnd"/>
      <w:r>
        <w:t xml:space="preserve"> </w:t>
      </w:r>
      <w:proofErr w:type="spellStart"/>
      <w:r>
        <w:t>osoby</w:t>
      </w:r>
      <w:proofErr w:type="spellEnd"/>
      <w:r>
        <w:t xml:space="preserve"> </w:t>
      </w:r>
      <w:proofErr w:type="spellStart"/>
      <w:r>
        <w:t>upoważnionej</w:t>
      </w:r>
      <w:proofErr w:type="spellEnd"/>
      <w:r>
        <w:t xml:space="preserve"> do </w:t>
      </w:r>
      <w:proofErr w:type="spellStart"/>
      <w:r>
        <w:t>złożenia</w:t>
      </w:r>
      <w:proofErr w:type="spellEnd"/>
      <w:r>
        <w:t xml:space="preserve"> </w:t>
      </w:r>
      <w:proofErr w:type="spellStart"/>
      <w:r>
        <w:t>oferty</w:t>
      </w:r>
      <w:proofErr w:type="spellEnd"/>
    </w:p>
    <w:p w14:paraId="5C89A8AD" w14:textId="2818CCE4" w:rsidR="006B66A7" w:rsidRDefault="006B66A7">
      <w:pPr>
        <w:spacing w:after="200"/>
      </w:pPr>
      <w:r>
        <w:br w:type="page"/>
      </w:r>
    </w:p>
    <w:p w14:paraId="7EC8BAE6" w14:textId="77777777" w:rsidR="006B66A7" w:rsidRPr="004437AC" w:rsidRDefault="006B66A7" w:rsidP="006B66A7">
      <w:pPr>
        <w:jc w:val="right"/>
        <w:rPr>
          <w:b/>
          <w:color w:val="1C324B"/>
          <w:szCs w:val="18"/>
        </w:rPr>
      </w:pPr>
      <w:proofErr w:type="spellStart"/>
      <w:r w:rsidRPr="004437AC">
        <w:rPr>
          <w:b/>
          <w:color w:val="1C324B"/>
          <w:szCs w:val="18"/>
        </w:rPr>
        <w:lastRenderedPageBreak/>
        <w:t>Załącznik</w:t>
      </w:r>
      <w:proofErr w:type="spellEnd"/>
      <w:r w:rsidRPr="004437AC">
        <w:rPr>
          <w:b/>
          <w:color w:val="1C324B"/>
          <w:szCs w:val="18"/>
        </w:rPr>
        <w:t xml:space="preserve"> nr 4.</w:t>
      </w:r>
      <w:r>
        <w:rPr>
          <w:b/>
          <w:color w:val="1C324B"/>
          <w:szCs w:val="18"/>
        </w:rPr>
        <w:t>12</w:t>
      </w:r>
    </w:p>
    <w:p w14:paraId="75B71585" w14:textId="77777777" w:rsidR="006B66A7" w:rsidRDefault="006B66A7" w:rsidP="006B66A7">
      <w:pPr>
        <w:jc w:val="center"/>
      </w:pPr>
      <w:r>
        <w:rPr>
          <w:b/>
          <w:color w:val="1C324B"/>
          <w:sz w:val="28"/>
        </w:rPr>
        <w:t>OPIS PRZEDMIOTU ZAMÓWIENIA</w:t>
      </w:r>
    </w:p>
    <w:p w14:paraId="0BC174D9" w14:textId="77777777" w:rsidR="006B66A7" w:rsidRDefault="006B66A7" w:rsidP="006B66A7">
      <w:pPr>
        <w:jc w:val="center"/>
      </w:pPr>
      <w:proofErr w:type="spellStart"/>
      <w:r>
        <w:rPr>
          <w:b/>
          <w:sz w:val="22"/>
        </w:rPr>
        <w:t>Specyfikacja</w:t>
      </w:r>
      <w:proofErr w:type="spellEnd"/>
      <w:r>
        <w:rPr>
          <w:b/>
          <w:sz w:val="22"/>
        </w:rPr>
        <w:t xml:space="preserve"> </w:t>
      </w:r>
      <w:proofErr w:type="spellStart"/>
      <w:r>
        <w:rPr>
          <w:b/>
          <w:sz w:val="22"/>
        </w:rPr>
        <w:t>techniczna</w:t>
      </w:r>
      <w:proofErr w:type="spellEnd"/>
      <w:r>
        <w:rPr>
          <w:b/>
          <w:sz w:val="22"/>
        </w:rPr>
        <w:t xml:space="preserve"> – </w:t>
      </w:r>
      <w:proofErr w:type="spellStart"/>
      <w:r>
        <w:rPr>
          <w:b/>
          <w:sz w:val="22"/>
        </w:rPr>
        <w:t>Przełącznik</w:t>
      </w:r>
      <w:proofErr w:type="spellEnd"/>
      <w:r>
        <w:rPr>
          <w:b/>
          <w:sz w:val="22"/>
        </w:rPr>
        <w:t xml:space="preserve"> </w:t>
      </w:r>
      <w:proofErr w:type="spellStart"/>
      <w:r>
        <w:rPr>
          <w:b/>
          <w:sz w:val="22"/>
        </w:rPr>
        <w:t>sieciowy</w:t>
      </w:r>
      <w:proofErr w:type="spellEnd"/>
      <w:r>
        <w:rPr>
          <w:b/>
          <w:sz w:val="22"/>
        </w:rPr>
        <w:t xml:space="preserve"> </w:t>
      </w:r>
      <w:proofErr w:type="spellStart"/>
      <w:r>
        <w:rPr>
          <w:b/>
          <w:sz w:val="22"/>
        </w:rPr>
        <w:t>Typ</w:t>
      </w:r>
      <w:proofErr w:type="spellEnd"/>
      <w:r>
        <w:rPr>
          <w:b/>
          <w:sz w:val="22"/>
        </w:rPr>
        <w:t xml:space="preserve"> A – 2 </w:t>
      </w:r>
      <w:proofErr w:type="spellStart"/>
      <w:r>
        <w:rPr>
          <w:b/>
          <w:sz w:val="22"/>
        </w:rPr>
        <w:t>szt</w:t>
      </w:r>
      <w:proofErr w:type="spellEnd"/>
      <w:r>
        <w:rPr>
          <w:b/>
          <w:sz w:val="22"/>
        </w:rPr>
        <w:t>.</w:t>
      </w:r>
    </w:p>
    <w:p w14:paraId="17AC611B" w14:textId="77777777" w:rsidR="006B66A7" w:rsidRDefault="006B66A7" w:rsidP="006B66A7">
      <w:r>
        <w:t xml:space="preserve">Producent: ........................................................................     Model / </w:t>
      </w:r>
      <w:proofErr w:type="spellStart"/>
      <w:r>
        <w:t>oznaczenie</w:t>
      </w:r>
      <w:proofErr w:type="spellEnd"/>
      <w:r>
        <w:t>: ........................................................................</w:t>
      </w:r>
    </w:p>
    <w:tbl>
      <w:tblPr>
        <w:tblStyle w:val="Tabela-Siatka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438"/>
        <w:gridCol w:w="4762"/>
        <w:gridCol w:w="2324"/>
      </w:tblGrid>
      <w:tr w:rsidR="006B66A7" w14:paraId="0EC54BD0" w14:textId="77777777" w:rsidTr="00AF05CA">
        <w:trPr>
          <w:cantSplit/>
          <w:tblHeader/>
          <w:jc w:val="center"/>
        </w:trPr>
        <w:tc>
          <w:tcPr>
            <w:tcW w:w="2438" w:type="dxa"/>
            <w:shd w:val="clear" w:color="auto" w:fill="E8EEF5"/>
          </w:tcPr>
          <w:p w14:paraId="4B160C18" w14:textId="77777777" w:rsidR="006B66A7" w:rsidRDefault="006B66A7" w:rsidP="00E73126">
            <w:pPr>
              <w:spacing w:after="0"/>
            </w:pPr>
            <w:proofErr w:type="spellStart"/>
            <w:r>
              <w:rPr>
                <w:b/>
                <w:sz w:val="17"/>
              </w:rPr>
              <w:t>Cecha</w:t>
            </w:r>
            <w:proofErr w:type="spellEnd"/>
            <w:r>
              <w:rPr>
                <w:b/>
                <w:sz w:val="17"/>
              </w:rPr>
              <w:t xml:space="preserve"> / </w:t>
            </w:r>
            <w:proofErr w:type="spellStart"/>
            <w:r>
              <w:rPr>
                <w:b/>
                <w:sz w:val="17"/>
              </w:rPr>
              <w:t>parametr</w:t>
            </w:r>
            <w:proofErr w:type="spellEnd"/>
          </w:p>
        </w:tc>
        <w:tc>
          <w:tcPr>
            <w:tcW w:w="4762" w:type="dxa"/>
            <w:shd w:val="clear" w:color="auto" w:fill="E8EEF5"/>
          </w:tcPr>
          <w:p w14:paraId="27DAD2E8" w14:textId="77777777" w:rsidR="006B66A7" w:rsidRDefault="006B66A7" w:rsidP="00E73126">
            <w:pPr>
              <w:spacing w:after="0"/>
            </w:pPr>
            <w:proofErr w:type="spellStart"/>
            <w:r>
              <w:rPr>
                <w:b/>
                <w:sz w:val="17"/>
              </w:rPr>
              <w:t>Wymagane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minimalne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parametry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techniczne</w:t>
            </w:r>
            <w:proofErr w:type="spellEnd"/>
          </w:p>
        </w:tc>
        <w:tc>
          <w:tcPr>
            <w:tcW w:w="2324" w:type="dxa"/>
            <w:shd w:val="clear" w:color="auto" w:fill="FFFF99"/>
          </w:tcPr>
          <w:p w14:paraId="10D9CE20" w14:textId="77777777" w:rsidR="006B66A7" w:rsidRDefault="006B66A7" w:rsidP="00E73126">
            <w:pPr>
              <w:spacing w:after="0"/>
            </w:pPr>
            <w:proofErr w:type="spellStart"/>
            <w:r>
              <w:rPr>
                <w:b/>
                <w:sz w:val="17"/>
              </w:rPr>
              <w:t>Oferowane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parametry</w:t>
            </w:r>
            <w:proofErr w:type="spellEnd"/>
            <w:r>
              <w:rPr>
                <w:b/>
                <w:sz w:val="17"/>
              </w:rPr>
              <w:t xml:space="preserve"> (</w:t>
            </w:r>
            <w:proofErr w:type="spellStart"/>
            <w:r>
              <w:rPr>
                <w:b/>
                <w:sz w:val="17"/>
              </w:rPr>
              <w:t>wypełnia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Wykonawca</w:t>
            </w:r>
            <w:proofErr w:type="spellEnd"/>
            <w:r>
              <w:rPr>
                <w:b/>
                <w:sz w:val="17"/>
              </w:rPr>
              <w:t>)</w:t>
            </w:r>
          </w:p>
        </w:tc>
      </w:tr>
      <w:tr w:rsidR="006B66A7" w14:paraId="7F03ED2A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41FA2827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Typ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urządzenia</w:t>
            </w:r>
            <w:proofErr w:type="spellEnd"/>
          </w:p>
        </w:tc>
        <w:tc>
          <w:tcPr>
            <w:tcW w:w="4762" w:type="dxa"/>
            <w:vAlign w:val="center"/>
          </w:tcPr>
          <w:p w14:paraId="34E345D9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Kompaktowy</w:t>
            </w:r>
            <w:proofErr w:type="spellEnd"/>
            <w:r>
              <w:rPr>
                <w:sz w:val="17"/>
              </w:rPr>
              <w:t xml:space="preserve">, </w:t>
            </w:r>
            <w:proofErr w:type="spellStart"/>
            <w:r>
              <w:rPr>
                <w:sz w:val="17"/>
              </w:rPr>
              <w:t>zarządzalny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przełącznik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sieciowy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0DFB5BF8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038ABEA1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54AE6DAD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Liczba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portów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42B264C8" w14:textId="77777777" w:rsidR="006B66A7" w:rsidRDefault="006B66A7" w:rsidP="00E73126">
            <w:pPr>
              <w:keepLines/>
              <w:spacing w:after="0"/>
            </w:pPr>
            <w:r>
              <w:rPr>
                <w:sz w:val="17"/>
              </w:rPr>
              <w:t>minimum 5 × RJ-45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50D12BD1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44F34ACF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7CBFE7D3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Prędkość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portów</w:t>
            </w:r>
            <w:proofErr w:type="spellEnd"/>
          </w:p>
        </w:tc>
        <w:tc>
          <w:tcPr>
            <w:tcW w:w="4762" w:type="dxa"/>
            <w:vAlign w:val="center"/>
          </w:tcPr>
          <w:p w14:paraId="692D727A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wszystkie</w:t>
            </w:r>
            <w:proofErr w:type="spellEnd"/>
            <w:r>
              <w:rPr>
                <w:sz w:val="17"/>
              </w:rPr>
              <w:t xml:space="preserve"> porty minimum 2,5 Gb/s (2.5 GbE)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0F8D90A9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5B2A816C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4489AF81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Obsługiwane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prędkości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711ECC90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automatyczna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negocjacja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prędkości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połączenia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459AB54F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051BE098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08B3F164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Zarządzanie</w:t>
            </w:r>
            <w:proofErr w:type="spellEnd"/>
          </w:p>
        </w:tc>
        <w:tc>
          <w:tcPr>
            <w:tcW w:w="4762" w:type="dxa"/>
            <w:vAlign w:val="center"/>
          </w:tcPr>
          <w:p w14:paraId="7A40450B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zarządzanie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przez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centralny</w:t>
            </w:r>
            <w:proofErr w:type="spellEnd"/>
            <w:r>
              <w:rPr>
                <w:sz w:val="17"/>
              </w:rPr>
              <w:t xml:space="preserve"> system/</w:t>
            </w:r>
            <w:proofErr w:type="spellStart"/>
            <w:r>
              <w:rPr>
                <w:sz w:val="17"/>
              </w:rPr>
              <w:t>kontroler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sieciowy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0EA5AE49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6F70E95A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1983D1EE" w14:textId="77777777" w:rsidR="006B66A7" w:rsidRDefault="006B66A7" w:rsidP="00E73126">
            <w:pPr>
              <w:keepLines/>
              <w:spacing w:after="0"/>
            </w:pPr>
            <w:r>
              <w:rPr>
                <w:b/>
                <w:sz w:val="17"/>
              </w:rPr>
              <w:t>VLAN</w:t>
            </w:r>
          </w:p>
        </w:tc>
        <w:tc>
          <w:tcPr>
            <w:tcW w:w="4762" w:type="dxa"/>
            <w:shd w:val="clear" w:color="auto" w:fill="F5F7FA"/>
            <w:vAlign w:val="center"/>
          </w:tcPr>
          <w:p w14:paraId="71195F77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obsługa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sieci</w:t>
            </w:r>
            <w:proofErr w:type="spellEnd"/>
            <w:r>
              <w:rPr>
                <w:sz w:val="17"/>
              </w:rPr>
              <w:t xml:space="preserve"> VLAN IEEE 802.1Q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7570476C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20A6BE1A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59B509EB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Zarządzanie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portami</w:t>
            </w:r>
            <w:proofErr w:type="spellEnd"/>
          </w:p>
        </w:tc>
        <w:tc>
          <w:tcPr>
            <w:tcW w:w="4762" w:type="dxa"/>
            <w:vAlign w:val="center"/>
          </w:tcPr>
          <w:p w14:paraId="114A6FB0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możliwość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konfiguracji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poszczególnych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portów</w:t>
            </w:r>
            <w:proofErr w:type="spellEnd"/>
            <w:r>
              <w:rPr>
                <w:sz w:val="17"/>
              </w:rPr>
              <w:t xml:space="preserve">, w </w:t>
            </w:r>
            <w:proofErr w:type="spellStart"/>
            <w:r>
              <w:rPr>
                <w:sz w:val="17"/>
              </w:rPr>
              <w:t>tym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przypisywania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sieci</w:t>
            </w:r>
            <w:proofErr w:type="spellEnd"/>
            <w:r>
              <w:rPr>
                <w:sz w:val="17"/>
              </w:rPr>
              <w:t xml:space="preserve"> VLAN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6FAB7B51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0F0AD83E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37D79FAC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Zasilanie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6615541C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możliwość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zasilania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przełącznika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przez</w:t>
            </w:r>
            <w:proofErr w:type="spellEnd"/>
            <w:r>
              <w:rPr>
                <w:sz w:val="17"/>
              </w:rPr>
              <w:t xml:space="preserve"> PoE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5B48B313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2947CBFF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2E166B10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Alternatywne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zasilanie</w:t>
            </w:r>
            <w:proofErr w:type="spellEnd"/>
          </w:p>
        </w:tc>
        <w:tc>
          <w:tcPr>
            <w:tcW w:w="4762" w:type="dxa"/>
            <w:vAlign w:val="center"/>
          </w:tcPr>
          <w:p w14:paraId="2D16028E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możliwość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zasilania</w:t>
            </w:r>
            <w:proofErr w:type="spellEnd"/>
            <w:r>
              <w:rPr>
                <w:sz w:val="17"/>
              </w:rPr>
              <w:t xml:space="preserve"> za </w:t>
            </w:r>
            <w:proofErr w:type="spellStart"/>
            <w:r>
              <w:rPr>
                <w:sz w:val="17"/>
              </w:rPr>
              <w:t>pomocą</w:t>
            </w:r>
            <w:proofErr w:type="spellEnd"/>
            <w:r>
              <w:rPr>
                <w:sz w:val="17"/>
              </w:rPr>
              <w:t xml:space="preserve"> USB-C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406CCED6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41413CB5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4269D0D3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Chłodzenie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707D0AA9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pasywne</w:t>
            </w:r>
            <w:proofErr w:type="spellEnd"/>
            <w:r>
              <w:rPr>
                <w:sz w:val="17"/>
              </w:rPr>
              <w:t xml:space="preserve">, </w:t>
            </w:r>
            <w:proofErr w:type="spellStart"/>
            <w:r>
              <w:rPr>
                <w:sz w:val="17"/>
              </w:rPr>
              <w:t>bezwentylatorowe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080EF7B3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0862B846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7EC2CBCF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Zastosowanie</w:t>
            </w:r>
            <w:proofErr w:type="spellEnd"/>
          </w:p>
        </w:tc>
        <w:tc>
          <w:tcPr>
            <w:tcW w:w="4762" w:type="dxa"/>
            <w:vAlign w:val="center"/>
          </w:tcPr>
          <w:p w14:paraId="1211BF29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praca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wewnątrz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pomieszczeń</w:t>
            </w:r>
            <w:proofErr w:type="spellEnd"/>
            <w:r>
              <w:rPr>
                <w:sz w:val="17"/>
              </w:rPr>
              <w:t xml:space="preserve">, </w:t>
            </w:r>
            <w:proofErr w:type="spellStart"/>
            <w:r>
              <w:rPr>
                <w:sz w:val="17"/>
              </w:rPr>
              <w:t>możliwość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instalacji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na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biurku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lub</w:t>
            </w:r>
            <w:proofErr w:type="spellEnd"/>
            <w:r>
              <w:rPr>
                <w:sz w:val="17"/>
              </w:rPr>
              <w:t xml:space="preserve"> w </w:t>
            </w:r>
            <w:proofErr w:type="spellStart"/>
            <w:r>
              <w:rPr>
                <w:sz w:val="17"/>
              </w:rPr>
              <w:t>punkcie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dystrybucyjnym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4DDF3E38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1D5F9E67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4E44054F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Sygnalizacja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228C842A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diody</w:t>
            </w:r>
            <w:proofErr w:type="spellEnd"/>
            <w:r>
              <w:rPr>
                <w:sz w:val="17"/>
              </w:rPr>
              <w:t xml:space="preserve"> LED </w:t>
            </w:r>
            <w:proofErr w:type="spellStart"/>
            <w:r>
              <w:rPr>
                <w:sz w:val="17"/>
              </w:rPr>
              <w:t>informujące</w:t>
            </w:r>
            <w:proofErr w:type="spellEnd"/>
            <w:r>
              <w:rPr>
                <w:sz w:val="17"/>
              </w:rPr>
              <w:t xml:space="preserve"> co </w:t>
            </w:r>
            <w:proofErr w:type="spellStart"/>
            <w:r>
              <w:rPr>
                <w:sz w:val="17"/>
              </w:rPr>
              <w:t>najmniej</w:t>
            </w:r>
            <w:proofErr w:type="spellEnd"/>
            <w:r>
              <w:rPr>
                <w:sz w:val="17"/>
              </w:rPr>
              <w:t xml:space="preserve"> o </w:t>
            </w:r>
            <w:proofErr w:type="spellStart"/>
            <w:r>
              <w:rPr>
                <w:sz w:val="17"/>
              </w:rPr>
              <w:t>stanie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urządzenia</w:t>
            </w:r>
            <w:proofErr w:type="spellEnd"/>
            <w:r>
              <w:rPr>
                <w:sz w:val="17"/>
              </w:rPr>
              <w:t>/</w:t>
            </w:r>
            <w:proofErr w:type="spellStart"/>
            <w:r>
              <w:rPr>
                <w:sz w:val="17"/>
              </w:rPr>
              <w:t>połączeń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03B6F848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4D59D3DE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784C8A64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Gwarancja</w:t>
            </w:r>
            <w:proofErr w:type="spellEnd"/>
          </w:p>
        </w:tc>
        <w:tc>
          <w:tcPr>
            <w:tcW w:w="4762" w:type="dxa"/>
            <w:vAlign w:val="center"/>
          </w:tcPr>
          <w:p w14:paraId="2B660847" w14:textId="77777777" w:rsidR="006B66A7" w:rsidRDefault="006B66A7" w:rsidP="00E73126">
            <w:pPr>
              <w:keepLines/>
              <w:spacing w:after="0"/>
            </w:pPr>
            <w:r>
              <w:rPr>
                <w:sz w:val="17"/>
              </w:rPr>
              <w:t xml:space="preserve">minimum 24 </w:t>
            </w:r>
            <w:proofErr w:type="spellStart"/>
            <w:r>
              <w:rPr>
                <w:sz w:val="17"/>
              </w:rPr>
              <w:t>miesiące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04585FA4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63FC1B77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0A21DBD2" w14:textId="77777777" w:rsidR="006B66A7" w:rsidRDefault="006B66A7" w:rsidP="00E73126">
            <w:pPr>
              <w:keepLines/>
              <w:spacing w:after="0"/>
            </w:pPr>
            <w:r>
              <w:rPr>
                <w:b/>
                <w:sz w:val="17"/>
              </w:rPr>
              <w:t>Stan</w:t>
            </w:r>
          </w:p>
        </w:tc>
        <w:tc>
          <w:tcPr>
            <w:tcW w:w="4762" w:type="dxa"/>
            <w:shd w:val="clear" w:color="auto" w:fill="F5F7FA"/>
            <w:vAlign w:val="center"/>
          </w:tcPr>
          <w:p w14:paraId="4FFAB78B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urządzenie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fabrycznie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nowe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i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nieużywane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6060286F" w14:textId="77777777" w:rsidR="006B66A7" w:rsidRDefault="006B66A7" w:rsidP="00E73126">
            <w:pPr>
              <w:keepLines/>
              <w:spacing w:after="0"/>
            </w:pPr>
          </w:p>
        </w:tc>
      </w:tr>
      <w:tr w:rsidR="006B66A7" w14:paraId="3E663EBF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59B688B5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Integracja</w:t>
            </w:r>
            <w:proofErr w:type="spellEnd"/>
            <w:r>
              <w:rPr>
                <w:b/>
                <w:sz w:val="17"/>
              </w:rPr>
              <w:t xml:space="preserve"> z </w:t>
            </w:r>
            <w:proofErr w:type="spellStart"/>
            <w:r>
              <w:rPr>
                <w:b/>
                <w:sz w:val="17"/>
              </w:rPr>
              <w:t>istniejącą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infrastrukturą</w:t>
            </w:r>
            <w:proofErr w:type="spellEnd"/>
          </w:p>
        </w:tc>
        <w:tc>
          <w:tcPr>
            <w:tcW w:w="4762" w:type="dxa"/>
            <w:vAlign w:val="center"/>
          </w:tcPr>
          <w:p w14:paraId="4AA777D9" w14:textId="77777777" w:rsidR="006B66A7" w:rsidRDefault="006B66A7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Wymagana</w:t>
            </w:r>
            <w:proofErr w:type="spellEnd"/>
            <w:r>
              <w:rPr>
                <w:sz w:val="17"/>
              </w:rPr>
              <w:t xml:space="preserve"> jest </w:t>
            </w:r>
            <w:proofErr w:type="spellStart"/>
            <w:r>
              <w:rPr>
                <w:sz w:val="17"/>
              </w:rPr>
              <w:t>możliwość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podłączenia</w:t>
            </w:r>
            <w:proofErr w:type="spellEnd"/>
            <w:r>
              <w:rPr>
                <w:sz w:val="17"/>
              </w:rPr>
              <w:t xml:space="preserve">, </w:t>
            </w:r>
            <w:proofErr w:type="spellStart"/>
            <w:r>
              <w:rPr>
                <w:sz w:val="17"/>
              </w:rPr>
              <w:t>adopcji</w:t>
            </w:r>
            <w:proofErr w:type="spellEnd"/>
            <w:r>
              <w:rPr>
                <w:sz w:val="17"/>
              </w:rPr>
              <w:t xml:space="preserve">, </w:t>
            </w:r>
            <w:proofErr w:type="spellStart"/>
            <w:r>
              <w:rPr>
                <w:sz w:val="17"/>
              </w:rPr>
              <w:t>konfiguracji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oraz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centralnego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zarządzania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oferowanym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urządzeniem</w:t>
            </w:r>
            <w:proofErr w:type="spellEnd"/>
            <w:r>
              <w:rPr>
                <w:sz w:val="17"/>
              </w:rPr>
              <w:t xml:space="preserve"> z </w:t>
            </w:r>
            <w:proofErr w:type="spellStart"/>
            <w:r>
              <w:rPr>
                <w:sz w:val="17"/>
              </w:rPr>
              <w:t>poziomu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posiadanej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przez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Zamawiającego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konsoli</w:t>
            </w:r>
            <w:proofErr w:type="spellEnd"/>
            <w:r>
              <w:rPr>
                <w:sz w:val="17"/>
              </w:rPr>
              <w:t xml:space="preserve"> UniFi </w:t>
            </w:r>
            <w:proofErr w:type="spellStart"/>
            <w:r>
              <w:rPr>
                <w:sz w:val="17"/>
              </w:rPr>
              <w:t>lub</w:t>
            </w:r>
            <w:proofErr w:type="spellEnd"/>
            <w:r>
              <w:rPr>
                <w:sz w:val="17"/>
              </w:rPr>
              <w:t xml:space="preserve"> Omada, bez </w:t>
            </w:r>
            <w:proofErr w:type="spellStart"/>
            <w:r>
              <w:rPr>
                <w:sz w:val="17"/>
              </w:rPr>
              <w:t>konieczności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zakupu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dodatkowego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kontrolera</w:t>
            </w:r>
            <w:proofErr w:type="spellEnd"/>
            <w:r>
              <w:rPr>
                <w:sz w:val="17"/>
              </w:rPr>
              <w:t xml:space="preserve">, </w:t>
            </w:r>
            <w:proofErr w:type="spellStart"/>
            <w:r>
              <w:rPr>
                <w:sz w:val="17"/>
              </w:rPr>
              <w:t>systemu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zarządzającego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lub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dodatkowych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licencji</w:t>
            </w:r>
            <w:proofErr w:type="spellEnd"/>
            <w:r>
              <w:rPr>
                <w:sz w:val="17"/>
              </w:rPr>
              <w:t>.</w:t>
            </w:r>
            <w:r>
              <w:rPr>
                <w:sz w:val="17"/>
              </w:rPr>
              <w:br/>
            </w:r>
            <w:r>
              <w:rPr>
                <w:sz w:val="17"/>
              </w:rPr>
              <w:br/>
              <w:t xml:space="preserve">System </w:t>
            </w:r>
            <w:proofErr w:type="spellStart"/>
            <w:r>
              <w:rPr>
                <w:sz w:val="17"/>
              </w:rPr>
              <w:t>musi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umożliwiać</w:t>
            </w:r>
            <w:proofErr w:type="spellEnd"/>
            <w:r>
              <w:rPr>
                <w:sz w:val="17"/>
              </w:rPr>
              <w:t xml:space="preserve"> co </w:t>
            </w:r>
            <w:proofErr w:type="spellStart"/>
            <w:r>
              <w:rPr>
                <w:sz w:val="17"/>
              </w:rPr>
              <w:t>najmniej</w:t>
            </w:r>
            <w:proofErr w:type="spellEnd"/>
            <w:r>
              <w:rPr>
                <w:sz w:val="17"/>
              </w:rPr>
              <w:t xml:space="preserve"> monitoring </w:t>
            </w:r>
            <w:proofErr w:type="spellStart"/>
            <w:r>
              <w:rPr>
                <w:sz w:val="17"/>
              </w:rPr>
              <w:t>stanu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urządzenia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i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portów</w:t>
            </w:r>
            <w:proofErr w:type="spellEnd"/>
            <w:r>
              <w:rPr>
                <w:sz w:val="17"/>
              </w:rPr>
              <w:t xml:space="preserve">, </w:t>
            </w:r>
            <w:proofErr w:type="spellStart"/>
            <w:r>
              <w:rPr>
                <w:sz w:val="17"/>
              </w:rPr>
              <w:t>konfigurację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portów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oraz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przypisywanie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sieci</w:t>
            </w:r>
            <w:proofErr w:type="spellEnd"/>
            <w:r>
              <w:rPr>
                <w:sz w:val="17"/>
              </w:rPr>
              <w:t xml:space="preserve"> VLAN.</w:t>
            </w:r>
            <w:r>
              <w:rPr>
                <w:sz w:val="17"/>
              </w:rPr>
              <w:br/>
            </w:r>
            <w:r>
              <w:rPr>
                <w:sz w:val="17"/>
              </w:rPr>
              <w:br/>
            </w:r>
            <w:proofErr w:type="spellStart"/>
            <w:r>
              <w:rPr>
                <w:sz w:val="17"/>
              </w:rPr>
              <w:t>Wymaganie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wynika</w:t>
            </w:r>
            <w:proofErr w:type="spellEnd"/>
            <w:r>
              <w:rPr>
                <w:sz w:val="17"/>
              </w:rPr>
              <w:t xml:space="preserve"> z </w:t>
            </w:r>
            <w:proofErr w:type="spellStart"/>
            <w:r>
              <w:rPr>
                <w:sz w:val="17"/>
              </w:rPr>
              <w:t>konieczności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ujednolicenia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infrastruktury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sieciowej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Zamawiającego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oraz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wykorzystania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posiadanych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systemów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centralnego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zarządzania</w:t>
            </w:r>
            <w:proofErr w:type="spellEnd"/>
            <w:r>
              <w:rPr>
                <w:sz w:val="17"/>
              </w:rPr>
              <w:t>.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15AD8F7C" w14:textId="77777777" w:rsidR="006B66A7" w:rsidRDefault="006B66A7" w:rsidP="00E73126">
            <w:pPr>
              <w:keepLines/>
              <w:spacing w:after="0"/>
            </w:pPr>
          </w:p>
        </w:tc>
      </w:tr>
    </w:tbl>
    <w:p w14:paraId="7381EFCA" w14:textId="77777777" w:rsidR="006B66A7" w:rsidRDefault="006B66A7" w:rsidP="006B66A7"/>
    <w:tbl>
      <w:tblPr>
        <w:tblStyle w:val="Tabela-Siatka"/>
        <w:tblW w:w="0" w:type="auto"/>
        <w:tblInd w:w="38" w:type="dxa"/>
        <w:tblLook w:val="04A0" w:firstRow="1" w:lastRow="0" w:firstColumn="1" w:lastColumn="0" w:noHBand="0" w:noVBand="1"/>
      </w:tblPr>
      <w:tblGrid>
        <w:gridCol w:w="3446"/>
        <w:gridCol w:w="1444"/>
        <w:gridCol w:w="2410"/>
      </w:tblGrid>
      <w:tr w:rsidR="00AF05CA" w14:paraId="5BA6FFE5" w14:textId="77777777">
        <w:tc>
          <w:tcPr>
            <w:tcW w:w="34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DD711A" w14:textId="77777777" w:rsidR="00AF05CA" w:rsidRDefault="00AF05CA">
            <w:r>
              <w:t xml:space="preserve">Cena za 1 </w:t>
            </w:r>
            <w:proofErr w:type="spellStart"/>
            <w:r>
              <w:t>szt</w:t>
            </w:r>
            <w:proofErr w:type="spellEnd"/>
            <w:r>
              <w:t>.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48D2A7" w14:textId="77777777" w:rsidR="00AF05CA" w:rsidRDefault="00AF05CA">
            <w:r>
              <w:t xml:space="preserve">Netto w </w:t>
            </w:r>
            <w:proofErr w:type="spellStart"/>
            <w:r>
              <w:t>zł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71C63332" w14:textId="77777777" w:rsidR="00AF05CA" w:rsidRDefault="00AF05CA">
            <w:pPr>
              <w:rPr>
                <w:highlight w:val="yellow"/>
              </w:rPr>
            </w:pPr>
          </w:p>
        </w:tc>
      </w:tr>
      <w:tr w:rsidR="00AF05CA" w14:paraId="7453B8E8" w14:textId="7777777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B3E26A" w14:textId="77777777" w:rsidR="00AF05CA" w:rsidRDefault="00AF05CA">
            <w:pPr>
              <w:spacing w:after="0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01B768" w14:textId="77777777" w:rsidR="00AF05CA" w:rsidRDefault="00AF05CA">
            <w:r>
              <w:t xml:space="preserve">Brutto w </w:t>
            </w:r>
            <w:proofErr w:type="spellStart"/>
            <w:r>
              <w:t>zł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5CE5BB6A" w14:textId="77777777" w:rsidR="00AF05CA" w:rsidRDefault="00AF05CA">
            <w:pPr>
              <w:rPr>
                <w:highlight w:val="yellow"/>
              </w:rPr>
            </w:pPr>
          </w:p>
        </w:tc>
      </w:tr>
      <w:tr w:rsidR="00AF05CA" w14:paraId="44123CCF" w14:textId="77777777">
        <w:tc>
          <w:tcPr>
            <w:tcW w:w="34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E99D75" w14:textId="50DD3660" w:rsidR="00AF05CA" w:rsidRDefault="00AF05CA">
            <w:proofErr w:type="spellStart"/>
            <w:r>
              <w:t>Łączna</w:t>
            </w:r>
            <w:proofErr w:type="spellEnd"/>
            <w:r>
              <w:t xml:space="preserve"> </w:t>
            </w:r>
            <w:proofErr w:type="spellStart"/>
            <w:r>
              <w:t>Kwota</w:t>
            </w:r>
            <w:proofErr w:type="spellEnd"/>
            <w:r>
              <w:t xml:space="preserve"> za: </w:t>
            </w:r>
            <w:r>
              <w:t>2</w:t>
            </w:r>
            <w:r>
              <w:t xml:space="preserve"> </w:t>
            </w:r>
            <w:proofErr w:type="spellStart"/>
            <w:r>
              <w:t>szt</w:t>
            </w:r>
            <w:proofErr w:type="spellEnd"/>
            <w:r>
              <w:t>.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4A7109" w14:textId="77777777" w:rsidR="00AF05CA" w:rsidRDefault="00AF05CA">
            <w:r>
              <w:t xml:space="preserve">Netto w </w:t>
            </w:r>
            <w:proofErr w:type="spellStart"/>
            <w:r>
              <w:t>zł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65DF56CF" w14:textId="77777777" w:rsidR="00AF05CA" w:rsidRDefault="00AF05CA">
            <w:pPr>
              <w:rPr>
                <w:highlight w:val="yellow"/>
              </w:rPr>
            </w:pPr>
          </w:p>
        </w:tc>
      </w:tr>
      <w:tr w:rsidR="00AF05CA" w14:paraId="0D71BE52" w14:textId="7777777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B3A379" w14:textId="77777777" w:rsidR="00AF05CA" w:rsidRDefault="00AF05CA">
            <w:pPr>
              <w:spacing w:after="0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931D5E" w14:textId="1123F023" w:rsidR="00AF05CA" w:rsidRDefault="0025708B">
            <w:r>
              <w:t>Br</w:t>
            </w:r>
            <w:r w:rsidR="00AF05CA">
              <w:t xml:space="preserve">utto w </w:t>
            </w:r>
            <w:proofErr w:type="spellStart"/>
            <w:r w:rsidR="00AF05CA">
              <w:t>zł</w:t>
            </w:r>
            <w:proofErr w:type="spellEnd"/>
            <w:r w:rsidR="00AF05CA">
              <w:t>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2EDA72C5" w14:textId="77777777" w:rsidR="00AF05CA" w:rsidRDefault="00AF05CA">
            <w:pPr>
              <w:rPr>
                <w:highlight w:val="yellow"/>
              </w:rPr>
            </w:pPr>
          </w:p>
        </w:tc>
      </w:tr>
    </w:tbl>
    <w:p w14:paraId="7509D03A" w14:textId="77777777" w:rsidR="00AF05CA" w:rsidRDefault="00AF05CA" w:rsidP="006B66A7"/>
    <w:p w14:paraId="5AD90062" w14:textId="77777777" w:rsidR="006B66A7" w:rsidRDefault="006B66A7" w:rsidP="006B66A7">
      <w:r>
        <w:t xml:space="preserve">Oświadczamy, </w:t>
      </w:r>
      <w:proofErr w:type="spellStart"/>
      <w:r>
        <w:t>że</w:t>
      </w:r>
      <w:proofErr w:type="spellEnd"/>
      <w:r>
        <w:t xml:space="preserve"> </w:t>
      </w:r>
      <w:proofErr w:type="spellStart"/>
      <w:r>
        <w:t>oferowany</w:t>
      </w:r>
      <w:proofErr w:type="spellEnd"/>
      <w:r>
        <w:t xml:space="preserve"> </w:t>
      </w:r>
      <w:proofErr w:type="spellStart"/>
      <w:r>
        <w:t>przedmiot</w:t>
      </w:r>
      <w:proofErr w:type="spellEnd"/>
      <w:r>
        <w:t xml:space="preserve"> </w:t>
      </w:r>
      <w:proofErr w:type="spellStart"/>
      <w:r>
        <w:t>zamówienia</w:t>
      </w:r>
      <w:proofErr w:type="spellEnd"/>
      <w:r>
        <w:t xml:space="preserve"> </w:t>
      </w:r>
      <w:proofErr w:type="spellStart"/>
      <w:r>
        <w:t>spełnia</w:t>
      </w:r>
      <w:proofErr w:type="spellEnd"/>
      <w:r>
        <w:t xml:space="preserve"> </w:t>
      </w:r>
      <w:proofErr w:type="spellStart"/>
      <w:r>
        <w:t>wymagania</w:t>
      </w:r>
      <w:proofErr w:type="spellEnd"/>
      <w:r>
        <w:t xml:space="preserve"> </w:t>
      </w:r>
      <w:proofErr w:type="spellStart"/>
      <w:r>
        <w:t>wskazane</w:t>
      </w:r>
      <w:proofErr w:type="spellEnd"/>
      <w:r>
        <w:t xml:space="preserve"> w </w:t>
      </w:r>
      <w:proofErr w:type="spellStart"/>
      <w:r>
        <w:t>tabeli</w:t>
      </w:r>
      <w:proofErr w:type="spellEnd"/>
      <w:r>
        <w:t>.</w:t>
      </w:r>
    </w:p>
    <w:p w14:paraId="51F08DEF" w14:textId="77777777" w:rsidR="006B66A7" w:rsidRDefault="006B66A7" w:rsidP="006B66A7">
      <w:r>
        <w:t>.....................................................................................</w:t>
      </w:r>
      <w:r>
        <w:br/>
        <w:t xml:space="preserve">Data </w:t>
      </w:r>
      <w:proofErr w:type="spellStart"/>
      <w:r>
        <w:t>i</w:t>
      </w:r>
      <w:proofErr w:type="spellEnd"/>
      <w:r>
        <w:t xml:space="preserve"> </w:t>
      </w:r>
      <w:proofErr w:type="spellStart"/>
      <w:r>
        <w:t>podpis</w:t>
      </w:r>
      <w:proofErr w:type="spellEnd"/>
      <w:r>
        <w:t xml:space="preserve"> </w:t>
      </w:r>
      <w:proofErr w:type="spellStart"/>
      <w:r>
        <w:t>osoby</w:t>
      </w:r>
      <w:proofErr w:type="spellEnd"/>
      <w:r>
        <w:t xml:space="preserve"> </w:t>
      </w:r>
      <w:proofErr w:type="spellStart"/>
      <w:r>
        <w:t>upoważnionej</w:t>
      </w:r>
      <w:proofErr w:type="spellEnd"/>
      <w:r>
        <w:t xml:space="preserve"> do </w:t>
      </w:r>
      <w:proofErr w:type="spellStart"/>
      <w:r>
        <w:t>złożenia</w:t>
      </w:r>
      <w:proofErr w:type="spellEnd"/>
      <w:r>
        <w:t xml:space="preserve"> </w:t>
      </w:r>
      <w:proofErr w:type="spellStart"/>
      <w:r>
        <w:t>oferty</w:t>
      </w:r>
      <w:proofErr w:type="spellEnd"/>
    </w:p>
    <w:p w14:paraId="5A790AB6" w14:textId="7D36E4E7" w:rsidR="006B66A7" w:rsidRDefault="006B66A7">
      <w:pPr>
        <w:spacing w:after="200"/>
      </w:pPr>
      <w:r>
        <w:br w:type="page"/>
      </w:r>
    </w:p>
    <w:p w14:paraId="1BF2EC30" w14:textId="77777777" w:rsidR="00F352C3" w:rsidRPr="003121F4" w:rsidRDefault="00F352C3" w:rsidP="00F352C3">
      <w:pPr>
        <w:jc w:val="right"/>
        <w:rPr>
          <w:b/>
          <w:color w:val="1C324B"/>
          <w:szCs w:val="18"/>
        </w:rPr>
      </w:pPr>
      <w:proofErr w:type="spellStart"/>
      <w:r w:rsidRPr="003121F4">
        <w:rPr>
          <w:b/>
          <w:color w:val="1C324B"/>
          <w:szCs w:val="18"/>
        </w:rPr>
        <w:lastRenderedPageBreak/>
        <w:t>Załącznik</w:t>
      </w:r>
      <w:proofErr w:type="spellEnd"/>
      <w:r w:rsidRPr="003121F4">
        <w:rPr>
          <w:b/>
          <w:color w:val="1C324B"/>
          <w:szCs w:val="18"/>
        </w:rPr>
        <w:t xml:space="preserve"> nr 4.</w:t>
      </w:r>
      <w:r>
        <w:rPr>
          <w:b/>
          <w:color w:val="1C324B"/>
          <w:szCs w:val="18"/>
        </w:rPr>
        <w:t>13</w:t>
      </w:r>
    </w:p>
    <w:p w14:paraId="515BA58F" w14:textId="77777777" w:rsidR="00F352C3" w:rsidRDefault="00F352C3" w:rsidP="00F352C3">
      <w:pPr>
        <w:jc w:val="center"/>
      </w:pPr>
      <w:r>
        <w:rPr>
          <w:b/>
          <w:color w:val="1C324B"/>
          <w:sz w:val="28"/>
        </w:rPr>
        <w:br/>
        <w:t>OPIS PRZEDMIOTU ZAMÓWIENIA</w:t>
      </w:r>
    </w:p>
    <w:p w14:paraId="43EB3AA9" w14:textId="77777777" w:rsidR="00F352C3" w:rsidRDefault="00F352C3" w:rsidP="00F352C3">
      <w:pPr>
        <w:jc w:val="center"/>
      </w:pPr>
      <w:proofErr w:type="spellStart"/>
      <w:r>
        <w:rPr>
          <w:b/>
          <w:sz w:val="22"/>
        </w:rPr>
        <w:t>Specyfikacja</w:t>
      </w:r>
      <w:proofErr w:type="spellEnd"/>
      <w:r>
        <w:rPr>
          <w:b/>
          <w:sz w:val="22"/>
        </w:rPr>
        <w:t xml:space="preserve"> </w:t>
      </w:r>
      <w:proofErr w:type="spellStart"/>
      <w:r>
        <w:rPr>
          <w:b/>
          <w:sz w:val="22"/>
        </w:rPr>
        <w:t>techniczna</w:t>
      </w:r>
      <w:proofErr w:type="spellEnd"/>
      <w:r>
        <w:rPr>
          <w:b/>
          <w:sz w:val="22"/>
        </w:rPr>
        <w:t xml:space="preserve"> – </w:t>
      </w:r>
      <w:proofErr w:type="spellStart"/>
      <w:r>
        <w:rPr>
          <w:b/>
          <w:sz w:val="22"/>
        </w:rPr>
        <w:t>Przełącznik</w:t>
      </w:r>
      <w:proofErr w:type="spellEnd"/>
      <w:r>
        <w:rPr>
          <w:b/>
          <w:sz w:val="22"/>
        </w:rPr>
        <w:t xml:space="preserve"> </w:t>
      </w:r>
      <w:proofErr w:type="spellStart"/>
      <w:r>
        <w:rPr>
          <w:b/>
          <w:sz w:val="22"/>
        </w:rPr>
        <w:t>sieciowy</w:t>
      </w:r>
      <w:proofErr w:type="spellEnd"/>
      <w:r>
        <w:rPr>
          <w:b/>
          <w:sz w:val="22"/>
        </w:rPr>
        <w:t xml:space="preserve"> </w:t>
      </w:r>
      <w:proofErr w:type="spellStart"/>
      <w:r>
        <w:rPr>
          <w:b/>
          <w:sz w:val="22"/>
        </w:rPr>
        <w:t>Typ</w:t>
      </w:r>
      <w:proofErr w:type="spellEnd"/>
      <w:r>
        <w:rPr>
          <w:b/>
          <w:sz w:val="22"/>
        </w:rPr>
        <w:t xml:space="preserve"> B – 3 </w:t>
      </w:r>
      <w:proofErr w:type="spellStart"/>
      <w:r>
        <w:rPr>
          <w:b/>
          <w:sz w:val="22"/>
        </w:rPr>
        <w:t>szt</w:t>
      </w:r>
      <w:proofErr w:type="spellEnd"/>
      <w:r>
        <w:rPr>
          <w:b/>
          <w:sz w:val="22"/>
        </w:rPr>
        <w:t>.</w:t>
      </w:r>
    </w:p>
    <w:p w14:paraId="32364BD3" w14:textId="77777777" w:rsidR="00F352C3" w:rsidRDefault="00F352C3" w:rsidP="00F352C3">
      <w:r>
        <w:t xml:space="preserve">Producent: ........................................................................     Model / </w:t>
      </w:r>
      <w:proofErr w:type="spellStart"/>
      <w:r>
        <w:t>oznaczenie</w:t>
      </w:r>
      <w:proofErr w:type="spellEnd"/>
      <w:r>
        <w:t>: ........................................................................</w:t>
      </w:r>
    </w:p>
    <w:tbl>
      <w:tblPr>
        <w:tblStyle w:val="Tabela-Siatka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438"/>
        <w:gridCol w:w="4762"/>
        <w:gridCol w:w="2324"/>
      </w:tblGrid>
      <w:tr w:rsidR="00F352C3" w14:paraId="711C68AC" w14:textId="77777777" w:rsidTr="00AF05CA">
        <w:trPr>
          <w:cantSplit/>
          <w:tblHeader/>
          <w:jc w:val="center"/>
        </w:trPr>
        <w:tc>
          <w:tcPr>
            <w:tcW w:w="2438" w:type="dxa"/>
            <w:shd w:val="clear" w:color="auto" w:fill="E8EEF5"/>
          </w:tcPr>
          <w:p w14:paraId="68079CBD" w14:textId="77777777" w:rsidR="00F352C3" w:rsidRDefault="00F352C3" w:rsidP="00E73126">
            <w:pPr>
              <w:spacing w:after="0"/>
            </w:pPr>
            <w:proofErr w:type="spellStart"/>
            <w:r>
              <w:rPr>
                <w:b/>
                <w:sz w:val="17"/>
              </w:rPr>
              <w:t>Cecha</w:t>
            </w:r>
            <w:proofErr w:type="spellEnd"/>
            <w:r>
              <w:rPr>
                <w:b/>
                <w:sz w:val="17"/>
              </w:rPr>
              <w:t xml:space="preserve"> / </w:t>
            </w:r>
            <w:proofErr w:type="spellStart"/>
            <w:r>
              <w:rPr>
                <w:b/>
                <w:sz w:val="17"/>
              </w:rPr>
              <w:t>parametr</w:t>
            </w:r>
            <w:proofErr w:type="spellEnd"/>
          </w:p>
        </w:tc>
        <w:tc>
          <w:tcPr>
            <w:tcW w:w="4762" w:type="dxa"/>
            <w:shd w:val="clear" w:color="auto" w:fill="E8EEF5"/>
          </w:tcPr>
          <w:p w14:paraId="0714FC9E" w14:textId="77777777" w:rsidR="00F352C3" w:rsidRDefault="00F352C3" w:rsidP="00E73126">
            <w:pPr>
              <w:spacing w:after="0"/>
            </w:pPr>
            <w:proofErr w:type="spellStart"/>
            <w:r>
              <w:rPr>
                <w:b/>
                <w:sz w:val="17"/>
              </w:rPr>
              <w:t>Wymagane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minimalne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parametry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techniczne</w:t>
            </w:r>
            <w:proofErr w:type="spellEnd"/>
          </w:p>
        </w:tc>
        <w:tc>
          <w:tcPr>
            <w:tcW w:w="2324" w:type="dxa"/>
            <w:shd w:val="clear" w:color="auto" w:fill="FFFF99"/>
          </w:tcPr>
          <w:p w14:paraId="4B2BF9D6" w14:textId="77777777" w:rsidR="00F352C3" w:rsidRDefault="00F352C3" w:rsidP="00E73126">
            <w:pPr>
              <w:spacing w:after="0"/>
            </w:pPr>
            <w:proofErr w:type="spellStart"/>
            <w:r>
              <w:rPr>
                <w:b/>
                <w:sz w:val="17"/>
              </w:rPr>
              <w:t>Oferowane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parametry</w:t>
            </w:r>
            <w:proofErr w:type="spellEnd"/>
            <w:r>
              <w:rPr>
                <w:b/>
                <w:sz w:val="17"/>
              </w:rPr>
              <w:t xml:space="preserve"> (</w:t>
            </w:r>
            <w:proofErr w:type="spellStart"/>
            <w:r>
              <w:rPr>
                <w:b/>
                <w:sz w:val="17"/>
              </w:rPr>
              <w:t>wypełnia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Wykonawca</w:t>
            </w:r>
            <w:proofErr w:type="spellEnd"/>
            <w:r>
              <w:rPr>
                <w:b/>
                <w:sz w:val="17"/>
              </w:rPr>
              <w:t>)</w:t>
            </w:r>
          </w:p>
        </w:tc>
      </w:tr>
      <w:tr w:rsidR="00F352C3" w14:paraId="60E2CAF9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69E877D5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Typ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urządzenia</w:t>
            </w:r>
            <w:proofErr w:type="spellEnd"/>
          </w:p>
        </w:tc>
        <w:tc>
          <w:tcPr>
            <w:tcW w:w="4762" w:type="dxa"/>
            <w:vAlign w:val="center"/>
          </w:tcPr>
          <w:p w14:paraId="164A0F35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Zarządzalny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przełącznik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sieciowy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warstwy</w:t>
            </w:r>
            <w:proofErr w:type="spellEnd"/>
            <w:r>
              <w:rPr>
                <w:sz w:val="17"/>
              </w:rPr>
              <w:t xml:space="preserve"> 2 (Layer 2), </w:t>
            </w:r>
            <w:proofErr w:type="spellStart"/>
            <w:r>
              <w:rPr>
                <w:sz w:val="17"/>
              </w:rPr>
              <w:t>przeznaczony</w:t>
            </w:r>
            <w:proofErr w:type="spellEnd"/>
            <w:r>
              <w:rPr>
                <w:sz w:val="17"/>
              </w:rPr>
              <w:t xml:space="preserve"> do </w:t>
            </w:r>
            <w:proofErr w:type="spellStart"/>
            <w:r>
              <w:rPr>
                <w:sz w:val="17"/>
              </w:rPr>
              <w:t>pracy</w:t>
            </w:r>
            <w:proofErr w:type="spellEnd"/>
            <w:r>
              <w:rPr>
                <w:sz w:val="17"/>
              </w:rPr>
              <w:t xml:space="preserve"> w </w:t>
            </w:r>
            <w:proofErr w:type="spellStart"/>
            <w:r>
              <w:rPr>
                <w:sz w:val="17"/>
              </w:rPr>
              <w:t>sieci</w:t>
            </w:r>
            <w:proofErr w:type="spellEnd"/>
            <w:r>
              <w:rPr>
                <w:sz w:val="17"/>
              </w:rPr>
              <w:t xml:space="preserve"> LAN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32361C27" w14:textId="77777777" w:rsidR="00F352C3" w:rsidRDefault="00F352C3" w:rsidP="00E73126">
            <w:pPr>
              <w:keepLines/>
              <w:spacing w:after="0"/>
            </w:pPr>
          </w:p>
        </w:tc>
      </w:tr>
      <w:tr w:rsidR="00F352C3" w14:paraId="5E8B8C7A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7791A53E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Liczba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portów</w:t>
            </w:r>
            <w:proofErr w:type="spellEnd"/>
            <w:r>
              <w:rPr>
                <w:b/>
                <w:sz w:val="17"/>
              </w:rPr>
              <w:t xml:space="preserve"> RJ-45</w:t>
            </w:r>
          </w:p>
        </w:tc>
        <w:tc>
          <w:tcPr>
            <w:tcW w:w="4762" w:type="dxa"/>
            <w:shd w:val="clear" w:color="auto" w:fill="F5F7FA"/>
            <w:vAlign w:val="center"/>
          </w:tcPr>
          <w:p w14:paraId="297D4638" w14:textId="77777777" w:rsidR="00F352C3" w:rsidRDefault="00F352C3" w:rsidP="00E73126">
            <w:pPr>
              <w:keepLines/>
              <w:spacing w:after="0"/>
            </w:pPr>
            <w:r>
              <w:rPr>
                <w:sz w:val="17"/>
              </w:rPr>
              <w:t>Minimum 16 × RJ-45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45FB8E36" w14:textId="77777777" w:rsidR="00F352C3" w:rsidRDefault="00F352C3" w:rsidP="00E73126">
            <w:pPr>
              <w:keepLines/>
              <w:spacing w:after="0"/>
            </w:pPr>
          </w:p>
        </w:tc>
      </w:tr>
      <w:tr w:rsidR="00F352C3" w14:paraId="50F655F0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2A98FC83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Prędkość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portów</w:t>
            </w:r>
            <w:proofErr w:type="spellEnd"/>
            <w:r>
              <w:rPr>
                <w:b/>
                <w:sz w:val="17"/>
              </w:rPr>
              <w:t xml:space="preserve"> RJ-45</w:t>
            </w:r>
          </w:p>
        </w:tc>
        <w:tc>
          <w:tcPr>
            <w:tcW w:w="4762" w:type="dxa"/>
            <w:vAlign w:val="center"/>
          </w:tcPr>
          <w:p w14:paraId="4A1BFF69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Wszystkie</w:t>
            </w:r>
            <w:proofErr w:type="spellEnd"/>
            <w:r>
              <w:rPr>
                <w:sz w:val="17"/>
              </w:rPr>
              <w:t xml:space="preserve"> porty minimum 10/100/1000 Mb/s (Gigabit Ethernet)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2F224679" w14:textId="77777777" w:rsidR="00F352C3" w:rsidRDefault="00F352C3" w:rsidP="00E73126">
            <w:pPr>
              <w:keepLines/>
              <w:spacing w:after="0"/>
            </w:pPr>
          </w:p>
        </w:tc>
      </w:tr>
      <w:tr w:rsidR="00F352C3" w14:paraId="4112D176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154BCB0E" w14:textId="77777777" w:rsidR="00F352C3" w:rsidRDefault="00F352C3" w:rsidP="00E73126">
            <w:pPr>
              <w:keepLines/>
              <w:spacing w:after="0"/>
            </w:pPr>
            <w:r>
              <w:rPr>
                <w:b/>
                <w:sz w:val="17"/>
              </w:rPr>
              <w:t>Porty uplink</w:t>
            </w:r>
          </w:p>
        </w:tc>
        <w:tc>
          <w:tcPr>
            <w:tcW w:w="4762" w:type="dxa"/>
            <w:shd w:val="clear" w:color="auto" w:fill="F5F7FA"/>
            <w:vAlign w:val="center"/>
          </w:tcPr>
          <w:p w14:paraId="17B99D06" w14:textId="77777777" w:rsidR="00F352C3" w:rsidRDefault="00F352C3" w:rsidP="00E73126">
            <w:pPr>
              <w:keepLines/>
              <w:spacing w:after="0"/>
            </w:pPr>
            <w:r>
              <w:rPr>
                <w:sz w:val="17"/>
              </w:rPr>
              <w:t>Minimum 2 × SFP 1 Gb/s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46C9A6DA" w14:textId="77777777" w:rsidR="00F352C3" w:rsidRDefault="00F352C3" w:rsidP="00E73126">
            <w:pPr>
              <w:keepLines/>
              <w:spacing w:after="0"/>
            </w:pPr>
          </w:p>
        </w:tc>
      </w:tr>
      <w:tr w:rsidR="00F352C3" w14:paraId="06098D4D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09FA74A9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Obsługiwane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prędkości</w:t>
            </w:r>
            <w:proofErr w:type="spellEnd"/>
          </w:p>
        </w:tc>
        <w:tc>
          <w:tcPr>
            <w:tcW w:w="4762" w:type="dxa"/>
            <w:vAlign w:val="center"/>
          </w:tcPr>
          <w:p w14:paraId="685A343C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Automatyczna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negocjacja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prędkości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połączenia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6792CE84" w14:textId="77777777" w:rsidR="00F352C3" w:rsidRDefault="00F352C3" w:rsidP="00E73126">
            <w:pPr>
              <w:keepLines/>
              <w:spacing w:after="0"/>
            </w:pPr>
          </w:p>
        </w:tc>
      </w:tr>
      <w:tr w:rsidR="00F352C3" w14:paraId="32733B55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377E734D" w14:textId="77777777" w:rsidR="00F352C3" w:rsidRDefault="00F352C3" w:rsidP="00E73126">
            <w:pPr>
              <w:keepLines/>
              <w:spacing w:after="0"/>
            </w:pPr>
            <w:r>
              <w:rPr>
                <w:b/>
                <w:sz w:val="17"/>
              </w:rPr>
              <w:t>Porty PoE</w:t>
            </w:r>
          </w:p>
        </w:tc>
        <w:tc>
          <w:tcPr>
            <w:tcW w:w="4762" w:type="dxa"/>
            <w:shd w:val="clear" w:color="auto" w:fill="F5F7FA"/>
            <w:vAlign w:val="center"/>
          </w:tcPr>
          <w:p w14:paraId="091A30E2" w14:textId="77777777" w:rsidR="00F352C3" w:rsidRDefault="00F352C3" w:rsidP="00E73126">
            <w:pPr>
              <w:keepLines/>
              <w:spacing w:after="0"/>
            </w:pPr>
            <w:r>
              <w:rPr>
                <w:sz w:val="17"/>
              </w:rPr>
              <w:t xml:space="preserve">Minimum 8 </w:t>
            </w:r>
            <w:proofErr w:type="spellStart"/>
            <w:r>
              <w:rPr>
                <w:sz w:val="17"/>
              </w:rPr>
              <w:t>portów</w:t>
            </w:r>
            <w:proofErr w:type="spellEnd"/>
            <w:r>
              <w:rPr>
                <w:sz w:val="17"/>
              </w:rPr>
              <w:t xml:space="preserve"> RJ-45 </w:t>
            </w:r>
            <w:proofErr w:type="spellStart"/>
            <w:r>
              <w:rPr>
                <w:sz w:val="17"/>
              </w:rPr>
              <w:t>obsługujących</w:t>
            </w:r>
            <w:proofErr w:type="spellEnd"/>
            <w:r>
              <w:rPr>
                <w:sz w:val="17"/>
              </w:rPr>
              <w:t xml:space="preserve"> PoE/PoE+ </w:t>
            </w:r>
            <w:proofErr w:type="spellStart"/>
            <w:r>
              <w:rPr>
                <w:sz w:val="17"/>
              </w:rPr>
              <w:t>zgodnie</w:t>
            </w:r>
            <w:proofErr w:type="spellEnd"/>
            <w:r>
              <w:rPr>
                <w:sz w:val="17"/>
              </w:rPr>
              <w:t xml:space="preserve"> z IEEE 802.3af/at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4CD214C2" w14:textId="77777777" w:rsidR="00F352C3" w:rsidRDefault="00F352C3" w:rsidP="00E73126">
            <w:pPr>
              <w:keepLines/>
              <w:spacing w:after="0"/>
            </w:pPr>
          </w:p>
        </w:tc>
      </w:tr>
      <w:tr w:rsidR="00F352C3" w14:paraId="41CB0325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09B7F217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Budżet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zasilania</w:t>
            </w:r>
            <w:proofErr w:type="spellEnd"/>
            <w:r>
              <w:rPr>
                <w:b/>
                <w:sz w:val="17"/>
              </w:rPr>
              <w:t xml:space="preserve"> PoE</w:t>
            </w:r>
          </w:p>
        </w:tc>
        <w:tc>
          <w:tcPr>
            <w:tcW w:w="4762" w:type="dxa"/>
            <w:vAlign w:val="center"/>
          </w:tcPr>
          <w:p w14:paraId="70CF1765" w14:textId="77777777" w:rsidR="00F352C3" w:rsidRDefault="00F352C3" w:rsidP="00E73126">
            <w:pPr>
              <w:keepLines/>
              <w:spacing w:after="0"/>
            </w:pPr>
            <w:r>
              <w:rPr>
                <w:sz w:val="17"/>
              </w:rPr>
              <w:t xml:space="preserve">Minimum 42 W </w:t>
            </w:r>
            <w:proofErr w:type="spellStart"/>
            <w:r>
              <w:rPr>
                <w:sz w:val="17"/>
              </w:rPr>
              <w:t>łącznej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mocy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dostępnej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dla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urządzeń</w:t>
            </w:r>
            <w:proofErr w:type="spellEnd"/>
            <w:r>
              <w:rPr>
                <w:sz w:val="17"/>
              </w:rPr>
              <w:t xml:space="preserve"> PoE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53C182FD" w14:textId="77777777" w:rsidR="00F352C3" w:rsidRDefault="00F352C3" w:rsidP="00E73126">
            <w:pPr>
              <w:keepLines/>
              <w:spacing w:after="0"/>
            </w:pPr>
          </w:p>
        </w:tc>
      </w:tr>
      <w:tr w:rsidR="00F352C3" w14:paraId="78624B03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2444771D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Zarządzanie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719A50C0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Zarządzanie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poprzez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centralny</w:t>
            </w:r>
            <w:proofErr w:type="spellEnd"/>
            <w:r>
              <w:rPr>
                <w:sz w:val="17"/>
              </w:rPr>
              <w:t xml:space="preserve"> system/</w:t>
            </w:r>
            <w:proofErr w:type="spellStart"/>
            <w:r>
              <w:rPr>
                <w:sz w:val="17"/>
              </w:rPr>
              <w:t>kontroler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sieciowy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4818BEF3" w14:textId="77777777" w:rsidR="00F352C3" w:rsidRDefault="00F352C3" w:rsidP="00E73126">
            <w:pPr>
              <w:keepLines/>
              <w:spacing w:after="0"/>
            </w:pPr>
          </w:p>
        </w:tc>
      </w:tr>
      <w:tr w:rsidR="00F352C3" w14:paraId="433EAF58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6DE4B104" w14:textId="77777777" w:rsidR="00F352C3" w:rsidRDefault="00F352C3" w:rsidP="00E73126">
            <w:pPr>
              <w:keepLines/>
              <w:spacing w:after="0"/>
            </w:pPr>
            <w:r>
              <w:rPr>
                <w:b/>
                <w:sz w:val="17"/>
              </w:rPr>
              <w:t>VLAN</w:t>
            </w:r>
          </w:p>
        </w:tc>
        <w:tc>
          <w:tcPr>
            <w:tcW w:w="4762" w:type="dxa"/>
            <w:vAlign w:val="center"/>
          </w:tcPr>
          <w:p w14:paraId="7967DB43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Obsługa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sieci</w:t>
            </w:r>
            <w:proofErr w:type="spellEnd"/>
            <w:r>
              <w:rPr>
                <w:sz w:val="17"/>
              </w:rPr>
              <w:t xml:space="preserve"> VLAN IEEE 802.1Q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2053A070" w14:textId="77777777" w:rsidR="00F352C3" w:rsidRDefault="00F352C3" w:rsidP="00E73126">
            <w:pPr>
              <w:keepLines/>
              <w:spacing w:after="0"/>
            </w:pPr>
          </w:p>
        </w:tc>
      </w:tr>
      <w:tr w:rsidR="00F352C3" w14:paraId="625E1173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56D9A7D2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Zarządzanie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portami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77080FDB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Możliwość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indywidualnej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konfiguracji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portów</w:t>
            </w:r>
            <w:proofErr w:type="spellEnd"/>
            <w:r>
              <w:rPr>
                <w:sz w:val="17"/>
              </w:rPr>
              <w:t xml:space="preserve">, </w:t>
            </w:r>
            <w:proofErr w:type="spellStart"/>
            <w:r>
              <w:rPr>
                <w:sz w:val="17"/>
              </w:rPr>
              <w:t>przypisywania</w:t>
            </w:r>
            <w:proofErr w:type="spellEnd"/>
            <w:r>
              <w:rPr>
                <w:sz w:val="17"/>
              </w:rPr>
              <w:t xml:space="preserve"> VLAN </w:t>
            </w:r>
            <w:proofErr w:type="spellStart"/>
            <w:r>
              <w:rPr>
                <w:sz w:val="17"/>
              </w:rPr>
              <w:t>oraz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włączania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i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wyłączania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funkcji</w:t>
            </w:r>
            <w:proofErr w:type="spellEnd"/>
            <w:r>
              <w:rPr>
                <w:sz w:val="17"/>
              </w:rPr>
              <w:t xml:space="preserve"> PoE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0B554C55" w14:textId="77777777" w:rsidR="00F352C3" w:rsidRDefault="00F352C3" w:rsidP="00E73126">
            <w:pPr>
              <w:keepLines/>
              <w:spacing w:after="0"/>
            </w:pPr>
          </w:p>
        </w:tc>
      </w:tr>
      <w:tr w:rsidR="00F352C3" w14:paraId="49AE3715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4DD047F0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Funkcje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sieciowe</w:t>
            </w:r>
            <w:proofErr w:type="spellEnd"/>
          </w:p>
        </w:tc>
        <w:tc>
          <w:tcPr>
            <w:tcW w:w="4762" w:type="dxa"/>
            <w:vAlign w:val="center"/>
          </w:tcPr>
          <w:p w14:paraId="4A648FE3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Obsługa</w:t>
            </w:r>
            <w:proofErr w:type="spellEnd"/>
            <w:r>
              <w:rPr>
                <w:sz w:val="17"/>
              </w:rPr>
              <w:t xml:space="preserve"> STP/RSTP, </w:t>
            </w:r>
            <w:proofErr w:type="spellStart"/>
            <w:r>
              <w:rPr>
                <w:sz w:val="17"/>
              </w:rPr>
              <w:t>agregacji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łączy</w:t>
            </w:r>
            <w:proofErr w:type="spellEnd"/>
            <w:r>
              <w:rPr>
                <w:sz w:val="17"/>
              </w:rPr>
              <w:t xml:space="preserve"> LACP, IGMP Snooping, LLDP </w:t>
            </w:r>
            <w:proofErr w:type="spellStart"/>
            <w:r>
              <w:rPr>
                <w:sz w:val="17"/>
              </w:rPr>
              <w:t>oraz</w:t>
            </w:r>
            <w:proofErr w:type="spellEnd"/>
            <w:r>
              <w:rPr>
                <w:sz w:val="17"/>
              </w:rPr>
              <w:t xml:space="preserve"> port mirroring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0EF0DF2B" w14:textId="77777777" w:rsidR="00F352C3" w:rsidRDefault="00F352C3" w:rsidP="00E73126">
            <w:pPr>
              <w:keepLines/>
              <w:spacing w:after="0"/>
            </w:pPr>
          </w:p>
        </w:tc>
      </w:tr>
      <w:tr w:rsidR="00F352C3" w14:paraId="6EED5BE8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3B83FEE4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Przepustowość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przełączania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51D637A2" w14:textId="77777777" w:rsidR="00F352C3" w:rsidRDefault="00F352C3" w:rsidP="00E73126">
            <w:pPr>
              <w:keepLines/>
              <w:spacing w:after="0"/>
            </w:pPr>
            <w:r>
              <w:rPr>
                <w:sz w:val="17"/>
              </w:rPr>
              <w:t>Minimum 36 Gb/s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222134A5" w14:textId="77777777" w:rsidR="00F352C3" w:rsidRDefault="00F352C3" w:rsidP="00E73126">
            <w:pPr>
              <w:keepLines/>
              <w:spacing w:after="0"/>
            </w:pPr>
          </w:p>
        </w:tc>
      </w:tr>
      <w:tr w:rsidR="00F352C3" w14:paraId="13386F7F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22EBB570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Przepustowość</w:t>
            </w:r>
            <w:proofErr w:type="spellEnd"/>
            <w:r>
              <w:rPr>
                <w:b/>
                <w:sz w:val="17"/>
              </w:rPr>
              <w:t xml:space="preserve"> non-blocking</w:t>
            </w:r>
          </w:p>
        </w:tc>
        <w:tc>
          <w:tcPr>
            <w:tcW w:w="4762" w:type="dxa"/>
            <w:vAlign w:val="center"/>
          </w:tcPr>
          <w:p w14:paraId="479C61BA" w14:textId="77777777" w:rsidR="00F352C3" w:rsidRDefault="00F352C3" w:rsidP="00E73126">
            <w:pPr>
              <w:keepLines/>
              <w:spacing w:after="0"/>
            </w:pPr>
            <w:r>
              <w:rPr>
                <w:sz w:val="17"/>
              </w:rPr>
              <w:t>Minimum 18 Gb/s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555E06D1" w14:textId="77777777" w:rsidR="00F352C3" w:rsidRDefault="00F352C3" w:rsidP="00E73126">
            <w:pPr>
              <w:keepLines/>
              <w:spacing w:after="0"/>
            </w:pPr>
          </w:p>
        </w:tc>
      </w:tr>
      <w:tr w:rsidR="00F352C3" w14:paraId="7A2A4C97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771A205E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Zasilanie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4058B00F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Zasilanie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sieciowe</w:t>
            </w:r>
            <w:proofErr w:type="spellEnd"/>
            <w:r>
              <w:rPr>
                <w:sz w:val="17"/>
              </w:rPr>
              <w:t xml:space="preserve"> 100–240 V AC, 50/60 Hz, </w:t>
            </w:r>
            <w:proofErr w:type="spellStart"/>
            <w:r>
              <w:rPr>
                <w:sz w:val="17"/>
              </w:rPr>
              <w:t>wewnętrzny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zasilacz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2566F74F" w14:textId="77777777" w:rsidR="00F352C3" w:rsidRDefault="00F352C3" w:rsidP="00E73126">
            <w:pPr>
              <w:keepLines/>
              <w:spacing w:after="0"/>
            </w:pPr>
          </w:p>
        </w:tc>
      </w:tr>
      <w:tr w:rsidR="00F352C3" w14:paraId="514596DB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43C93437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Chłodzenie</w:t>
            </w:r>
            <w:proofErr w:type="spellEnd"/>
          </w:p>
        </w:tc>
        <w:tc>
          <w:tcPr>
            <w:tcW w:w="4762" w:type="dxa"/>
            <w:vAlign w:val="center"/>
          </w:tcPr>
          <w:p w14:paraId="18E50976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Pasywne</w:t>
            </w:r>
            <w:proofErr w:type="spellEnd"/>
            <w:r>
              <w:rPr>
                <w:sz w:val="17"/>
              </w:rPr>
              <w:t xml:space="preserve">, </w:t>
            </w:r>
            <w:proofErr w:type="spellStart"/>
            <w:r>
              <w:rPr>
                <w:sz w:val="17"/>
              </w:rPr>
              <w:t>bezwentylatorowe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25A8A16D" w14:textId="77777777" w:rsidR="00F352C3" w:rsidRDefault="00F352C3" w:rsidP="00E73126">
            <w:pPr>
              <w:keepLines/>
              <w:spacing w:after="0"/>
            </w:pPr>
          </w:p>
        </w:tc>
      </w:tr>
      <w:tr w:rsidR="00F352C3" w14:paraId="53A7BBBC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75B93B9A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Montaż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5E30804D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Możliwość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montażu</w:t>
            </w:r>
            <w:proofErr w:type="spellEnd"/>
            <w:r>
              <w:rPr>
                <w:sz w:val="17"/>
              </w:rPr>
              <w:t xml:space="preserve"> w </w:t>
            </w:r>
            <w:proofErr w:type="spellStart"/>
            <w:r>
              <w:rPr>
                <w:sz w:val="17"/>
              </w:rPr>
              <w:t>standardowej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szafie</w:t>
            </w:r>
            <w:proofErr w:type="spellEnd"/>
            <w:r>
              <w:rPr>
                <w:sz w:val="17"/>
              </w:rPr>
              <w:t xml:space="preserve"> Rack 19", </w:t>
            </w:r>
            <w:proofErr w:type="spellStart"/>
            <w:r>
              <w:rPr>
                <w:sz w:val="17"/>
              </w:rPr>
              <w:t>wysokość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maksymalnie</w:t>
            </w:r>
            <w:proofErr w:type="spellEnd"/>
            <w:r>
              <w:rPr>
                <w:sz w:val="17"/>
              </w:rPr>
              <w:t xml:space="preserve"> 1U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05B6DF78" w14:textId="77777777" w:rsidR="00F352C3" w:rsidRDefault="00F352C3" w:rsidP="00E73126">
            <w:pPr>
              <w:keepLines/>
              <w:spacing w:after="0"/>
            </w:pPr>
          </w:p>
        </w:tc>
      </w:tr>
      <w:tr w:rsidR="00F352C3" w14:paraId="372E73FF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64D9FD87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Wyświetlacz</w:t>
            </w:r>
            <w:proofErr w:type="spellEnd"/>
          </w:p>
        </w:tc>
        <w:tc>
          <w:tcPr>
            <w:tcW w:w="4762" w:type="dxa"/>
            <w:vAlign w:val="center"/>
          </w:tcPr>
          <w:p w14:paraId="19E002E8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Wbudowany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wyświetlacz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informujący</w:t>
            </w:r>
            <w:proofErr w:type="spellEnd"/>
            <w:r>
              <w:rPr>
                <w:sz w:val="17"/>
              </w:rPr>
              <w:t xml:space="preserve"> o </w:t>
            </w:r>
            <w:proofErr w:type="spellStart"/>
            <w:r>
              <w:rPr>
                <w:sz w:val="17"/>
              </w:rPr>
              <w:t>stanie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urządzenia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41DC301C" w14:textId="77777777" w:rsidR="00F352C3" w:rsidRDefault="00F352C3" w:rsidP="00E73126">
            <w:pPr>
              <w:keepLines/>
              <w:spacing w:after="0"/>
            </w:pPr>
          </w:p>
        </w:tc>
      </w:tr>
      <w:tr w:rsidR="00F352C3" w14:paraId="65D2BDBD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0C24BE9A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Sygnalizacja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78B0DFED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Diody</w:t>
            </w:r>
            <w:proofErr w:type="spellEnd"/>
            <w:r>
              <w:rPr>
                <w:sz w:val="17"/>
              </w:rPr>
              <w:t xml:space="preserve"> LED </w:t>
            </w:r>
            <w:proofErr w:type="spellStart"/>
            <w:r>
              <w:rPr>
                <w:sz w:val="17"/>
              </w:rPr>
              <w:t>informujące</w:t>
            </w:r>
            <w:proofErr w:type="spellEnd"/>
            <w:r>
              <w:rPr>
                <w:sz w:val="17"/>
              </w:rPr>
              <w:t xml:space="preserve"> co </w:t>
            </w:r>
            <w:proofErr w:type="spellStart"/>
            <w:r>
              <w:rPr>
                <w:sz w:val="17"/>
              </w:rPr>
              <w:t>najmniej</w:t>
            </w:r>
            <w:proofErr w:type="spellEnd"/>
            <w:r>
              <w:rPr>
                <w:sz w:val="17"/>
              </w:rPr>
              <w:t xml:space="preserve"> o </w:t>
            </w:r>
            <w:proofErr w:type="spellStart"/>
            <w:r>
              <w:rPr>
                <w:sz w:val="17"/>
              </w:rPr>
              <w:t>stanie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urządzenia</w:t>
            </w:r>
            <w:proofErr w:type="spellEnd"/>
            <w:r>
              <w:rPr>
                <w:sz w:val="17"/>
              </w:rPr>
              <w:t xml:space="preserve">, </w:t>
            </w:r>
            <w:proofErr w:type="spellStart"/>
            <w:r>
              <w:rPr>
                <w:sz w:val="17"/>
              </w:rPr>
              <w:t>aktywności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portów</w:t>
            </w:r>
            <w:proofErr w:type="spellEnd"/>
            <w:r>
              <w:rPr>
                <w:sz w:val="17"/>
              </w:rPr>
              <w:t xml:space="preserve">, </w:t>
            </w:r>
            <w:proofErr w:type="spellStart"/>
            <w:r>
              <w:rPr>
                <w:sz w:val="17"/>
              </w:rPr>
              <w:t>prędkości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połączenia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oraz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zasilaniu</w:t>
            </w:r>
            <w:proofErr w:type="spellEnd"/>
            <w:r>
              <w:rPr>
                <w:sz w:val="17"/>
              </w:rPr>
              <w:t xml:space="preserve"> PoE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348B79F7" w14:textId="77777777" w:rsidR="00F352C3" w:rsidRDefault="00F352C3" w:rsidP="00E73126">
            <w:pPr>
              <w:keepLines/>
              <w:spacing w:after="0"/>
            </w:pPr>
          </w:p>
        </w:tc>
      </w:tr>
      <w:tr w:rsidR="00F352C3" w14:paraId="2CC11550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60C5E0A9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Gwarancja</w:t>
            </w:r>
            <w:proofErr w:type="spellEnd"/>
          </w:p>
        </w:tc>
        <w:tc>
          <w:tcPr>
            <w:tcW w:w="4762" w:type="dxa"/>
            <w:vAlign w:val="center"/>
          </w:tcPr>
          <w:p w14:paraId="2248ADE8" w14:textId="77777777" w:rsidR="00F352C3" w:rsidRDefault="00F352C3" w:rsidP="00E73126">
            <w:pPr>
              <w:keepLines/>
              <w:spacing w:after="0"/>
            </w:pPr>
            <w:r>
              <w:rPr>
                <w:sz w:val="17"/>
              </w:rPr>
              <w:t xml:space="preserve">Minimum 24 </w:t>
            </w:r>
            <w:proofErr w:type="spellStart"/>
            <w:r>
              <w:rPr>
                <w:sz w:val="17"/>
              </w:rPr>
              <w:t>miesiące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59445015" w14:textId="77777777" w:rsidR="00F352C3" w:rsidRDefault="00F352C3" w:rsidP="00E73126">
            <w:pPr>
              <w:keepLines/>
              <w:spacing w:after="0"/>
            </w:pPr>
          </w:p>
        </w:tc>
      </w:tr>
      <w:tr w:rsidR="00F352C3" w14:paraId="472CD699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065B762F" w14:textId="77777777" w:rsidR="00F352C3" w:rsidRDefault="00F352C3" w:rsidP="00E73126">
            <w:pPr>
              <w:keepLines/>
              <w:spacing w:after="0"/>
            </w:pPr>
            <w:r>
              <w:rPr>
                <w:b/>
                <w:sz w:val="17"/>
              </w:rPr>
              <w:t>Stan</w:t>
            </w:r>
          </w:p>
        </w:tc>
        <w:tc>
          <w:tcPr>
            <w:tcW w:w="4762" w:type="dxa"/>
            <w:shd w:val="clear" w:color="auto" w:fill="F5F7FA"/>
            <w:vAlign w:val="center"/>
          </w:tcPr>
          <w:p w14:paraId="7DD18D90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Urządzenie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fabrycznie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nowe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i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nieużywane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6B30B8C2" w14:textId="77777777" w:rsidR="00F352C3" w:rsidRDefault="00F352C3" w:rsidP="00E73126">
            <w:pPr>
              <w:keepLines/>
              <w:spacing w:after="0"/>
            </w:pPr>
          </w:p>
        </w:tc>
      </w:tr>
      <w:tr w:rsidR="00F352C3" w14:paraId="5E16C223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1E31899F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Integracja</w:t>
            </w:r>
            <w:proofErr w:type="spellEnd"/>
            <w:r>
              <w:rPr>
                <w:b/>
                <w:sz w:val="17"/>
              </w:rPr>
              <w:t xml:space="preserve"> z </w:t>
            </w:r>
            <w:proofErr w:type="spellStart"/>
            <w:r>
              <w:rPr>
                <w:b/>
                <w:sz w:val="17"/>
              </w:rPr>
              <w:t>istniejącą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infrastrukturą</w:t>
            </w:r>
            <w:proofErr w:type="spellEnd"/>
          </w:p>
        </w:tc>
        <w:tc>
          <w:tcPr>
            <w:tcW w:w="4762" w:type="dxa"/>
            <w:vAlign w:val="center"/>
          </w:tcPr>
          <w:p w14:paraId="6D794AA9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Wymagana</w:t>
            </w:r>
            <w:proofErr w:type="spellEnd"/>
            <w:r>
              <w:rPr>
                <w:sz w:val="17"/>
              </w:rPr>
              <w:t xml:space="preserve"> jest </w:t>
            </w:r>
            <w:proofErr w:type="spellStart"/>
            <w:r>
              <w:rPr>
                <w:sz w:val="17"/>
              </w:rPr>
              <w:t>możliwość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podłączenia</w:t>
            </w:r>
            <w:proofErr w:type="spellEnd"/>
            <w:r>
              <w:rPr>
                <w:sz w:val="17"/>
              </w:rPr>
              <w:t xml:space="preserve">, </w:t>
            </w:r>
            <w:proofErr w:type="spellStart"/>
            <w:r>
              <w:rPr>
                <w:sz w:val="17"/>
              </w:rPr>
              <w:t>adopcji</w:t>
            </w:r>
            <w:proofErr w:type="spellEnd"/>
            <w:r>
              <w:rPr>
                <w:sz w:val="17"/>
              </w:rPr>
              <w:t xml:space="preserve">, </w:t>
            </w:r>
            <w:proofErr w:type="spellStart"/>
            <w:r>
              <w:rPr>
                <w:sz w:val="17"/>
              </w:rPr>
              <w:t>konfiguracji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oraz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centralnego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zarządzania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oferowanym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urządzeniem</w:t>
            </w:r>
            <w:proofErr w:type="spellEnd"/>
            <w:r>
              <w:rPr>
                <w:sz w:val="17"/>
              </w:rPr>
              <w:t xml:space="preserve"> z </w:t>
            </w:r>
            <w:proofErr w:type="spellStart"/>
            <w:r>
              <w:rPr>
                <w:sz w:val="17"/>
              </w:rPr>
              <w:t>poziomu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posiadanej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przez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Zamawiającego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konsoli</w:t>
            </w:r>
            <w:proofErr w:type="spellEnd"/>
            <w:r>
              <w:rPr>
                <w:sz w:val="17"/>
              </w:rPr>
              <w:t xml:space="preserve"> UniFi, bez </w:t>
            </w:r>
            <w:proofErr w:type="spellStart"/>
            <w:r>
              <w:rPr>
                <w:sz w:val="17"/>
              </w:rPr>
              <w:t>konieczności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zakupu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dodatkowego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kontrolera</w:t>
            </w:r>
            <w:proofErr w:type="spellEnd"/>
            <w:r>
              <w:rPr>
                <w:sz w:val="17"/>
              </w:rPr>
              <w:t xml:space="preserve">, </w:t>
            </w:r>
            <w:proofErr w:type="spellStart"/>
            <w:r>
              <w:rPr>
                <w:sz w:val="17"/>
              </w:rPr>
              <w:t>systemu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zarządzającego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lub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dodatkowych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licencji</w:t>
            </w:r>
            <w:proofErr w:type="spellEnd"/>
            <w:r>
              <w:rPr>
                <w:sz w:val="17"/>
              </w:rPr>
              <w:t xml:space="preserve">. System </w:t>
            </w:r>
            <w:proofErr w:type="spellStart"/>
            <w:r>
              <w:rPr>
                <w:sz w:val="17"/>
              </w:rPr>
              <w:t>musi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umożliwiać</w:t>
            </w:r>
            <w:proofErr w:type="spellEnd"/>
            <w:r>
              <w:rPr>
                <w:sz w:val="17"/>
              </w:rPr>
              <w:t xml:space="preserve"> co </w:t>
            </w:r>
            <w:proofErr w:type="spellStart"/>
            <w:r>
              <w:rPr>
                <w:sz w:val="17"/>
              </w:rPr>
              <w:t>najmniej</w:t>
            </w:r>
            <w:proofErr w:type="spellEnd"/>
            <w:r>
              <w:rPr>
                <w:sz w:val="17"/>
              </w:rPr>
              <w:t xml:space="preserve"> monitoring </w:t>
            </w:r>
            <w:proofErr w:type="spellStart"/>
            <w:r>
              <w:rPr>
                <w:sz w:val="17"/>
              </w:rPr>
              <w:t>stanu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urządzenia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i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portów</w:t>
            </w:r>
            <w:proofErr w:type="spellEnd"/>
            <w:r>
              <w:rPr>
                <w:sz w:val="17"/>
              </w:rPr>
              <w:t xml:space="preserve">, </w:t>
            </w:r>
            <w:proofErr w:type="spellStart"/>
            <w:r>
              <w:rPr>
                <w:sz w:val="17"/>
              </w:rPr>
              <w:t>konfigurację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portów</w:t>
            </w:r>
            <w:proofErr w:type="spellEnd"/>
            <w:r>
              <w:rPr>
                <w:sz w:val="17"/>
              </w:rPr>
              <w:t xml:space="preserve">, </w:t>
            </w:r>
            <w:proofErr w:type="spellStart"/>
            <w:r>
              <w:rPr>
                <w:sz w:val="17"/>
              </w:rPr>
              <w:t>przypisywanie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sieci</w:t>
            </w:r>
            <w:proofErr w:type="spellEnd"/>
            <w:r>
              <w:rPr>
                <w:sz w:val="17"/>
              </w:rPr>
              <w:t xml:space="preserve"> VLAN </w:t>
            </w:r>
            <w:proofErr w:type="spellStart"/>
            <w:r>
              <w:rPr>
                <w:sz w:val="17"/>
              </w:rPr>
              <w:t>oraz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zarządzanie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zasilaniem</w:t>
            </w:r>
            <w:proofErr w:type="spellEnd"/>
            <w:r>
              <w:rPr>
                <w:sz w:val="17"/>
              </w:rPr>
              <w:t xml:space="preserve"> PoE. </w:t>
            </w:r>
            <w:proofErr w:type="spellStart"/>
            <w:r>
              <w:rPr>
                <w:sz w:val="17"/>
              </w:rPr>
              <w:t>Wymaganie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wynika</w:t>
            </w:r>
            <w:proofErr w:type="spellEnd"/>
            <w:r>
              <w:rPr>
                <w:sz w:val="17"/>
              </w:rPr>
              <w:t xml:space="preserve"> z </w:t>
            </w:r>
            <w:proofErr w:type="spellStart"/>
            <w:r>
              <w:rPr>
                <w:sz w:val="17"/>
              </w:rPr>
              <w:t>konieczności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zapewnienia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kompatybilności</w:t>
            </w:r>
            <w:proofErr w:type="spellEnd"/>
            <w:r>
              <w:rPr>
                <w:sz w:val="17"/>
              </w:rPr>
              <w:t xml:space="preserve"> z </w:t>
            </w:r>
            <w:proofErr w:type="spellStart"/>
            <w:r>
              <w:rPr>
                <w:sz w:val="17"/>
              </w:rPr>
              <w:t>istniejącą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infrastrukturą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sieciową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Zamawiającego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oraz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wykorzystania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posiadanego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systemu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centralnego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zarządzania</w:t>
            </w:r>
            <w:proofErr w:type="spellEnd"/>
            <w:r>
              <w:rPr>
                <w:sz w:val="17"/>
              </w:rPr>
              <w:t>.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6132348C" w14:textId="77777777" w:rsidR="00F352C3" w:rsidRDefault="00F352C3" w:rsidP="00E73126">
            <w:pPr>
              <w:keepLines/>
              <w:spacing w:after="0"/>
            </w:pPr>
          </w:p>
        </w:tc>
      </w:tr>
    </w:tbl>
    <w:p w14:paraId="189383DE" w14:textId="77777777" w:rsidR="00AF05CA" w:rsidRDefault="00AF05CA" w:rsidP="00F352C3"/>
    <w:tbl>
      <w:tblPr>
        <w:tblStyle w:val="Tabela-Siatka"/>
        <w:tblW w:w="0" w:type="auto"/>
        <w:tblInd w:w="38" w:type="dxa"/>
        <w:tblLook w:val="04A0" w:firstRow="1" w:lastRow="0" w:firstColumn="1" w:lastColumn="0" w:noHBand="0" w:noVBand="1"/>
      </w:tblPr>
      <w:tblGrid>
        <w:gridCol w:w="3446"/>
        <w:gridCol w:w="1444"/>
        <w:gridCol w:w="2410"/>
      </w:tblGrid>
      <w:tr w:rsidR="00AF05CA" w14:paraId="7D4059C8" w14:textId="77777777">
        <w:tc>
          <w:tcPr>
            <w:tcW w:w="34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21347D" w14:textId="77777777" w:rsidR="00AF05CA" w:rsidRDefault="00AF05CA">
            <w:r>
              <w:t xml:space="preserve">Cena za 1 </w:t>
            </w:r>
            <w:proofErr w:type="spellStart"/>
            <w:r>
              <w:t>szt</w:t>
            </w:r>
            <w:proofErr w:type="spellEnd"/>
            <w:r>
              <w:t>.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E7664B" w14:textId="77777777" w:rsidR="00AF05CA" w:rsidRDefault="00AF05CA">
            <w:r>
              <w:t xml:space="preserve">Netto w </w:t>
            </w:r>
            <w:proofErr w:type="spellStart"/>
            <w:r>
              <w:t>zł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424C1EA4" w14:textId="77777777" w:rsidR="00AF05CA" w:rsidRDefault="00AF05CA">
            <w:pPr>
              <w:rPr>
                <w:highlight w:val="yellow"/>
              </w:rPr>
            </w:pPr>
          </w:p>
        </w:tc>
      </w:tr>
      <w:tr w:rsidR="00AF05CA" w14:paraId="0FF66250" w14:textId="7777777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C1568D" w14:textId="77777777" w:rsidR="00AF05CA" w:rsidRDefault="00AF05CA">
            <w:pPr>
              <w:spacing w:after="0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2233AB" w14:textId="77777777" w:rsidR="00AF05CA" w:rsidRDefault="00AF05CA">
            <w:r>
              <w:t xml:space="preserve">Brutto w </w:t>
            </w:r>
            <w:proofErr w:type="spellStart"/>
            <w:r>
              <w:t>zł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6724F5CB" w14:textId="77777777" w:rsidR="00AF05CA" w:rsidRDefault="00AF05CA">
            <w:pPr>
              <w:rPr>
                <w:highlight w:val="yellow"/>
              </w:rPr>
            </w:pPr>
          </w:p>
        </w:tc>
      </w:tr>
      <w:tr w:rsidR="00AF05CA" w14:paraId="01046F90" w14:textId="77777777">
        <w:tc>
          <w:tcPr>
            <w:tcW w:w="34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264A4F" w14:textId="280B7120" w:rsidR="00AF05CA" w:rsidRDefault="00AF05CA">
            <w:proofErr w:type="spellStart"/>
            <w:r>
              <w:t>Łączna</w:t>
            </w:r>
            <w:proofErr w:type="spellEnd"/>
            <w:r>
              <w:t xml:space="preserve"> </w:t>
            </w:r>
            <w:proofErr w:type="spellStart"/>
            <w:r>
              <w:t>Kwota</w:t>
            </w:r>
            <w:proofErr w:type="spellEnd"/>
            <w:r>
              <w:t xml:space="preserve"> za: </w:t>
            </w:r>
            <w:r>
              <w:t>3</w:t>
            </w:r>
            <w:r>
              <w:t xml:space="preserve"> </w:t>
            </w:r>
            <w:proofErr w:type="spellStart"/>
            <w:r>
              <w:t>szt</w:t>
            </w:r>
            <w:proofErr w:type="spellEnd"/>
            <w:r>
              <w:t>.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FDC232" w14:textId="77777777" w:rsidR="00AF05CA" w:rsidRDefault="00AF05CA">
            <w:r>
              <w:t xml:space="preserve">Netto w </w:t>
            </w:r>
            <w:proofErr w:type="spellStart"/>
            <w:r>
              <w:t>zł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070FB7A2" w14:textId="77777777" w:rsidR="00AF05CA" w:rsidRDefault="00AF05CA">
            <w:pPr>
              <w:rPr>
                <w:highlight w:val="yellow"/>
              </w:rPr>
            </w:pPr>
          </w:p>
        </w:tc>
      </w:tr>
      <w:tr w:rsidR="00AF05CA" w14:paraId="7805591F" w14:textId="7777777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389326" w14:textId="77777777" w:rsidR="00AF05CA" w:rsidRDefault="00AF05CA">
            <w:pPr>
              <w:spacing w:after="0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71D63F" w14:textId="0FD0A328" w:rsidR="00AF05CA" w:rsidRDefault="0025708B">
            <w:r>
              <w:t>Br</w:t>
            </w:r>
            <w:r w:rsidR="00AF05CA">
              <w:t xml:space="preserve">utto w </w:t>
            </w:r>
            <w:proofErr w:type="spellStart"/>
            <w:r w:rsidR="00AF05CA">
              <w:t>zł</w:t>
            </w:r>
            <w:proofErr w:type="spellEnd"/>
            <w:r w:rsidR="00AF05CA">
              <w:t>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7D351220" w14:textId="77777777" w:rsidR="00AF05CA" w:rsidRDefault="00AF05CA">
            <w:pPr>
              <w:rPr>
                <w:highlight w:val="yellow"/>
              </w:rPr>
            </w:pPr>
          </w:p>
        </w:tc>
      </w:tr>
    </w:tbl>
    <w:p w14:paraId="429E3C70" w14:textId="77777777" w:rsidR="00AF05CA" w:rsidRDefault="00AF05CA" w:rsidP="00F352C3"/>
    <w:p w14:paraId="2A22AC68" w14:textId="6E36AD2B" w:rsidR="00F352C3" w:rsidRDefault="00F352C3" w:rsidP="00F352C3">
      <w:r>
        <w:t xml:space="preserve">Oświadczamy, </w:t>
      </w:r>
      <w:proofErr w:type="spellStart"/>
      <w:r>
        <w:t>że</w:t>
      </w:r>
      <w:proofErr w:type="spellEnd"/>
      <w:r>
        <w:t xml:space="preserve"> </w:t>
      </w:r>
      <w:proofErr w:type="spellStart"/>
      <w:r>
        <w:t>oferowany</w:t>
      </w:r>
      <w:proofErr w:type="spellEnd"/>
      <w:r>
        <w:t xml:space="preserve"> </w:t>
      </w:r>
      <w:proofErr w:type="spellStart"/>
      <w:r>
        <w:t>przedmiot</w:t>
      </w:r>
      <w:proofErr w:type="spellEnd"/>
      <w:r>
        <w:t xml:space="preserve"> </w:t>
      </w:r>
      <w:proofErr w:type="spellStart"/>
      <w:r>
        <w:t>zamówienia</w:t>
      </w:r>
      <w:proofErr w:type="spellEnd"/>
      <w:r>
        <w:t xml:space="preserve"> </w:t>
      </w:r>
      <w:proofErr w:type="spellStart"/>
      <w:r>
        <w:t>spełnia</w:t>
      </w:r>
      <w:proofErr w:type="spellEnd"/>
      <w:r>
        <w:t xml:space="preserve"> </w:t>
      </w:r>
      <w:proofErr w:type="spellStart"/>
      <w:r>
        <w:t>wymagania</w:t>
      </w:r>
      <w:proofErr w:type="spellEnd"/>
      <w:r>
        <w:t xml:space="preserve"> </w:t>
      </w:r>
      <w:proofErr w:type="spellStart"/>
      <w:r>
        <w:t>wskazane</w:t>
      </w:r>
      <w:proofErr w:type="spellEnd"/>
      <w:r>
        <w:t xml:space="preserve"> w </w:t>
      </w:r>
      <w:proofErr w:type="spellStart"/>
      <w:r>
        <w:t>tabeli</w:t>
      </w:r>
      <w:proofErr w:type="spellEnd"/>
      <w:r>
        <w:t>.</w:t>
      </w:r>
    </w:p>
    <w:p w14:paraId="3BFEC438" w14:textId="3F5A88D4" w:rsidR="00F352C3" w:rsidRPr="00AF05CA" w:rsidRDefault="00F352C3" w:rsidP="0025708B">
      <w:pPr>
        <w:jc w:val="right"/>
      </w:pPr>
      <w:r>
        <w:t>.....................................................................................</w:t>
      </w:r>
      <w:r>
        <w:br/>
        <w:t xml:space="preserve">Data </w:t>
      </w:r>
      <w:proofErr w:type="spellStart"/>
      <w:r>
        <w:t>i</w:t>
      </w:r>
      <w:proofErr w:type="spellEnd"/>
      <w:r>
        <w:t xml:space="preserve"> </w:t>
      </w:r>
      <w:proofErr w:type="spellStart"/>
      <w:r>
        <w:t>podpis</w:t>
      </w:r>
      <w:proofErr w:type="spellEnd"/>
      <w:r>
        <w:t xml:space="preserve"> </w:t>
      </w:r>
      <w:proofErr w:type="spellStart"/>
      <w:r>
        <w:t>osoby</w:t>
      </w:r>
      <w:proofErr w:type="spellEnd"/>
      <w:r>
        <w:t xml:space="preserve"> </w:t>
      </w:r>
      <w:proofErr w:type="spellStart"/>
      <w:r>
        <w:t>upoważnionej</w:t>
      </w:r>
      <w:proofErr w:type="spellEnd"/>
      <w:r>
        <w:t xml:space="preserve"> do </w:t>
      </w:r>
      <w:proofErr w:type="spellStart"/>
      <w:r>
        <w:t>złożenia</w:t>
      </w:r>
      <w:proofErr w:type="spellEnd"/>
      <w:r>
        <w:t xml:space="preserve"> </w:t>
      </w:r>
      <w:proofErr w:type="spellStart"/>
      <w:r>
        <w:t>oferty</w:t>
      </w:r>
      <w:proofErr w:type="spellEnd"/>
      <w:r>
        <w:br w:type="page"/>
      </w:r>
      <w:proofErr w:type="spellStart"/>
      <w:r w:rsidRPr="00102EC8">
        <w:rPr>
          <w:b/>
          <w:color w:val="1C324B"/>
          <w:szCs w:val="18"/>
        </w:rPr>
        <w:lastRenderedPageBreak/>
        <w:t>Załacznik</w:t>
      </w:r>
      <w:proofErr w:type="spellEnd"/>
      <w:r w:rsidRPr="00102EC8">
        <w:rPr>
          <w:b/>
          <w:color w:val="1C324B"/>
          <w:szCs w:val="18"/>
        </w:rPr>
        <w:t xml:space="preserve"> nr 4.</w:t>
      </w:r>
      <w:r>
        <w:rPr>
          <w:b/>
          <w:color w:val="1C324B"/>
          <w:szCs w:val="18"/>
        </w:rPr>
        <w:t>14</w:t>
      </w:r>
    </w:p>
    <w:p w14:paraId="37BA6B84" w14:textId="77777777" w:rsidR="00F352C3" w:rsidRDefault="00F352C3" w:rsidP="00F352C3">
      <w:pPr>
        <w:jc w:val="center"/>
      </w:pPr>
      <w:r>
        <w:rPr>
          <w:b/>
          <w:color w:val="1C324B"/>
          <w:sz w:val="28"/>
        </w:rPr>
        <w:br/>
        <w:t>OPIS PRZEDMIOTU ZAMÓWIENIA</w:t>
      </w:r>
    </w:p>
    <w:p w14:paraId="05BB7243" w14:textId="77777777" w:rsidR="00F352C3" w:rsidRDefault="00F352C3" w:rsidP="00F352C3">
      <w:pPr>
        <w:jc w:val="center"/>
      </w:pPr>
      <w:proofErr w:type="spellStart"/>
      <w:r>
        <w:rPr>
          <w:b/>
          <w:sz w:val="22"/>
        </w:rPr>
        <w:t>Specyfikacja</w:t>
      </w:r>
      <w:proofErr w:type="spellEnd"/>
      <w:r>
        <w:rPr>
          <w:b/>
          <w:sz w:val="22"/>
        </w:rPr>
        <w:t xml:space="preserve"> – Most </w:t>
      </w:r>
      <w:proofErr w:type="spellStart"/>
      <w:r>
        <w:rPr>
          <w:b/>
          <w:sz w:val="22"/>
        </w:rPr>
        <w:t>sieciowy</w:t>
      </w:r>
      <w:proofErr w:type="spellEnd"/>
      <w:r>
        <w:rPr>
          <w:b/>
          <w:sz w:val="22"/>
        </w:rPr>
        <w:t xml:space="preserve"> Wi-Fi – Ethernet </w:t>
      </w:r>
      <w:proofErr w:type="spellStart"/>
      <w:r>
        <w:rPr>
          <w:b/>
          <w:sz w:val="22"/>
        </w:rPr>
        <w:t>Typ</w:t>
      </w:r>
      <w:proofErr w:type="spellEnd"/>
      <w:r>
        <w:rPr>
          <w:b/>
          <w:sz w:val="22"/>
        </w:rPr>
        <w:t xml:space="preserve"> A – 3 </w:t>
      </w:r>
      <w:proofErr w:type="spellStart"/>
      <w:r>
        <w:rPr>
          <w:b/>
          <w:sz w:val="22"/>
        </w:rPr>
        <w:t>szt</w:t>
      </w:r>
      <w:proofErr w:type="spellEnd"/>
      <w:r>
        <w:rPr>
          <w:b/>
          <w:sz w:val="22"/>
        </w:rPr>
        <w:t>.</w:t>
      </w:r>
    </w:p>
    <w:p w14:paraId="031B1683" w14:textId="77777777" w:rsidR="00F352C3" w:rsidRDefault="00F352C3" w:rsidP="00F352C3">
      <w:r>
        <w:t xml:space="preserve">Producent: ........................................................................     Model / </w:t>
      </w:r>
      <w:proofErr w:type="spellStart"/>
      <w:r>
        <w:t>oznaczenie</w:t>
      </w:r>
      <w:proofErr w:type="spellEnd"/>
      <w:r>
        <w:t>: ........................................................................</w:t>
      </w:r>
    </w:p>
    <w:tbl>
      <w:tblPr>
        <w:tblStyle w:val="Tabela-Siatka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438"/>
        <w:gridCol w:w="4762"/>
        <w:gridCol w:w="2324"/>
      </w:tblGrid>
      <w:tr w:rsidR="00F352C3" w14:paraId="19750963" w14:textId="77777777" w:rsidTr="00AF05CA">
        <w:trPr>
          <w:cantSplit/>
          <w:tblHeader/>
          <w:jc w:val="center"/>
        </w:trPr>
        <w:tc>
          <w:tcPr>
            <w:tcW w:w="2438" w:type="dxa"/>
            <w:shd w:val="clear" w:color="auto" w:fill="E8EEF5"/>
          </w:tcPr>
          <w:p w14:paraId="413B4C79" w14:textId="77777777" w:rsidR="00F352C3" w:rsidRDefault="00F352C3" w:rsidP="00E73126">
            <w:pPr>
              <w:spacing w:after="0"/>
            </w:pPr>
            <w:proofErr w:type="spellStart"/>
            <w:r>
              <w:rPr>
                <w:b/>
                <w:sz w:val="17"/>
              </w:rPr>
              <w:t>Cecha</w:t>
            </w:r>
            <w:proofErr w:type="spellEnd"/>
            <w:r>
              <w:rPr>
                <w:b/>
                <w:sz w:val="17"/>
              </w:rPr>
              <w:t xml:space="preserve"> / </w:t>
            </w:r>
            <w:proofErr w:type="spellStart"/>
            <w:r>
              <w:rPr>
                <w:b/>
                <w:sz w:val="17"/>
              </w:rPr>
              <w:t>parametr</w:t>
            </w:r>
            <w:proofErr w:type="spellEnd"/>
          </w:p>
        </w:tc>
        <w:tc>
          <w:tcPr>
            <w:tcW w:w="4762" w:type="dxa"/>
            <w:shd w:val="clear" w:color="auto" w:fill="E8EEF5"/>
          </w:tcPr>
          <w:p w14:paraId="1AF1903C" w14:textId="77777777" w:rsidR="00F352C3" w:rsidRDefault="00F352C3" w:rsidP="00E73126">
            <w:pPr>
              <w:spacing w:after="0"/>
            </w:pPr>
            <w:proofErr w:type="spellStart"/>
            <w:r>
              <w:rPr>
                <w:b/>
                <w:sz w:val="17"/>
              </w:rPr>
              <w:t>Wymagane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minimalne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parametry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techniczne</w:t>
            </w:r>
            <w:proofErr w:type="spellEnd"/>
          </w:p>
        </w:tc>
        <w:tc>
          <w:tcPr>
            <w:tcW w:w="2324" w:type="dxa"/>
            <w:shd w:val="clear" w:color="auto" w:fill="FFFF99"/>
          </w:tcPr>
          <w:p w14:paraId="403702D9" w14:textId="77777777" w:rsidR="00F352C3" w:rsidRDefault="00F352C3" w:rsidP="00E73126">
            <w:pPr>
              <w:spacing w:after="0"/>
            </w:pPr>
            <w:proofErr w:type="spellStart"/>
            <w:r>
              <w:rPr>
                <w:b/>
                <w:sz w:val="17"/>
              </w:rPr>
              <w:t>Oferowane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parametry</w:t>
            </w:r>
            <w:proofErr w:type="spellEnd"/>
            <w:r>
              <w:rPr>
                <w:b/>
                <w:sz w:val="17"/>
              </w:rPr>
              <w:t xml:space="preserve"> (</w:t>
            </w:r>
            <w:proofErr w:type="spellStart"/>
            <w:r>
              <w:rPr>
                <w:b/>
                <w:sz w:val="17"/>
              </w:rPr>
              <w:t>wypełnia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Wykonawca</w:t>
            </w:r>
            <w:proofErr w:type="spellEnd"/>
            <w:r>
              <w:rPr>
                <w:b/>
                <w:sz w:val="17"/>
              </w:rPr>
              <w:t>)</w:t>
            </w:r>
          </w:p>
        </w:tc>
      </w:tr>
      <w:tr w:rsidR="00F352C3" w14:paraId="492F07D8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39F5EA8A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Typ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urządzenia</w:t>
            </w:r>
            <w:proofErr w:type="spellEnd"/>
          </w:p>
        </w:tc>
        <w:tc>
          <w:tcPr>
            <w:tcW w:w="4762" w:type="dxa"/>
            <w:vAlign w:val="center"/>
          </w:tcPr>
          <w:p w14:paraId="2A33863A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Bezprzewodowy</w:t>
            </w:r>
            <w:proofErr w:type="spellEnd"/>
            <w:r>
              <w:rPr>
                <w:sz w:val="17"/>
              </w:rPr>
              <w:t xml:space="preserve"> most </w:t>
            </w:r>
            <w:proofErr w:type="spellStart"/>
            <w:r>
              <w:rPr>
                <w:sz w:val="17"/>
              </w:rPr>
              <w:t>sieciowy</w:t>
            </w:r>
            <w:proofErr w:type="spellEnd"/>
            <w:r>
              <w:rPr>
                <w:sz w:val="17"/>
              </w:rPr>
              <w:t xml:space="preserve"> Wi-Fi – Ethernet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15B12D99" w14:textId="77777777" w:rsidR="00F352C3" w:rsidRDefault="00F352C3" w:rsidP="00E73126">
            <w:pPr>
              <w:keepLines/>
              <w:spacing w:after="0"/>
            </w:pPr>
          </w:p>
        </w:tc>
      </w:tr>
      <w:tr w:rsidR="00F352C3" w14:paraId="3B4549D7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2C4CCB54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Zastosowanie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19211189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Podłączenie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urządzenia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wyposażonego</w:t>
            </w:r>
            <w:proofErr w:type="spellEnd"/>
            <w:r>
              <w:rPr>
                <w:sz w:val="17"/>
              </w:rPr>
              <w:t xml:space="preserve"> w </w:t>
            </w:r>
            <w:proofErr w:type="spellStart"/>
            <w:r>
              <w:rPr>
                <w:sz w:val="17"/>
              </w:rPr>
              <w:t>interfejs</w:t>
            </w:r>
            <w:proofErr w:type="spellEnd"/>
            <w:r>
              <w:rPr>
                <w:sz w:val="17"/>
              </w:rPr>
              <w:t xml:space="preserve"> Ethernet RJ45 do </w:t>
            </w:r>
            <w:proofErr w:type="spellStart"/>
            <w:r>
              <w:rPr>
                <w:sz w:val="17"/>
              </w:rPr>
              <w:t>istniejącej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sieci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poprzez</w:t>
            </w:r>
            <w:proofErr w:type="spellEnd"/>
            <w:r>
              <w:rPr>
                <w:sz w:val="17"/>
              </w:rPr>
              <w:t xml:space="preserve"> Wi-Fi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24AA7B34" w14:textId="77777777" w:rsidR="00F352C3" w:rsidRDefault="00F352C3" w:rsidP="00E73126">
            <w:pPr>
              <w:keepLines/>
              <w:spacing w:after="0"/>
            </w:pPr>
          </w:p>
        </w:tc>
      </w:tr>
      <w:tr w:rsidR="00F352C3" w14:paraId="5A91BA87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6C2E8FAD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Interfejs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przewodowy</w:t>
            </w:r>
            <w:proofErr w:type="spellEnd"/>
          </w:p>
        </w:tc>
        <w:tc>
          <w:tcPr>
            <w:tcW w:w="4762" w:type="dxa"/>
            <w:vAlign w:val="center"/>
          </w:tcPr>
          <w:p w14:paraId="514AC021" w14:textId="77777777" w:rsidR="00F352C3" w:rsidRDefault="00F352C3" w:rsidP="00E73126">
            <w:pPr>
              <w:keepLines/>
              <w:spacing w:after="0"/>
            </w:pPr>
            <w:r>
              <w:rPr>
                <w:sz w:val="17"/>
              </w:rPr>
              <w:t>minimum 1 × RJ45 Gigabit Ethernet 10/100/1000 Mb/s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3BB99B90" w14:textId="77777777" w:rsidR="00F352C3" w:rsidRDefault="00F352C3" w:rsidP="00E73126">
            <w:pPr>
              <w:keepLines/>
              <w:spacing w:after="0"/>
            </w:pPr>
          </w:p>
        </w:tc>
      </w:tr>
      <w:tr w:rsidR="00F352C3" w14:paraId="2CCCFAA0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23ADB75E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Łączność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bezprzewodowa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5A606152" w14:textId="77777777" w:rsidR="00F352C3" w:rsidRDefault="00F352C3" w:rsidP="00E73126">
            <w:pPr>
              <w:keepLines/>
              <w:spacing w:after="0"/>
            </w:pPr>
            <w:r>
              <w:rPr>
                <w:sz w:val="17"/>
              </w:rPr>
              <w:t>minimum Wi-Fi 5 (802.11ac)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3E826E44" w14:textId="77777777" w:rsidR="00F352C3" w:rsidRDefault="00F352C3" w:rsidP="00E73126">
            <w:pPr>
              <w:keepLines/>
              <w:spacing w:after="0"/>
            </w:pPr>
          </w:p>
        </w:tc>
      </w:tr>
      <w:tr w:rsidR="00F352C3" w14:paraId="0227371B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4EB79062" w14:textId="77777777" w:rsidR="00F352C3" w:rsidRDefault="00F352C3" w:rsidP="00E73126">
            <w:pPr>
              <w:keepLines/>
              <w:spacing w:after="0"/>
            </w:pPr>
            <w:r>
              <w:rPr>
                <w:b/>
                <w:sz w:val="17"/>
              </w:rPr>
              <w:t xml:space="preserve">Pasmo </w:t>
            </w:r>
            <w:proofErr w:type="spellStart"/>
            <w:r>
              <w:rPr>
                <w:b/>
                <w:sz w:val="17"/>
              </w:rPr>
              <w:t>pracy</w:t>
            </w:r>
            <w:proofErr w:type="spellEnd"/>
          </w:p>
        </w:tc>
        <w:tc>
          <w:tcPr>
            <w:tcW w:w="4762" w:type="dxa"/>
            <w:vAlign w:val="center"/>
          </w:tcPr>
          <w:p w14:paraId="732AEBA5" w14:textId="77777777" w:rsidR="00F352C3" w:rsidRDefault="00F352C3" w:rsidP="00E73126">
            <w:pPr>
              <w:keepLines/>
              <w:spacing w:after="0"/>
            </w:pPr>
            <w:r>
              <w:rPr>
                <w:sz w:val="17"/>
              </w:rPr>
              <w:t>5 GHz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509F164C" w14:textId="77777777" w:rsidR="00F352C3" w:rsidRDefault="00F352C3" w:rsidP="00E73126">
            <w:pPr>
              <w:keepLines/>
              <w:spacing w:after="0"/>
            </w:pPr>
          </w:p>
        </w:tc>
      </w:tr>
      <w:tr w:rsidR="00F352C3" w14:paraId="1E28C97B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3579C3F3" w14:textId="77777777" w:rsidR="00F352C3" w:rsidRDefault="00F352C3" w:rsidP="00E73126">
            <w:pPr>
              <w:keepLines/>
              <w:spacing w:after="0"/>
            </w:pPr>
            <w:r>
              <w:rPr>
                <w:b/>
                <w:sz w:val="17"/>
              </w:rPr>
              <w:t xml:space="preserve">Maks. </w:t>
            </w:r>
            <w:proofErr w:type="spellStart"/>
            <w:r>
              <w:rPr>
                <w:b/>
                <w:sz w:val="17"/>
              </w:rPr>
              <w:t>szybkość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radiowa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1B5F2383" w14:textId="77777777" w:rsidR="00F352C3" w:rsidRDefault="00F352C3" w:rsidP="00E73126">
            <w:pPr>
              <w:keepLines/>
              <w:spacing w:after="0"/>
            </w:pPr>
            <w:r>
              <w:rPr>
                <w:sz w:val="17"/>
              </w:rPr>
              <w:t>minimum 866 Mb/s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2BE22817" w14:textId="77777777" w:rsidR="00F352C3" w:rsidRDefault="00F352C3" w:rsidP="00E73126">
            <w:pPr>
              <w:keepLines/>
              <w:spacing w:after="0"/>
            </w:pPr>
          </w:p>
        </w:tc>
      </w:tr>
      <w:tr w:rsidR="00F352C3" w14:paraId="48715BC0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1DC64655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Tryb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pracy</w:t>
            </w:r>
            <w:proofErr w:type="spellEnd"/>
          </w:p>
        </w:tc>
        <w:tc>
          <w:tcPr>
            <w:tcW w:w="4762" w:type="dxa"/>
            <w:vAlign w:val="center"/>
          </w:tcPr>
          <w:p w14:paraId="5A84EBC4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Bezprzewodowy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klient</w:t>
            </w:r>
            <w:proofErr w:type="spellEnd"/>
            <w:r>
              <w:rPr>
                <w:sz w:val="17"/>
              </w:rPr>
              <w:t xml:space="preserve">/bridge </w:t>
            </w:r>
            <w:proofErr w:type="spellStart"/>
            <w:r>
              <w:rPr>
                <w:sz w:val="17"/>
              </w:rPr>
              <w:t>umożliwiający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przekazanie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połączenia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sieciowego</w:t>
            </w:r>
            <w:proofErr w:type="spellEnd"/>
            <w:r>
              <w:rPr>
                <w:sz w:val="17"/>
              </w:rPr>
              <w:t xml:space="preserve"> do </w:t>
            </w:r>
            <w:proofErr w:type="spellStart"/>
            <w:r>
              <w:rPr>
                <w:sz w:val="17"/>
              </w:rPr>
              <w:t>portu</w:t>
            </w:r>
            <w:proofErr w:type="spellEnd"/>
            <w:r>
              <w:rPr>
                <w:sz w:val="17"/>
              </w:rPr>
              <w:t xml:space="preserve"> Ethernet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3855A395" w14:textId="77777777" w:rsidR="00F352C3" w:rsidRDefault="00F352C3" w:rsidP="00E73126">
            <w:pPr>
              <w:keepLines/>
              <w:spacing w:after="0"/>
            </w:pPr>
          </w:p>
        </w:tc>
      </w:tr>
      <w:tr w:rsidR="00F352C3" w14:paraId="10400AC9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3FD9BFAC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Zasilanie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1F9B0B0B" w14:textId="77777777" w:rsidR="00F352C3" w:rsidRDefault="00F352C3" w:rsidP="00E73126">
            <w:pPr>
              <w:keepLines/>
              <w:spacing w:after="0"/>
            </w:pPr>
            <w:r>
              <w:rPr>
                <w:sz w:val="17"/>
              </w:rPr>
              <w:t>PoE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1A036B82" w14:textId="77777777" w:rsidR="00F352C3" w:rsidRDefault="00F352C3" w:rsidP="00E73126">
            <w:pPr>
              <w:keepLines/>
              <w:spacing w:after="0"/>
            </w:pPr>
          </w:p>
        </w:tc>
      </w:tr>
      <w:tr w:rsidR="00F352C3" w14:paraId="18221B43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03EA691C" w14:textId="77777777" w:rsidR="00F352C3" w:rsidRDefault="00F352C3" w:rsidP="00E73126">
            <w:pPr>
              <w:keepLines/>
              <w:spacing w:after="0"/>
            </w:pPr>
            <w:r>
              <w:rPr>
                <w:b/>
                <w:sz w:val="17"/>
              </w:rPr>
              <w:t xml:space="preserve">PoE </w:t>
            </w:r>
            <w:proofErr w:type="spellStart"/>
            <w:r>
              <w:rPr>
                <w:b/>
                <w:sz w:val="17"/>
              </w:rPr>
              <w:t>na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porcie</w:t>
            </w:r>
            <w:proofErr w:type="spellEnd"/>
            <w:r>
              <w:rPr>
                <w:b/>
                <w:sz w:val="17"/>
              </w:rPr>
              <w:t xml:space="preserve"> LAN</w:t>
            </w:r>
          </w:p>
        </w:tc>
        <w:tc>
          <w:tcPr>
            <w:tcW w:w="4762" w:type="dxa"/>
            <w:vAlign w:val="center"/>
          </w:tcPr>
          <w:p w14:paraId="52CF1177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Obsługa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wyjścia</w:t>
            </w:r>
            <w:proofErr w:type="spellEnd"/>
            <w:r>
              <w:rPr>
                <w:sz w:val="17"/>
              </w:rPr>
              <w:t xml:space="preserve"> PoE </w:t>
            </w:r>
            <w:proofErr w:type="spellStart"/>
            <w:r>
              <w:rPr>
                <w:sz w:val="17"/>
              </w:rPr>
              <w:t>umożliwiającego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zasilanie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kompatybilnego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urządzenia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końcowego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6CDDE835" w14:textId="77777777" w:rsidR="00F352C3" w:rsidRDefault="00F352C3" w:rsidP="00E73126">
            <w:pPr>
              <w:keepLines/>
              <w:spacing w:after="0"/>
            </w:pPr>
          </w:p>
        </w:tc>
      </w:tr>
      <w:tr w:rsidR="00F352C3" w14:paraId="0B560042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6F7CA34B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Zarządzanie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1B9158CD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Centralne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zarządzanie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i</w:t>
            </w:r>
            <w:proofErr w:type="spellEnd"/>
            <w:r>
              <w:rPr>
                <w:sz w:val="17"/>
              </w:rPr>
              <w:t xml:space="preserve"> monitoring z </w:t>
            </w:r>
            <w:proofErr w:type="spellStart"/>
            <w:r>
              <w:rPr>
                <w:sz w:val="17"/>
              </w:rPr>
              <w:t>poziomu</w:t>
            </w:r>
            <w:proofErr w:type="spellEnd"/>
            <w:r>
              <w:rPr>
                <w:sz w:val="17"/>
              </w:rPr>
              <w:t xml:space="preserve"> UniFi Network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32088152" w14:textId="77777777" w:rsidR="00F352C3" w:rsidRDefault="00F352C3" w:rsidP="00E73126">
            <w:pPr>
              <w:keepLines/>
              <w:spacing w:after="0"/>
            </w:pPr>
          </w:p>
        </w:tc>
      </w:tr>
      <w:tr w:rsidR="00F352C3" w14:paraId="5747644B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7D5492CE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Integracja</w:t>
            </w:r>
            <w:proofErr w:type="spellEnd"/>
          </w:p>
        </w:tc>
        <w:tc>
          <w:tcPr>
            <w:tcW w:w="4762" w:type="dxa"/>
            <w:vAlign w:val="center"/>
          </w:tcPr>
          <w:p w14:paraId="3090D6D5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Możliwość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adopcji</w:t>
            </w:r>
            <w:proofErr w:type="spellEnd"/>
            <w:r>
              <w:rPr>
                <w:sz w:val="17"/>
              </w:rPr>
              <w:t xml:space="preserve"> do </w:t>
            </w:r>
            <w:proofErr w:type="spellStart"/>
            <w:r>
              <w:rPr>
                <w:sz w:val="17"/>
              </w:rPr>
              <w:t>istniejącego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środowiska</w:t>
            </w:r>
            <w:proofErr w:type="spellEnd"/>
            <w:r>
              <w:rPr>
                <w:sz w:val="17"/>
              </w:rPr>
              <w:t xml:space="preserve"> UniFi Network </w:t>
            </w:r>
            <w:proofErr w:type="spellStart"/>
            <w:r>
              <w:rPr>
                <w:sz w:val="17"/>
              </w:rPr>
              <w:t>Zamawiającego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3F8E75BB" w14:textId="77777777" w:rsidR="00F352C3" w:rsidRDefault="00F352C3" w:rsidP="00E73126">
            <w:pPr>
              <w:keepLines/>
              <w:spacing w:after="0"/>
            </w:pPr>
          </w:p>
        </w:tc>
      </w:tr>
      <w:tr w:rsidR="00F352C3" w14:paraId="5CD184B0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68DF7785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Bezpieczeństwo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5FF92732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Obsługa</w:t>
            </w:r>
            <w:proofErr w:type="spellEnd"/>
            <w:r>
              <w:rPr>
                <w:sz w:val="17"/>
              </w:rPr>
              <w:t xml:space="preserve"> WPA2/WPA3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746188FF" w14:textId="77777777" w:rsidR="00F352C3" w:rsidRDefault="00F352C3" w:rsidP="00E73126">
            <w:pPr>
              <w:keepLines/>
              <w:spacing w:after="0"/>
            </w:pPr>
          </w:p>
        </w:tc>
      </w:tr>
      <w:tr w:rsidR="00F352C3" w14:paraId="2A184198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6CDC3D0F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Montaż</w:t>
            </w:r>
            <w:proofErr w:type="spellEnd"/>
          </w:p>
        </w:tc>
        <w:tc>
          <w:tcPr>
            <w:tcW w:w="4762" w:type="dxa"/>
            <w:vAlign w:val="center"/>
          </w:tcPr>
          <w:p w14:paraId="581F6295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Elementy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montażowe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przewidziane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przez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producenta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4715CAF7" w14:textId="77777777" w:rsidR="00F352C3" w:rsidRDefault="00F352C3" w:rsidP="00E73126">
            <w:pPr>
              <w:keepLines/>
              <w:spacing w:after="0"/>
            </w:pPr>
          </w:p>
        </w:tc>
      </w:tr>
      <w:tr w:rsidR="00F352C3" w14:paraId="5DEAA9DB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7F993237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Zastosowanie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wewnętrzne</w:t>
            </w:r>
            <w:proofErr w:type="spellEnd"/>
            <w:r>
              <w:rPr>
                <w:b/>
                <w:sz w:val="17"/>
              </w:rPr>
              <w:t>/</w:t>
            </w:r>
            <w:proofErr w:type="spellStart"/>
            <w:r>
              <w:rPr>
                <w:b/>
                <w:sz w:val="17"/>
              </w:rPr>
              <w:t>zewnętrzne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33286B8E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Urządzenie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przystosowane</w:t>
            </w:r>
            <w:proofErr w:type="spellEnd"/>
            <w:r>
              <w:rPr>
                <w:sz w:val="17"/>
              </w:rPr>
              <w:t xml:space="preserve"> minimum do </w:t>
            </w:r>
            <w:proofErr w:type="spellStart"/>
            <w:r>
              <w:rPr>
                <w:sz w:val="17"/>
              </w:rPr>
              <w:t>zastosowania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przewidzianego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przez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producenta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dla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modelu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referencyjnego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30B2FEED" w14:textId="77777777" w:rsidR="00F352C3" w:rsidRDefault="00F352C3" w:rsidP="00E73126">
            <w:pPr>
              <w:keepLines/>
              <w:spacing w:after="0"/>
            </w:pPr>
          </w:p>
        </w:tc>
      </w:tr>
      <w:tr w:rsidR="00F352C3" w14:paraId="367C2BC9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0E8315A5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Gwarancja</w:t>
            </w:r>
            <w:proofErr w:type="spellEnd"/>
          </w:p>
        </w:tc>
        <w:tc>
          <w:tcPr>
            <w:tcW w:w="4762" w:type="dxa"/>
            <w:vAlign w:val="center"/>
          </w:tcPr>
          <w:p w14:paraId="55E221AC" w14:textId="77777777" w:rsidR="00F352C3" w:rsidRDefault="00F352C3" w:rsidP="00E73126">
            <w:pPr>
              <w:keepLines/>
              <w:spacing w:after="0"/>
            </w:pPr>
            <w:r>
              <w:rPr>
                <w:sz w:val="17"/>
              </w:rPr>
              <w:t xml:space="preserve">minimum 12 </w:t>
            </w:r>
            <w:proofErr w:type="spellStart"/>
            <w:r>
              <w:rPr>
                <w:sz w:val="17"/>
              </w:rPr>
              <w:t>miesięcy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5F32AF4E" w14:textId="77777777" w:rsidR="00F352C3" w:rsidRDefault="00F352C3" w:rsidP="00E73126">
            <w:pPr>
              <w:keepLines/>
              <w:spacing w:after="0"/>
            </w:pPr>
          </w:p>
        </w:tc>
      </w:tr>
      <w:tr w:rsidR="00F352C3" w14:paraId="0C094865" w14:textId="77777777" w:rsidTr="00AF05C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54A89FCD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Integracja</w:t>
            </w:r>
            <w:proofErr w:type="spellEnd"/>
            <w:r>
              <w:rPr>
                <w:b/>
                <w:sz w:val="17"/>
              </w:rPr>
              <w:t xml:space="preserve"> z </w:t>
            </w:r>
            <w:proofErr w:type="spellStart"/>
            <w:r>
              <w:rPr>
                <w:b/>
                <w:sz w:val="17"/>
              </w:rPr>
              <w:t>istniejącą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infrastrukturą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640756E2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Zamawiający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posiada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i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eksploatuje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środowisko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zarządzania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siecią</w:t>
            </w:r>
            <w:proofErr w:type="spellEnd"/>
            <w:r>
              <w:rPr>
                <w:sz w:val="17"/>
              </w:rPr>
              <w:t xml:space="preserve"> UniFi Network. </w:t>
            </w:r>
            <w:proofErr w:type="spellStart"/>
            <w:r>
              <w:rPr>
                <w:sz w:val="17"/>
              </w:rPr>
              <w:t>Oferowane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urządzenia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muszą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umożliwiać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bezpośrednią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adopcję</w:t>
            </w:r>
            <w:proofErr w:type="spellEnd"/>
            <w:r>
              <w:rPr>
                <w:sz w:val="17"/>
              </w:rPr>
              <w:t xml:space="preserve">, </w:t>
            </w:r>
            <w:proofErr w:type="spellStart"/>
            <w:r>
              <w:rPr>
                <w:sz w:val="17"/>
              </w:rPr>
              <w:t>konfigurację</w:t>
            </w:r>
            <w:proofErr w:type="spellEnd"/>
            <w:r>
              <w:rPr>
                <w:sz w:val="17"/>
              </w:rPr>
              <w:t xml:space="preserve">, </w:t>
            </w:r>
            <w:proofErr w:type="spellStart"/>
            <w:r>
              <w:rPr>
                <w:sz w:val="17"/>
              </w:rPr>
              <w:t>zarządzanie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oraz</w:t>
            </w:r>
            <w:proofErr w:type="spellEnd"/>
            <w:r>
              <w:rPr>
                <w:sz w:val="17"/>
              </w:rPr>
              <w:t xml:space="preserve"> monitoring z </w:t>
            </w:r>
            <w:proofErr w:type="spellStart"/>
            <w:r>
              <w:rPr>
                <w:sz w:val="17"/>
              </w:rPr>
              <w:t>poziomu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posiadanej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przez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Zamawiającego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konsoli</w:t>
            </w:r>
            <w:proofErr w:type="spellEnd"/>
            <w:r>
              <w:rPr>
                <w:sz w:val="17"/>
              </w:rPr>
              <w:t xml:space="preserve"> UniFi Network, bez </w:t>
            </w:r>
            <w:proofErr w:type="spellStart"/>
            <w:r>
              <w:rPr>
                <w:sz w:val="17"/>
              </w:rPr>
              <w:t>konieczności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zakupu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dodatkowego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kontrolera</w:t>
            </w:r>
            <w:proofErr w:type="spellEnd"/>
            <w:r>
              <w:rPr>
                <w:sz w:val="17"/>
              </w:rPr>
              <w:t xml:space="preserve">, </w:t>
            </w:r>
            <w:proofErr w:type="spellStart"/>
            <w:r>
              <w:rPr>
                <w:sz w:val="17"/>
              </w:rPr>
              <w:t>licencji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lub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odrębnego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systemu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zarządzania</w:t>
            </w:r>
            <w:proofErr w:type="spellEnd"/>
            <w:r>
              <w:rPr>
                <w:sz w:val="17"/>
              </w:rPr>
              <w:t xml:space="preserve">. </w:t>
            </w:r>
            <w:proofErr w:type="spellStart"/>
            <w:r>
              <w:rPr>
                <w:sz w:val="17"/>
              </w:rPr>
              <w:t>Wymaganie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wynika</w:t>
            </w:r>
            <w:proofErr w:type="spellEnd"/>
            <w:r>
              <w:rPr>
                <w:sz w:val="17"/>
              </w:rPr>
              <w:t xml:space="preserve"> z </w:t>
            </w:r>
            <w:proofErr w:type="spellStart"/>
            <w:r>
              <w:rPr>
                <w:sz w:val="17"/>
              </w:rPr>
              <w:t>konieczności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zachowania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kompatybilności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oraz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ujednolicenia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istniejącej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infrastruktury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sieciowej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Zamawiającego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089D0D06" w14:textId="77777777" w:rsidR="00F352C3" w:rsidRDefault="00F352C3" w:rsidP="00E73126">
            <w:pPr>
              <w:keepLines/>
              <w:spacing w:after="0"/>
            </w:pPr>
          </w:p>
        </w:tc>
      </w:tr>
      <w:tr w:rsidR="00F352C3" w14:paraId="111F204E" w14:textId="77777777" w:rsidTr="00AF05CA">
        <w:trPr>
          <w:cantSplit/>
          <w:jc w:val="center"/>
        </w:trPr>
        <w:tc>
          <w:tcPr>
            <w:tcW w:w="2438" w:type="dxa"/>
            <w:vAlign w:val="center"/>
          </w:tcPr>
          <w:p w14:paraId="5B2AFA6B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Zawartość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zestawu</w:t>
            </w:r>
            <w:proofErr w:type="spellEnd"/>
          </w:p>
        </w:tc>
        <w:tc>
          <w:tcPr>
            <w:tcW w:w="4762" w:type="dxa"/>
            <w:vAlign w:val="center"/>
          </w:tcPr>
          <w:p w14:paraId="1AD5CFC3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Zestaw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musi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zawierać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wszystkie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elementy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niezbędne</w:t>
            </w:r>
            <w:proofErr w:type="spellEnd"/>
            <w:r>
              <w:rPr>
                <w:sz w:val="17"/>
              </w:rPr>
              <w:t xml:space="preserve"> do </w:t>
            </w:r>
            <w:proofErr w:type="spellStart"/>
            <w:r>
              <w:rPr>
                <w:sz w:val="17"/>
              </w:rPr>
              <w:t>uruchomienia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jednego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kompletnego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połączenia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punkt-punkt</w:t>
            </w:r>
            <w:proofErr w:type="spellEnd"/>
            <w:r>
              <w:rPr>
                <w:sz w:val="17"/>
              </w:rPr>
              <w:t xml:space="preserve">, w </w:t>
            </w:r>
            <w:proofErr w:type="spellStart"/>
            <w:r>
              <w:rPr>
                <w:sz w:val="17"/>
              </w:rPr>
              <w:t>szczególności</w:t>
            </w:r>
            <w:proofErr w:type="spellEnd"/>
            <w:r>
              <w:rPr>
                <w:sz w:val="17"/>
              </w:rPr>
              <w:t xml:space="preserve"> 2 </w:t>
            </w:r>
            <w:proofErr w:type="spellStart"/>
            <w:r>
              <w:rPr>
                <w:sz w:val="17"/>
              </w:rPr>
              <w:t>urządzenia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radiowe</w:t>
            </w:r>
            <w:proofErr w:type="spellEnd"/>
            <w:r>
              <w:rPr>
                <w:sz w:val="17"/>
              </w:rPr>
              <w:t xml:space="preserve">, 2 </w:t>
            </w:r>
            <w:proofErr w:type="spellStart"/>
            <w:r>
              <w:rPr>
                <w:sz w:val="17"/>
              </w:rPr>
              <w:t>adaptery</w:t>
            </w:r>
            <w:proofErr w:type="spellEnd"/>
            <w:r>
              <w:rPr>
                <w:sz w:val="17"/>
              </w:rPr>
              <w:t xml:space="preserve"> Gigabit PoE, 2 </w:t>
            </w:r>
            <w:proofErr w:type="spellStart"/>
            <w:r>
              <w:rPr>
                <w:sz w:val="17"/>
              </w:rPr>
              <w:t>przewody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zasilające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oraz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elementy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montażowe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przewidziane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przez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producenta</w:t>
            </w:r>
            <w:proofErr w:type="spellEnd"/>
            <w:r>
              <w:rPr>
                <w:sz w:val="17"/>
              </w:rPr>
              <w:t>.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17902D1B" w14:textId="77777777" w:rsidR="00F352C3" w:rsidRDefault="00F352C3" w:rsidP="00E73126">
            <w:pPr>
              <w:keepLines/>
              <w:spacing w:after="0"/>
            </w:pPr>
          </w:p>
        </w:tc>
      </w:tr>
    </w:tbl>
    <w:p w14:paraId="72270C5A" w14:textId="77777777" w:rsidR="00F352C3" w:rsidRDefault="00F352C3" w:rsidP="00F352C3"/>
    <w:tbl>
      <w:tblPr>
        <w:tblStyle w:val="Tabela-Siatka"/>
        <w:tblW w:w="0" w:type="auto"/>
        <w:tblInd w:w="38" w:type="dxa"/>
        <w:tblLook w:val="04A0" w:firstRow="1" w:lastRow="0" w:firstColumn="1" w:lastColumn="0" w:noHBand="0" w:noVBand="1"/>
      </w:tblPr>
      <w:tblGrid>
        <w:gridCol w:w="3446"/>
        <w:gridCol w:w="1444"/>
        <w:gridCol w:w="2410"/>
      </w:tblGrid>
      <w:tr w:rsidR="00AF05CA" w14:paraId="04307424" w14:textId="77777777">
        <w:tc>
          <w:tcPr>
            <w:tcW w:w="34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49F24C" w14:textId="77777777" w:rsidR="00AF05CA" w:rsidRDefault="00AF05CA">
            <w:r>
              <w:t xml:space="preserve">Cena za 1 </w:t>
            </w:r>
            <w:proofErr w:type="spellStart"/>
            <w:r>
              <w:t>szt</w:t>
            </w:r>
            <w:proofErr w:type="spellEnd"/>
            <w:r>
              <w:t>.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E12AE6" w14:textId="77777777" w:rsidR="00AF05CA" w:rsidRDefault="00AF05CA">
            <w:r>
              <w:t xml:space="preserve">Netto w </w:t>
            </w:r>
            <w:proofErr w:type="spellStart"/>
            <w:r>
              <w:t>zł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62377280" w14:textId="77777777" w:rsidR="00AF05CA" w:rsidRDefault="00AF05CA">
            <w:pPr>
              <w:rPr>
                <w:highlight w:val="yellow"/>
              </w:rPr>
            </w:pPr>
          </w:p>
        </w:tc>
      </w:tr>
      <w:tr w:rsidR="00AF05CA" w14:paraId="4756D995" w14:textId="7777777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E4422C" w14:textId="77777777" w:rsidR="00AF05CA" w:rsidRDefault="00AF05CA">
            <w:pPr>
              <w:spacing w:after="0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CB7B8F" w14:textId="77777777" w:rsidR="00AF05CA" w:rsidRDefault="00AF05CA">
            <w:r>
              <w:t xml:space="preserve">Brutto w </w:t>
            </w:r>
            <w:proofErr w:type="spellStart"/>
            <w:r>
              <w:t>zł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654FF42A" w14:textId="77777777" w:rsidR="00AF05CA" w:rsidRDefault="00AF05CA">
            <w:pPr>
              <w:rPr>
                <w:highlight w:val="yellow"/>
              </w:rPr>
            </w:pPr>
          </w:p>
        </w:tc>
      </w:tr>
      <w:tr w:rsidR="00AF05CA" w14:paraId="02F0A04B" w14:textId="77777777">
        <w:tc>
          <w:tcPr>
            <w:tcW w:w="34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E5F94D" w14:textId="58183935" w:rsidR="00AF05CA" w:rsidRDefault="00AF05CA">
            <w:proofErr w:type="spellStart"/>
            <w:r>
              <w:t>Łączna</w:t>
            </w:r>
            <w:proofErr w:type="spellEnd"/>
            <w:r>
              <w:t xml:space="preserve"> </w:t>
            </w:r>
            <w:proofErr w:type="spellStart"/>
            <w:r>
              <w:t>Kwota</w:t>
            </w:r>
            <w:proofErr w:type="spellEnd"/>
            <w:r>
              <w:t xml:space="preserve"> za: </w:t>
            </w:r>
            <w:r>
              <w:t>3</w:t>
            </w:r>
            <w:r>
              <w:t xml:space="preserve"> </w:t>
            </w:r>
            <w:proofErr w:type="spellStart"/>
            <w:r>
              <w:t>szt</w:t>
            </w:r>
            <w:proofErr w:type="spellEnd"/>
            <w:r>
              <w:t>.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99E673" w14:textId="77777777" w:rsidR="00AF05CA" w:rsidRDefault="00AF05CA">
            <w:r>
              <w:t xml:space="preserve">Netto w </w:t>
            </w:r>
            <w:proofErr w:type="spellStart"/>
            <w:r>
              <w:t>zł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492A9DB2" w14:textId="77777777" w:rsidR="00AF05CA" w:rsidRDefault="00AF05CA">
            <w:pPr>
              <w:rPr>
                <w:highlight w:val="yellow"/>
              </w:rPr>
            </w:pPr>
          </w:p>
        </w:tc>
      </w:tr>
      <w:tr w:rsidR="00AF05CA" w14:paraId="694548F7" w14:textId="7777777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41FC90" w14:textId="77777777" w:rsidR="00AF05CA" w:rsidRDefault="00AF05CA">
            <w:pPr>
              <w:spacing w:after="0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831DAB" w14:textId="1DC4A4F2" w:rsidR="00AF05CA" w:rsidRDefault="0025708B">
            <w:r>
              <w:t>Br</w:t>
            </w:r>
            <w:r w:rsidR="00AF05CA">
              <w:t xml:space="preserve">utto w </w:t>
            </w:r>
            <w:proofErr w:type="spellStart"/>
            <w:r w:rsidR="00AF05CA">
              <w:t>zł</w:t>
            </w:r>
            <w:proofErr w:type="spellEnd"/>
            <w:r w:rsidR="00AF05CA">
              <w:t>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0B16158C" w14:textId="77777777" w:rsidR="00AF05CA" w:rsidRDefault="00AF05CA">
            <w:pPr>
              <w:rPr>
                <w:highlight w:val="yellow"/>
              </w:rPr>
            </w:pPr>
          </w:p>
        </w:tc>
      </w:tr>
    </w:tbl>
    <w:p w14:paraId="2587BA6A" w14:textId="77777777" w:rsidR="00AF05CA" w:rsidRDefault="00AF05CA" w:rsidP="00F352C3"/>
    <w:p w14:paraId="5F11C57D" w14:textId="77777777" w:rsidR="00F352C3" w:rsidRDefault="00F352C3" w:rsidP="00F352C3">
      <w:r>
        <w:t xml:space="preserve">Oświadczamy, </w:t>
      </w:r>
      <w:proofErr w:type="spellStart"/>
      <w:r>
        <w:t>że</w:t>
      </w:r>
      <w:proofErr w:type="spellEnd"/>
      <w:r>
        <w:t xml:space="preserve"> </w:t>
      </w:r>
      <w:proofErr w:type="spellStart"/>
      <w:r>
        <w:t>oferowany</w:t>
      </w:r>
      <w:proofErr w:type="spellEnd"/>
      <w:r>
        <w:t xml:space="preserve"> </w:t>
      </w:r>
      <w:proofErr w:type="spellStart"/>
      <w:r>
        <w:t>przedmiot</w:t>
      </w:r>
      <w:proofErr w:type="spellEnd"/>
      <w:r>
        <w:t xml:space="preserve"> </w:t>
      </w:r>
      <w:proofErr w:type="spellStart"/>
      <w:r>
        <w:t>zamówienia</w:t>
      </w:r>
      <w:proofErr w:type="spellEnd"/>
      <w:r>
        <w:t xml:space="preserve"> </w:t>
      </w:r>
      <w:proofErr w:type="spellStart"/>
      <w:r>
        <w:t>spełnia</w:t>
      </w:r>
      <w:proofErr w:type="spellEnd"/>
      <w:r>
        <w:t xml:space="preserve"> </w:t>
      </w:r>
      <w:proofErr w:type="spellStart"/>
      <w:r>
        <w:t>wymagania</w:t>
      </w:r>
      <w:proofErr w:type="spellEnd"/>
      <w:r>
        <w:t xml:space="preserve"> </w:t>
      </w:r>
      <w:proofErr w:type="spellStart"/>
      <w:r>
        <w:t>wskazane</w:t>
      </w:r>
      <w:proofErr w:type="spellEnd"/>
      <w:r>
        <w:t xml:space="preserve"> w </w:t>
      </w:r>
      <w:proofErr w:type="spellStart"/>
      <w:r>
        <w:t>tabeli</w:t>
      </w:r>
      <w:proofErr w:type="spellEnd"/>
      <w:r>
        <w:t>.</w:t>
      </w:r>
    </w:p>
    <w:p w14:paraId="47D242B9" w14:textId="77777777" w:rsidR="00F352C3" w:rsidRDefault="00F352C3" w:rsidP="00F352C3">
      <w:r>
        <w:t>.....................................................................................</w:t>
      </w:r>
      <w:r>
        <w:br/>
        <w:t xml:space="preserve">Data </w:t>
      </w:r>
      <w:proofErr w:type="spellStart"/>
      <w:r>
        <w:t>i</w:t>
      </w:r>
      <w:proofErr w:type="spellEnd"/>
      <w:r>
        <w:t xml:space="preserve"> </w:t>
      </w:r>
      <w:proofErr w:type="spellStart"/>
      <w:r>
        <w:t>podpis</w:t>
      </w:r>
      <w:proofErr w:type="spellEnd"/>
      <w:r>
        <w:t xml:space="preserve"> </w:t>
      </w:r>
      <w:proofErr w:type="spellStart"/>
      <w:r>
        <w:t>osoby</w:t>
      </w:r>
      <w:proofErr w:type="spellEnd"/>
      <w:r>
        <w:t xml:space="preserve"> </w:t>
      </w:r>
      <w:proofErr w:type="spellStart"/>
      <w:r>
        <w:t>upoważnionej</w:t>
      </w:r>
      <w:proofErr w:type="spellEnd"/>
      <w:r>
        <w:t xml:space="preserve"> do </w:t>
      </w:r>
      <w:proofErr w:type="spellStart"/>
      <w:r>
        <w:t>złożenia</w:t>
      </w:r>
      <w:proofErr w:type="spellEnd"/>
      <w:r>
        <w:t xml:space="preserve"> </w:t>
      </w:r>
      <w:proofErr w:type="spellStart"/>
      <w:r>
        <w:t>oferty</w:t>
      </w:r>
      <w:proofErr w:type="spellEnd"/>
    </w:p>
    <w:p w14:paraId="693EA4BD" w14:textId="03F0EB3C" w:rsidR="00F352C3" w:rsidRDefault="00F352C3">
      <w:pPr>
        <w:spacing w:after="200"/>
      </w:pPr>
      <w:r>
        <w:br w:type="page"/>
      </w:r>
    </w:p>
    <w:p w14:paraId="7BC7E942" w14:textId="77777777" w:rsidR="00F352C3" w:rsidRPr="000F4DA0" w:rsidRDefault="00F352C3" w:rsidP="00F352C3">
      <w:pPr>
        <w:jc w:val="right"/>
        <w:rPr>
          <w:b/>
          <w:color w:val="1C324B"/>
          <w:szCs w:val="18"/>
        </w:rPr>
      </w:pPr>
      <w:proofErr w:type="spellStart"/>
      <w:r w:rsidRPr="000F4DA0">
        <w:rPr>
          <w:b/>
          <w:color w:val="1C324B"/>
          <w:szCs w:val="18"/>
        </w:rPr>
        <w:lastRenderedPageBreak/>
        <w:t>Załącznik</w:t>
      </w:r>
      <w:proofErr w:type="spellEnd"/>
      <w:r w:rsidRPr="000F4DA0">
        <w:rPr>
          <w:b/>
          <w:color w:val="1C324B"/>
          <w:szCs w:val="18"/>
        </w:rPr>
        <w:t xml:space="preserve"> nr 4.</w:t>
      </w:r>
      <w:r>
        <w:rPr>
          <w:b/>
          <w:color w:val="1C324B"/>
          <w:szCs w:val="18"/>
        </w:rPr>
        <w:t>15</w:t>
      </w:r>
    </w:p>
    <w:p w14:paraId="4A43E5B4" w14:textId="77777777" w:rsidR="0025708B" w:rsidRDefault="0025708B" w:rsidP="00F352C3">
      <w:pPr>
        <w:jc w:val="center"/>
        <w:rPr>
          <w:b/>
          <w:color w:val="1C324B"/>
          <w:sz w:val="28"/>
        </w:rPr>
      </w:pPr>
    </w:p>
    <w:p w14:paraId="3F4C7699" w14:textId="5E219AFE" w:rsidR="00F352C3" w:rsidRDefault="00F352C3" w:rsidP="00F352C3">
      <w:pPr>
        <w:jc w:val="center"/>
      </w:pPr>
      <w:r>
        <w:rPr>
          <w:b/>
          <w:color w:val="1C324B"/>
          <w:sz w:val="28"/>
        </w:rPr>
        <w:t>OPIS PRZEDMIOTU ZAMÓWIENIA</w:t>
      </w:r>
    </w:p>
    <w:p w14:paraId="736E9B87" w14:textId="77777777" w:rsidR="00F352C3" w:rsidRDefault="00F352C3" w:rsidP="00F352C3">
      <w:pPr>
        <w:jc w:val="center"/>
      </w:pPr>
      <w:proofErr w:type="spellStart"/>
      <w:r>
        <w:rPr>
          <w:b/>
          <w:sz w:val="22"/>
        </w:rPr>
        <w:t>Specyfikacja</w:t>
      </w:r>
      <w:proofErr w:type="spellEnd"/>
      <w:r>
        <w:rPr>
          <w:b/>
          <w:sz w:val="22"/>
        </w:rPr>
        <w:t xml:space="preserve"> – Most </w:t>
      </w:r>
      <w:proofErr w:type="spellStart"/>
      <w:r>
        <w:rPr>
          <w:b/>
          <w:sz w:val="22"/>
        </w:rPr>
        <w:t>sieciowy</w:t>
      </w:r>
      <w:proofErr w:type="spellEnd"/>
      <w:r>
        <w:rPr>
          <w:b/>
          <w:sz w:val="22"/>
        </w:rPr>
        <w:t xml:space="preserve"> </w:t>
      </w:r>
      <w:proofErr w:type="spellStart"/>
      <w:r>
        <w:rPr>
          <w:b/>
          <w:sz w:val="22"/>
        </w:rPr>
        <w:t>Punkt-Punkt</w:t>
      </w:r>
      <w:proofErr w:type="spellEnd"/>
      <w:r>
        <w:rPr>
          <w:b/>
          <w:sz w:val="22"/>
        </w:rPr>
        <w:t xml:space="preserve"> </w:t>
      </w:r>
      <w:proofErr w:type="spellStart"/>
      <w:r>
        <w:rPr>
          <w:b/>
          <w:sz w:val="22"/>
        </w:rPr>
        <w:t>Typ</w:t>
      </w:r>
      <w:proofErr w:type="spellEnd"/>
      <w:r>
        <w:rPr>
          <w:b/>
          <w:sz w:val="22"/>
        </w:rPr>
        <w:t xml:space="preserve"> B - </w:t>
      </w:r>
      <w:proofErr w:type="spellStart"/>
      <w:r>
        <w:rPr>
          <w:b/>
          <w:sz w:val="22"/>
        </w:rPr>
        <w:t>Komplet</w:t>
      </w:r>
      <w:proofErr w:type="spellEnd"/>
      <w:r>
        <w:rPr>
          <w:b/>
          <w:sz w:val="22"/>
        </w:rPr>
        <w:t xml:space="preserve"> 2 </w:t>
      </w:r>
      <w:proofErr w:type="spellStart"/>
      <w:r>
        <w:rPr>
          <w:b/>
          <w:sz w:val="22"/>
        </w:rPr>
        <w:t>urządzeń</w:t>
      </w:r>
      <w:proofErr w:type="spellEnd"/>
      <w:r>
        <w:rPr>
          <w:b/>
          <w:sz w:val="22"/>
        </w:rPr>
        <w:t xml:space="preserve"> </w:t>
      </w:r>
      <w:proofErr w:type="spellStart"/>
      <w:r>
        <w:rPr>
          <w:b/>
          <w:sz w:val="22"/>
        </w:rPr>
        <w:t>wraz</w:t>
      </w:r>
      <w:proofErr w:type="spellEnd"/>
      <w:r>
        <w:rPr>
          <w:b/>
          <w:sz w:val="22"/>
        </w:rPr>
        <w:t xml:space="preserve"> z </w:t>
      </w:r>
      <w:proofErr w:type="spellStart"/>
      <w:r>
        <w:rPr>
          <w:b/>
          <w:sz w:val="22"/>
        </w:rPr>
        <w:t>dwoma</w:t>
      </w:r>
      <w:proofErr w:type="spellEnd"/>
      <w:r>
        <w:rPr>
          <w:b/>
          <w:sz w:val="22"/>
        </w:rPr>
        <w:t xml:space="preserve"> </w:t>
      </w:r>
      <w:proofErr w:type="spellStart"/>
      <w:r>
        <w:rPr>
          <w:b/>
          <w:sz w:val="22"/>
        </w:rPr>
        <w:t>zasilaczami</w:t>
      </w:r>
      <w:proofErr w:type="spellEnd"/>
      <w:r>
        <w:rPr>
          <w:b/>
          <w:sz w:val="22"/>
        </w:rPr>
        <w:t>/</w:t>
      </w:r>
      <w:proofErr w:type="spellStart"/>
      <w:r>
        <w:rPr>
          <w:b/>
          <w:sz w:val="22"/>
        </w:rPr>
        <w:t>injektorami</w:t>
      </w:r>
      <w:proofErr w:type="spellEnd"/>
      <w:r>
        <w:rPr>
          <w:b/>
          <w:sz w:val="22"/>
        </w:rPr>
        <w:t xml:space="preserve"> PoE </w:t>
      </w:r>
      <w:proofErr w:type="spellStart"/>
      <w:r>
        <w:rPr>
          <w:b/>
          <w:sz w:val="22"/>
        </w:rPr>
        <w:t>oraz</w:t>
      </w:r>
      <w:proofErr w:type="spellEnd"/>
      <w:r>
        <w:rPr>
          <w:b/>
          <w:sz w:val="22"/>
        </w:rPr>
        <w:t xml:space="preserve"> </w:t>
      </w:r>
      <w:proofErr w:type="spellStart"/>
      <w:r>
        <w:rPr>
          <w:b/>
          <w:sz w:val="22"/>
        </w:rPr>
        <w:t>elementami</w:t>
      </w:r>
      <w:proofErr w:type="spellEnd"/>
      <w:r>
        <w:rPr>
          <w:b/>
          <w:sz w:val="22"/>
        </w:rPr>
        <w:t xml:space="preserve"> </w:t>
      </w:r>
      <w:proofErr w:type="spellStart"/>
      <w:r>
        <w:rPr>
          <w:b/>
          <w:sz w:val="22"/>
        </w:rPr>
        <w:t>niezbędnymi</w:t>
      </w:r>
      <w:proofErr w:type="spellEnd"/>
      <w:r>
        <w:rPr>
          <w:b/>
          <w:sz w:val="22"/>
        </w:rPr>
        <w:t xml:space="preserve"> do </w:t>
      </w:r>
      <w:proofErr w:type="spellStart"/>
      <w:r>
        <w:rPr>
          <w:b/>
          <w:sz w:val="22"/>
        </w:rPr>
        <w:t>uruchomienia</w:t>
      </w:r>
      <w:proofErr w:type="spellEnd"/>
      <w:r>
        <w:rPr>
          <w:b/>
          <w:sz w:val="22"/>
        </w:rPr>
        <w:t xml:space="preserve"> </w:t>
      </w:r>
      <w:proofErr w:type="spellStart"/>
      <w:r>
        <w:rPr>
          <w:b/>
          <w:sz w:val="22"/>
        </w:rPr>
        <w:t>mostu</w:t>
      </w:r>
      <w:proofErr w:type="spellEnd"/>
      <w:r>
        <w:rPr>
          <w:b/>
          <w:sz w:val="22"/>
        </w:rPr>
        <w:t xml:space="preserve"> </w:t>
      </w:r>
      <w:proofErr w:type="spellStart"/>
      <w:r>
        <w:rPr>
          <w:b/>
          <w:sz w:val="22"/>
        </w:rPr>
        <w:t>punkt-punkt</w:t>
      </w:r>
      <w:proofErr w:type="spellEnd"/>
      <w:r>
        <w:rPr>
          <w:b/>
          <w:sz w:val="22"/>
        </w:rPr>
        <w:t xml:space="preserve"> </w:t>
      </w:r>
      <w:r>
        <w:rPr>
          <w:b/>
          <w:sz w:val="22"/>
        </w:rPr>
        <w:br/>
        <w:t xml:space="preserve">– 1 </w:t>
      </w:r>
      <w:proofErr w:type="spellStart"/>
      <w:r>
        <w:rPr>
          <w:b/>
          <w:sz w:val="22"/>
        </w:rPr>
        <w:t>szt</w:t>
      </w:r>
      <w:proofErr w:type="spellEnd"/>
      <w:r>
        <w:rPr>
          <w:b/>
          <w:sz w:val="22"/>
        </w:rPr>
        <w:t xml:space="preserve">. </w:t>
      </w:r>
      <w:proofErr w:type="spellStart"/>
      <w:r>
        <w:rPr>
          <w:b/>
          <w:sz w:val="22"/>
        </w:rPr>
        <w:t>komplet</w:t>
      </w:r>
      <w:proofErr w:type="spellEnd"/>
    </w:p>
    <w:p w14:paraId="755182F9" w14:textId="77777777" w:rsidR="00F352C3" w:rsidRDefault="00F352C3" w:rsidP="00F352C3">
      <w:r>
        <w:t xml:space="preserve">Producent: ........................................................................     Model / </w:t>
      </w:r>
      <w:proofErr w:type="spellStart"/>
      <w:r>
        <w:t>oznaczenie</w:t>
      </w:r>
      <w:proofErr w:type="spellEnd"/>
      <w:r>
        <w:t>: ........................................................................</w:t>
      </w:r>
    </w:p>
    <w:tbl>
      <w:tblPr>
        <w:tblStyle w:val="Tabela-Siatka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438"/>
        <w:gridCol w:w="4762"/>
        <w:gridCol w:w="2324"/>
      </w:tblGrid>
      <w:tr w:rsidR="00F352C3" w14:paraId="77D2F4A2" w14:textId="77777777" w:rsidTr="0025708B">
        <w:trPr>
          <w:cantSplit/>
          <w:tblHeader/>
          <w:jc w:val="center"/>
        </w:trPr>
        <w:tc>
          <w:tcPr>
            <w:tcW w:w="2438" w:type="dxa"/>
            <w:shd w:val="clear" w:color="auto" w:fill="E8EEF5"/>
          </w:tcPr>
          <w:p w14:paraId="531A9141" w14:textId="77777777" w:rsidR="00F352C3" w:rsidRDefault="00F352C3" w:rsidP="00E73126">
            <w:pPr>
              <w:spacing w:after="0"/>
            </w:pPr>
            <w:proofErr w:type="spellStart"/>
            <w:r>
              <w:rPr>
                <w:b/>
                <w:sz w:val="17"/>
              </w:rPr>
              <w:t>Cecha</w:t>
            </w:r>
            <w:proofErr w:type="spellEnd"/>
            <w:r>
              <w:rPr>
                <w:b/>
                <w:sz w:val="17"/>
              </w:rPr>
              <w:t xml:space="preserve"> / </w:t>
            </w:r>
            <w:proofErr w:type="spellStart"/>
            <w:r>
              <w:rPr>
                <w:b/>
                <w:sz w:val="17"/>
              </w:rPr>
              <w:t>parametr</w:t>
            </w:r>
            <w:proofErr w:type="spellEnd"/>
          </w:p>
        </w:tc>
        <w:tc>
          <w:tcPr>
            <w:tcW w:w="4762" w:type="dxa"/>
            <w:shd w:val="clear" w:color="auto" w:fill="E8EEF5"/>
          </w:tcPr>
          <w:p w14:paraId="3D433BC3" w14:textId="77777777" w:rsidR="00F352C3" w:rsidRDefault="00F352C3" w:rsidP="00E73126">
            <w:pPr>
              <w:spacing w:after="0"/>
            </w:pPr>
            <w:proofErr w:type="spellStart"/>
            <w:r>
              <w:rPr>
                <w:b/>
                <w:sz w:val="17"/>
              </w:rPr>
              <w:t>Wymagane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minimalne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parametry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techniczne</w:t>
            </w:r>
            <w:proofErr w:type="spellEnd"/>
          </w:p>
        </w:tc>
        <w:tc>
          <w:tcPr>
            <w:tcW w:w="2324" w:type="dxa"/>
            <w:shd w:val="clear" w:color="auto" w:fill="FFFF99"/>
          </w:tcPr>
          <w:p w14:paraId="575876D0" w14:textId="77777777" w:rsidR="00F352C3" w:rsidRDefault="00F352C3" w:rsidP="00E73126">
            <w:pPr>
              <w:spacing w:after="0"/>
            </w:pPr>
            <w:proofErr w:type="spellStart"/>
            <w:r>
              <w:rPr>
                <w:b/>
                <w:sz w:val="17"/>
              </w:rPr>
              <w:t>Oferowane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parametry</w:t>
            </w:r>
            <w:proofErr w:type="spellEnd"/>
            <w:r>
              <w:rPr>
                <w:b/>
                <w:sz w:val="17"/>
              </w:rPr>
              <w:t xml:space="preserve"> (</w:t>
            </w:r>
            <w:proofErr w:type="spellStart"/>
            <w:r>
              <w:rPr>
                <w:b/>
                <w:sz w:val="17"/>
              </w:rPr>
              <w:t>wypełnia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Wykonawca</w:t>
            </w:r>
            <w:proofErr w:type="spellEnd"/>
            <w:r>
              <w:rPr>
                <w:b/>
                <w:sz w:val="17"/>
              </w:rPr>
              <w:t>)</w:t>
            </w:r>
          </w:p>
        </w:tc>
      </w:tr>
      <w:tr w:rsidR="00F352C3" w14:paraId="09E2C588" w14:textId="77777777" w:rsidTr="0025708B">
        <w:trPr>
          <w:cantSplit/>
          <w:jc w:val="center"/>
        </w:trPr>
        <w:tc>
          <w:tcPr>
            <w:tcW w:w="2438" w:type="dxa"/>
            <w:vAlign w:val="center"/>
          </w:tcPr>
          <w:p w14:paraId="72FFDA58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Typ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urządzenia</w:t>
            </w:r>
            <w:proofErr w:type="spellEnd"/>
          </w:p>
        </w:tc>
        <w:tc>
          <w:tcPr>
            <w:tcW w:w="4762" w:type="dxa"/>
            <w:vAlign w:val="center"/>
          </w:tcPr>
          <w:p w14:paraId="5C684699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Bezprzewodowy</w:t>
            </w:r>
            <w:proofErr w:type="spellEnd"/>
            <w:r>
              <w:rPr>
                <w:sz w:val="17"/>
              </w:rPr>
              <w:t xml:space="preserve"> most </w:t>
            </w:r>
            <w:proofErr w:type="spellStart"/>
            <w:r>
              <w:rPr>
                <w:sz w:val="17"/>
              </w:rPr>
              <w:t>sieciowy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punkt-punkt</w:t>
            </w:r>
            <w:proofErr w:type="spellEnd"/>
            <w:r>
              <w:rPr>
                <w:sz w:val="17"/>
              </w:rPr>
              <w:t xml:space="preserve"> (</w:t>
            </w:r>
            <w:proofErr w:type="spellStart"/>
            <w:r>
              <w:rPr>
                <w:sz w:val="17"/>
              </w:rPr>
              <w:t>PtP</w:t>
            </w:r>
            <w:proofErr w:type="spellEnd"/>
            <w:r>
              <w:rPr>
                <w:sz w:val="17"/>
              </w:rPr>
              <w:t>)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27693353" w14:textId="77777777" w:rsidR="00F352C3" w:rsidRDefault="00F352C3" w:rsidP="00E73126">
            <w:pPr>
              <w:keepLines/>
              <w:spacing w:after="0"/>
            </w:pPr>
          </w:p>
        </w:tc>
      </w:tr>
      <w:tr w:rsidR="00F352C3" w14:paraId="6D36689B" w14:textId="77777777" w:rsidTr="0025708B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5BC0A5BB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Liczba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urządzeń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08A2E109" w14:textId="77777777" w:rsidR="00F352C3" w:rsidRDefault="00F352C3" w:rsidP="00E73126">
            <w:pPr>
              <w:keepLines/>
              <w:spacing w:after="0"/>
            </w:pPr>
            <w:r>
              <w:rPr>
                <w:sz w:val="17"/>
              </w:rPr>
              <w:t xml:space="preserve">2 </w:t>
            </w:r>
            <w:proofErr w:type="spellStart"/>
            <w:r>
              <w:rPr>
                <w:sz w:val="17"/>
              </w:rPr>
              <w:t>szt</w:t>
            </w:r>
            <w:proofErr w:type="spellEnd"/>
            <w:r>
              <w:rPr>
                <w:sz w:val="17"/>
              </w:rPr>
              <w:t xml:space="preserve">. – </w:t>
            </w:r>
            <w:proofErr w:type="spellStart"/>
            <w:r>
              <w:rPr>
                <w:sz w:val="17"/>
              </w:rPr>
              <w:t>kompletny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zestaw</w:t>
            </w:r>
            <w:proofErr w:type="spellEnd"/>
            <w:r>
              <w:rPr>
                <w:sz w:val="17"/>
              </w:rPr>
              <w:t xml:space="preserve"> do </w:t>
            </w:r>
            <w:proofErr w:type="spellStart"/>
            <w:r>
              <w:rPr>
                <w:sz w:val="17"/>
              </w:rPr>
              <w:t>zestawienia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jednego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mostu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6B9FD189" w14:textId="77777777" w:rsidR="00F352C3" w:rsidRDefault="00F352C3" w:rsidP="00E73126">
            <w:pPr>
              <w:keepLines/>
              <w:spacing w:after="0"/>
            </w:pPr>
          </w:p>
        </w:tc>
      </w:tr>
      <w:tr w:rsidR="00F352C3" w14:paraId="55AE3765" w14:textId="77777777" w:rsidTr="0025708B">
        <w:trPr>
          <w:cantSplit/>
          <w:jc w:val="center"/>
        </w:trPr>
        <w:tc>
          <w:tcPr>
            <w:tcW w:w="2438" w:type="dxa"/>
            <w:vAlign w:val="center"/>
          </w:tcPr>
          <w:p w14:paraId="5B57FB9E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Główne</w:t>
            </w:r>
            <w:proofErr w:type="spellEnd"/>
            <w:r>
              <w:rPr>
                <w:b/>
                <w:sz w:val="17"/>
              </w:rPr>
              <w:t xml:space="preserve"> pasmo </w:t>
            </w:r>
            <w:proofErr w:type="spellStart"/>
            <w:r>
              <w:rPr>
                <w:b/>
                <w:sz w:val="17"/>
              </w:rPr>
              <w:t>transmisji</w:t>
            </w:r>
            <w:proofErr w:type="spellEnd"/>
          </w:p>
        </w:tc>
        <w:tc>
          <w:tcPr>
            <w:tcW w:w="4762" w:type="dxa"/>
            <w:vAlign w:val="center"/>
          </w:tcPr>
          <w:p w14:paraId="595CB93C" w14:textId="77777777" w:rsidR="00F352C3" w:rsidRDefault="00F352C3" w:rsidP="00E73126">
            <w:pPr>
              <w:keepLines/>
              <w:spacing w:after="0"/>
            </w:pPr>
            <w:r>
              <w:rPr>
                <w:sz w:val="17"/>
              </w:rPr>
              <w:t>60 GHz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553B0EA8" w14:textId="77777777" w:rsidR="00F352C3" w:rsidRDefault="00F352C3" w:rsidP="00E73126">
            <w:pPr>
              <w:keepLines/>
              <w:spacing w:after="0"/>
            </w:pPr>
          </w:p>
        </w:tc>
      </w:tr>
      <w:tr w:rsidR="00F352C3" w14:paraId="3EE16A62" w14:textId="77777777" w:rsidTr="0025708B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178FFAE8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Łącze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zapasowe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09994843" w14:textId="77777777" w:rsidR="00F352C3" w:rsidRDefault="00F352C3" w:rsidP="00E73126">
            <w:pPr>
              <w:keepLines/>
              <w:spacing w:after="0"/>
            </w:pPr>
            <w:r>
              <w:rPr>
                <w:sz w:val="17"/>
              </w:rPr>
              <w:t xml:space="preserve">5 GHz, </w:t>
            </w:r>
            <w:proofErr w:type="spellStart"/>
            <w:r>
              <w:rPr>
                <w:sz w:val="17"/>
              </w:rPr>
              <w:t>automatycznie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wykorzystywane</w:t>
            </w:r>
            <w:proofErr w:type="spellEnd"/>
            <w:r>
              <w:rPr>
                <w:sz w:val="17"/>
              </w:rPr>
              <w:t xml:space="preserve"> w </w:t>
            </w:r>
            <w:proofErr w:type="spellStart"/>
            <w:r>
              <w:rPr>
                <w:sz w:val="17"/>
              </w:rPr>
              <w:t>przypadku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niedostępności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łącza</w:t>
            </w:r>
            <w:proofErr w:type="spellEnd"/>
            <w:r>
              <w:rPr>
                <w:sz w:val="17"/>
              </w:rPr>
              <w:t xml:space="preserve"> 60 GHz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5875EBBC" w14:textId="77777777" w:rsidR="00F352C3" w:rsidRDefault="00F352C3" w:rsidP="00E73126">
            <w:pPr>
              <w:keepLines/>
              <w:spacing w:after="0"/>
            </w:pPr>
          </w:p>
        </w:tc>
      </w:tr>
      <w:tr w:rsidR="00F352C3" w14:paraId="73E3D919" w14:textId="77777777" w:rsidTr="0025708B">
        <w:trPr>
          <w:cantSplit/>
          <w:jc w:val="center"/>
        </w:trPr>
        <w:tc>
          <w:tcPr>
            <w:tcW w:w="2438" w:type="dxa"/>
            <w:vAlign w:val="center"/>
          </w:tcPr>
          <w:p w14:paraId="68BAF855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Przepustowość</w:t>
            </w:r>
            <w:proofErr w:type="spellEnd"/>
            <w:r>
              <w:rPr>
                <w:b/>
                <w:sz w:val="17"/>
              </w:rPr>
              <w:t xml:space="preserve"> 60 GHz</w:t>
            </w:r>
          </w:p>
        </w:tc>
        <w:tc>
          <w:tcPr>
            <w:tcW w:w="4762" w:type="dxa"/>
            <w:vAlign w:val="center"/>
          </w:tcPr>
          <w:p w14:paraId="67D5C0B3" w14:textId="77777777" w:rsidR="00F352C3" w:rsidRDefault="00F352C3" w:rsidP="00E73126">
            <w:pPr>
              <w:keepLines/>
              <w:spacing w:after="0"/>
            </w:pPr>
            <w:r>
              <w:rPr>
                <w:sz w:val="17"/>
              </w:rPr>
              <w:t xml:space="preserve">minimum 1,7 Gb/s </w:t>
            </w:r>
            <w:proofErr w:type="spellStart"/>
            <w:r>
              <w:rPr>
                <w:sz w:val="17"/>
              </w:rPr>
              <w:t>warstwy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radiowej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0E4E7B7B" w14:textId="77777777" w:rsidR="00F352C3" w:rsidRDefault="00F352C3" w:rsidP="00E73126">
            <w:pPr>
              <w:keepLines/>
              <w:spacing w:after="0"/>
            </w:pPr>
          </w:p>
        </w:tc>
      </w:tr>
      <w:tr w:rsidR="00F352C3" w14:paraId="36B2BD49" w14:textId="77777777" w:rsidTr="0025708B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070C95DD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Przepustowość</w:t>
            </w:r>
            <w:proofErr w:type="spellEnd"/>
            <w:r>
              <w:rPr>
                <w:b/>
                <w:sz w:val="17"/>
              </w:rPr>
              <w:t xml:space="preserve"> 5 GHz</w:t>
            </w:r>
          </w:p>
        </w:tc>
        <w:tc>
          <w:tcPr>
            <w:tcW w:w="4762" w:type="dxa"/>
            <w:shd w:val="clear" w:color="auto" w:fill="F5F7FA"/>
            <w:vAlign w:val="center"/>
          </w:tcPr>
          <w:p w14:paraId="08DDE37B" w14:textId="77777777" w:rsidR="00F352C3" w:rsidRDefault="00F352C3" w:rsidP="00E73126">
            <w:pPr>
              <w:keepLines/>
              <w:spacing w:after="0"/>
            </w:pPr>
            <w:r>
              <w:rPr>
                <w:sz w:val="17"/>
              </w:rPr>
              <w:t>minimum 866 Mb/s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436C8EE5" w14:textId="77777777" w:rsidR="00F352C3" w:rsidRDefault="00F352C3" w:rsidP="00E73126">
            <w:pPr>
              <w:keepLines/>
              <w:spacing w:after="0"/>
            </w:pPr>
          </w:p>
        </w:tc>
      </w:tr>
      <w:tr w:rsidR="00F352C3" w14:paraId="4D8424C8" w14:textId="77777777" w:rsidTr="0025708B">
        <w:trPr>
          <w:cantSplit/>
          <w:jc w:val="center"/>
        </w:trPr>
        <w:tc>
          <w:tcPr>
            <w:tcW w:w="2438" w:type="dxa"/>
            <w:vAlign w:val="center"/>
          </w:tcPr>
          <w:p w14:paraId="0214680C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Interfejs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sieciowy</w:t>
            </w:r>
            <w:proofErr w:type="spellEnd"/>
          </w:p>
        </w:tc>
        <w:tc>
          <w:tcPr>
            <w:tcW w:w="4762" w:type="dxa"/>
            <w:vAlign w:val="center"/>
          </w:tcPr>
          <w:p w14:paraId="63E8559F" w14:textId="77777777" w:rsidR="00F352C3" w:rsidRDefault="00F352C3" w:rsidP="00E73126">
            <w:pPr>
              <w:keepLines/>
              <w:spacing w:after="0"/>
            </w:pPr>
            <w:r>
              <w:rPr>
                <w:sz w:val="17"/>
              </w:rPr>
              <w:t xml:space="preserve">minimum 1 × Gigabit Ethernet RJ45 </w:t>
            </w:r>
            <w:proofErr w:type="spellStart"/>
            <w:r>
              <w:rPr>
                <w:sz w:val="17"/>
              </w:rPr>
              <w:t>na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każde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urządzenie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6329969E" w14:textId="77777777" w:rsidR="00F352C3" w:rsidRDefault="00F352C3" w:rsidP="00E73126">
            <w:pPr>
              <w:keepLines/>
              <w:spacing w:after="0"/>
            </w:pPr>
          </w:p>
        </w:tc>
      </w:tr>
      <w:tr w:rsidR="00F352C3" w14:paraId="6BDA4ED8" w14:textId="77777777" w:rsidTr="0025708B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6183F062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Zasilanie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1DA9D6BD" w14:textId="77777777" w:rsidR="00F352C3" w:rsidRDefault="00F352C3" w:rsidP="00E73126">
            <w:pPr>
              <w:keepLines/>
              <w:spacing w:after="0"/>
            </w:pPr>
            <w:r>
              <w:rPr>
                <w:sz w:val="17"/>
              </w:rPr>
              <w:t>PoE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179FE329" w14:textId="77777777" w:rsidR="00F352C3" w:rsidRDefault="00F352C3" w:rsidP="00E73126">
            <w:pPr>
              <w:keepLines/>
              <w:spacing w:after="0"/>
            </w:pPr>
          </w:p>
        </w:tc>
      </w:tr>
      <w:tr w:rsidR="00F352C3" w14:paraId="46BEDA90" w14:textId="77777777" w:rsidTr="0025708B">
        <w:trPr>
          <w:cantSplit/>
          <w:jc w:val="center"/>
        </w:trPr>
        <w:tc>
          <w:tcPr>
            <w:tcW w:w="2438" w:type="dxa"/>
            <w:vAlign w:val="center"/>
          </w:tcPr>
          <w:p w14:paraId="310FA217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Zasilacze</w:t>
            </w:r>
            <w:proofErr w:type="spellEnd"/>
          </w:p>
        </w:tc>
        <w:tc>
          <w:tcPr>
            <w:tcW w:w="4762" w:type="dxa"/>
            <w:vAlign w:val="center"/>
          </w:tcPr>
          <w:p w14:paraId="3FCA1C4E" w14:textId="77777777" w:rsidR="00F352C3" w:rsidRDefault="00F352C3" w:rsidP="00E73126">
            <w:pPr>
              <w:keepLines/>
              <w:spacing w:after="0"/>
            </w:pPr>
            <w:r>
              <w:rPr>
                <w:sz w:val="17"/>
              </w:rPr>
              <w:t xml:space="preserve">2 × adapter/injector Gigabit PoE </w:t>
            </w:r>
            <w:proofErr w:type="spellStart"/>
            <w:r>
              <w:rPr>
                <w:sz w:val="17"/>
              </w:rPr>
              <w:t>wraz</w:t>
            </w:r>
            <w:proofErr w:type="spellEnd"/>
            <w:r>
              <w:rPr>
                <w:sz w:val="17"/>
              </w:rPr>
              <w:t xml:space="preserve"> z </w:t>
            </w:r>
            <w:proofErr w:type="spellStart"/>
            <w:r>
              <w:rPr>
                <w:sz w:val="17"/>
              </w:rPr>
              <w:t>przewodami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zasilającymi</w:t>
            </w:r>
            <w:proofErr w:type="spellEnd"/>
            <w:r>
              <w:rPr>
                <w:sz w:val="17"/>
              </w:rPr>
              <w:t xml:space="preserve"> – w </w:t>
            </w:r>
            <w:proofErr w:type="spellStart"/>
            <w:r>
              <w:rPr>
                <w:sz w:val="17"/>
              </w:rPr>
              <w:t>komplecie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47ACAEE8" w14:textId="77777777" w:rsidR="00F352C3" w:rsidRDefault="00F352C3" w:rsidP="00E73126">
            <w:pPr>
              <w:keepLines/>
              <w:spacing w:after="0"/>
            </w:pPr>
          </w:p>
        </w:tc>
      </w:tr>
      <w:tr w:rsidR="00F352C3" w14:paraId="5EE04EBD" w14:textId="77777777" w:rsidTr="0025708B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22D3AFD0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Tryb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pracy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2E0C8ED0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Punkt-punkt</w:t>
            </w:r>
            <w:proofErr w:type="spellEnd"/>
            <w:r>
              <w:rPr>
                <w:sz w:val="17"/>
              </w:rPr>
              <w:t xml:space="preserve">, </w:t>
            </w:r>
            <w:proofErr w:type="spellStart"/>
            <w:r>
              <w:rPr>
                <w:sz w:val="17"/>
              </w:rPr>
              <w:t>transparentne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połączenie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sieci</w:t>
            </w:r>
            <w:proofErr w:type="spellEnd"/>
            <w:r>
              <w:rPr>
                <w:sz w:val="17"/>
              </w:rPr>
              <w:t xml:space="preserve"> Ethernet </w:t>
            </w:r>
            <w:proofErr w:type="spellStart"/>
            <w:r>
              <w:rPr>
                <w:sz w:val="17"/>
              </w:rPr>
              <w:t>pomiędzy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lokalizacjami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32CF89A5" w14:textId="77777777" w:rsidR="00F352C3" w:rsidRDefault="00F352C3" w:rsidP="00E73126">
            <w:pPr>
              <w:keepLines/>
              <w:spacing w:after="0"/>
            </w:pPr>
          </w:p>
        </w:tc>
      </w:tr>
      <w:tr w:rsidR="00F352C3" w14:paraId="1E048689" w14:textId="77777777" w:rsidTr="0025708B">
        <w:trPr>
          <w:cantSplit/>
          <w:jc w:val="center"/>
        </w:trPr>
        <w:tc>
          <w:tcPr>
            <w:tcW w:w="2438" w:type="dxa"/>
            <w:vAlign w:val="center"/>
          </w:tcPr>
          <w:p w14:paraId="5E3993A8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Zarządzanie</w:t>
            </w:r>
            <w:proofErr w:type="spellEnd"/>
          </w:p>
        </w:tc>
        <w:tc>
          <w:tcPr>
            <w:tcW w:w="4762" w:type="dxa"/>
            <w:vAlign w:val="center"/>
          </w:tcPr>
          <w:p w14:paraId="61E27C8E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Centralne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zarządzanie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i</w:t>
            </w:r>
            <w:proofErr w:type="spellEnd"/>
            <w:r>
              <w:rPr>
                <w:sz w:val="17"/>
              </w:rPr>
              <w:t xml:space="preserve"> monitoring z </w:t>
            </w:r>
            <w:proofErr w:type="spellStart"/>
            <w:r>
              <w:rPr>
                <w:sz w:val="17"/>
              </w:rPr>
              <w:t>posiadanego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przez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Zamawiającego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systemu</w:t>
            </w:r>
            <w:proofErr w:type="spellEnd"/>
            <w:r>
              <w:rPr>
                <w:sz w:val="17"/>
              </w:rPr>
              <w:t xml:space="preserve"> UniFi Network / UniFi Controller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48D13C56" w14:textId="77777777" w:rsidR="00F352C3" w:rsidRDefault="00F352C3" w:rsidP="00E73126">
            <w:pPr>
              <w:keepLines/>
              <w:spacing w:after="0"/>
            </w:pPr>
          </w:p>
        </w:tc>
      </w:tr>
      <w:tr w:rsidR="00F352C3" w14:paraId="38F3114C" w14:textId="77777777" w:rsidTr="0025708B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2EAA00B3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Integracja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4AE99F14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Urządzenia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muszą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umożliwiać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adopcję</w:t>
            </w:r>
            <w:proofErr w:type="spellEnd"/>
            <w:r>
              <w:rPr>
                <w:sz w:val="17"/>
              </w:rPr>
              <w:t xml:space="preserve"> do </w:t>
            </w:r>
            <w:proofErr w:type="spellStart"/>
            <w:r>
              <w:rPr>
                <w:sz w:val="17"/>
              </w:rPr>
              <w:t>istniejącego</w:t>
            </w:r>
            <w:proofErr w:type="spellEnd"/>
            <w:r>
              <w:rPr>
                <w:sz w:val="17"/>
              </w:rPr>
              <w:t xml:space="preserve">, </w:t>
            </w:r>
            <w:proofErr w:type="spellStart"/>
            <w:r>
              <w:rPr>
                <w:sz w:val="17"/>
              </w:rPr>
              <w:t>samodzielnie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hostowanego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środowiska</w:t>
            </w:r>
            <w:proofErr w:type="spellEnd"/>
            <w:r>
              <w:rPr>
                <w:sz w:val="17"/>
              </w:rPr>
              <w:t xml:space="preserve"> UniFi Network Server </w:t>
            </w:r>
            <w:proofErr w:type="spellStart"/>
            <w:r>
              <w:rPr>
                <w:sz w:val="17"/>
              </w:rPr>
              <w:t>Zamawiającego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7F88AA1D" w14:textId="77777777" w:rsidR="00F352C3" w:rsidRDefault="00F352C3" w:rsidP="00E73126">
            <w:pPr>
              <w:keepLines/>
              <w:spacing w:after="0"/>
            </w:pPr>
          </w:p>
        </w:tc>
      </w:tr>
      <w:tr w:rsidR="00F352C3" w14:paraId="1CD17DB6" w14:textId="77777777" w:rsidTr="0025708B">
        <w:trPr>
          <w:cantSplit/>
          <w:jc w:val="center"/>
        </w:trPr>
        <w:tc>
          <w:tcPr>
            <w:tcW w:w="2438" w:type="dxa"/>
            <w:vAlign w:val="center"/>
          </w:tcPr>
          <w:p w14:paraId="5FEB66B3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Montaż</w:t>
            </w:r>
            <w:proofErr w:type="spellEnd"/>
          </w:p>
        </w:tc>
        <w:tc>
          <w:tcPr>
            <w:tcW w:w="4762" w:type="dxa"/>
            <w:vAlign w:val="center"/>
          </w:tcPr>
          <w:p w14:paraId="64CFD5EA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Elementy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umożliwiające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montaż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i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precyzyjne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ustawienie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urządzeń</w:t>
            </w:r>
            <w:proofErr w:type="spellEnd"/>
            <w:r>
              <w:rPr>
                <w:sz w:val="17"/>
              </w:rPr>
              <w:t xml:space="preserve"> w </w:t>
            </w:r>
            <w:proofErr w:type="spellStart"/>
            <w:r>
              <w:rPr>
                <w:sz w:val="17"/>
              </w:rPr>
              <w:t>zestawie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144E59A3" w14:textId="77777777" w:rsidR="00F352C3" w:rsidRDefault="00F352C3" w:rsidP="00E73126">
            <w:pPr>
              <w:keepLines/>
              <w:spacing w:after="0"/>
            </w:pPr>
          </w:p>
        </w:tc>
      </w:tr>
      <w:tr w:rsidR="00F352C3" w14:paraId="59899FC2" w14:textId="77777777" w:rsidTr="0025708B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2BD06B23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Zastosowanie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75AAE425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Połączenie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dwóch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segmentów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infrastruktury</w:t>
            </w:r>
            <w:proofErr w:type="spellEnd"/>
            <w:r>
              <w:rPr>
                <w:sz w:val="17"/>
              </w:rPr>
              <w:t xml:space="preserve"> LAN bez </w:t>
            </w:r>
            <w:proofErr w:type="spellStart"/>
            <w:r>
              <w:rPr>
                <w:sz w:val="17"/>
              </w:rPr>
              <w:t>konieczności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wykonywania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przewodowego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połączenia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pomiędzy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nimi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37FF55C1" w14:textId="77777777" w:rsidR="00F352C3" w:rsidRDefault="00F352C3" w:rsidP="00E73126">
            <w:pPr>
              <w:keepLines/>
              <w:spacing w:after="0"/>
            </w:pPr>
          </w:p>
        </w:tc>
      </w:tr>
      <w:tr w:rsidR="00F352C3" w14:paraId="5811047A" w14:textId="77777777" w:rsidTr="0025708B">
        <w:trPr>
          <w:cantSplit/>
          <w:jc w:val="center"/>
        </w:trPr>
        <w:tc>
          <w:tcPr>
            <w:tcW w:w="2438" w:type="dxa"/>
            <w:vAlign w:val="center"/>
          </w:tcPr>
          <w:p w14:paraId="0FC2BCBB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Bezpieczeństwo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radiowe</w:t>
            </w:r>
            <w:proofErr w:type="spellEnd"/>
          </w:p>
        </w:tc>
        <w:tc>
          <w:tcPr>
            <w:tcW w:w="4762" w:type="dxa"/>
            <w:vAlign w:val="center"/>
          </w:tcPr>
          <w:p w14:paraId="3CCF10F3" w14:textId="77777777" w:rsidR="00F352C3" w:rsidRDefault="00F352C3" w:rsidP="00E73126">
            <w:pPr>
              <w:keepLines/>
              <w:spacing w:after="0"/>
            </w:pPr>
            <w:r>
              <w:rPr>
                <w:sz w:val="17"/>
              </w:rPr>
              <w:t>minimum WPA2/AES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6ECA0AE6" w14:textId="77777777" w:rsidR="00F352C3" w:rsidRDefault="00F352C3" w:rsidP="00E73126">
            <w:pPr>
              <w:keepLines/>
              <w:spacing w:after="0"/>
            </w:pPr>
          </w:p>
        </w:tc>
      </w:tr>
      <w:tr w:rsidR="00F352C3" w14:paraId="59C4C77D" w14:textId="77777777" w:rsidTr="0025708B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1FE59DF4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Odporność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46E9671E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urządzenia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przystosowane</w:t>
            </w:r>
            <w:proofErr w:type="spellEnd"/>
            <w:r>
              <w:rPr>
                <w:sz w:val="17"/>
              </w:rPr>
              <w:t xml:space="preserve"> do </w:t>
            </w:r>
            <w:proofErr w:type="spellStart"/>
            <w:r>
              <w:rPr>
                <w:sz w:val="17"/>
              </w:rPr>
              <w:t>pracy</w:t>
            </w:r>
            <w:proofErr w:type="spellEnd"/>
            <w:r>
              <w:rPr>
                <w:sz w:val="17"/>
              </w:rPr>
              <w:t xml:space="preserve"> w </w:t>
            </w:r>
            <w:proofErr w:type="spellStart"/>
            <w:r>
              <w:rPr>
                <w:sz w:val="17"/>
              </w:rPr>
              <w:t>warunkach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przewidzianych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przez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producenta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dla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danego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sposobu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instalacji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0325BCB3" w14:textId="77777777" w:rsidR="00F352C3" w:rsidRDefault="00F352C3" w:rsidP="00E73126">
            <w:pPr>
              <w:keepLines/>
              <w:spacing w:after="0"/>
            </w:pPr>
          </w:p>
        </w:tc>
      </w:tr>
      <w:tr w:rsidR="00F352C3" w14:paraId="336E4214" w14:textId="77777777" w:rsidTr="0025708B">
        <w:trPr>
          <w:cantSplit/>
          <w:jc w:val="center"/>
        </w:trPr>
        <w:tc>
          <w:tcPr>
            <w:tcW w:w="2438" w:type="dxa"/>
            <w:vAlign w:val="center"/>
          </w:tcPr>
          <w:p w14:paraId="6D25E38C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Gwarancja</w:t>
            </w:r>
            <w:proofErr w:type="spellEnd"/>
          </w:p>
        </w:tc>
        <w:tc>
          <w:tcPr>
            <w:tcW w:w="4762" w:type="dxa"/>
            <w:vAlign w:val="center"/>
          </w:tcPr>
          <w:p w14:paraId="61975A3C" w14:textId="77777777" w:rsidR="00F352C3" w:rsidRDefault="00F352C3" w:rsidP="00E73126">
            <w:pPr>
              <w:keepLines/>
              <w:spacing w:after="0"/>
            </w:pPr>
            <w:r>
              <w:rPr>
                <w:sz w:val="17"/>
              </w:rPr>
              <w:t xml:space="preserve">minimum 12 </w:t>
            </w:r>
            <w:proofErr w:type="spellStart"/>
            <w:r>
              <w:rPr>
                <w:sz w:val="17"/>
              </w:rPr>
              <w:t>miesięcy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066D8AB0" w14:textId="77777777" w:rsidR="00F352C3" w:rsidRDefault="00F352C3" w:rsidP="00E73126">
            <w:pPr>
              <w:keepLines/>
              <w:spacing w:after="0"/>
            </w:pPr>
          </w:p>
        </w:tc>
      </w:tr>
      <w:tr w:rsidR="00F352C3" w14:paraId="2739BD99" w14:textId="77777777" w:rsidTr="0025708B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27E9BF53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Integracja</w:t>
            </w:r>
            <w:proofErr w:type="spellEnd"/>
            <w:r>
              <w:rPr>
                <w:b/>
                <w:sz w:val="17"/>
              </w:rPr>
              <w:t xml:space="preserve"> z </w:t>
            </w:r>
            <w:proofErr w:type="spellStart"/>
            <w:r>
              <w:rPr>
                <w:b/>
                <w:sz w:val="17"/>
              </w:rPr>
              <w:t>istniejącą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infrastrukturą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4D5DA69F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Zamawiający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posiada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i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eksploatuje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środowisko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zarządzania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siecią</w:t>
            </w:r>
            <w:proofErr w:type="spellEnd"/>
            <w:r>
              <w:rPr>
                <w:sz w:val="17"/>
              </w:rPr>
              <w:t xml:space="preserve"> UniFi Network. </w:t>
            </w:r>
            <w:proofErr w:type="spellStart"/>
            <w:r>
              <w:rPr>
                <w:sz w:val="17"/>
              </w:rPr>
              <w:t>Oferowane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urządzenia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muszą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umożliwiać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bezpośrednią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adopcję</w:t>
            </w:r>
            <w:proofErr w:type="spellEnd"/>
            <w:r>
              <w:rPr>
                <w:sz w:val="17"/>
              </w:rPr>
              <w:t xml:space="preserve">, </w:t>
            </w:r>
            <w:proofErr w:type="spellStart"/>
            <w:r>
              <w:rPr>
                <w:sz w:val="17"/>
              </w:rPr>
              <w:t>konfigurację</w:t>
            </w:r>
            <w:proofErr w:type="spellEnd"/>
            <w:r>
              <w:rPr>
                <w:sz w:val="17"/>
              </w:rPr>
              <w:t xml:space="preserve">, </w:t>
            </w:r>
            <w:proofErr w:type="spellStart"/>
            <w:r>
              <w:rPr>
                <w:sz w:val="17"/>
              </w:rPr>
              <w:t>zarządzanie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oraz</w:t>
            </w:r>
            <w:proofErr w:type="spellEnd"/>
            <w:r>
              <w:rPr>
                <w:sz w:val="17"/>
              </w:rPr>
              <w:t xml:space="preserve"> monitoring z </w:t>
            </w:r>
            <w:proofErr w:type="spellStart"/>
            <w:r>
              <w:rPr>
                <w:sz w:val="17"/>
              </w:rPr>
              <w:t>poziomu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posiadanej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przez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Zamawiającego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konsoli</w:t>
            </w:r>
            <w:proofErr w:type="spellEnd"/>
            <w:r>
              <w:rPr>
                <w:sz w:val="17"/>
              </w:rPr>
              <w:t xml:space="preserve"> UniFi Network, bez </w:t>
            </w:r>
            <w:proofErr w:type="spellStart"/>
            <w:r>
              <w:rPr>
                <w:sz w:val="17"/>
              </w:rPr>
              <w:t>konieczności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zakupu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dodatkowego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kontrolera</w:t>
            </w:r>
            <w:proofErr w:type="spellEnd"/>
            <w:r>
              <w:rPr>
                <w:sz w:val="17"/>
              </w:rPr>
              <w:t xml:space="preserve">, </w:t>
            </w:r>
            <w:proofErr w:type="spellStart"/>
            <w:r>
              <w:rPr>
                <w:sz w:val="17"/>
              </w:rPr>
              <w:t>licencji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lub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odrębnego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systemu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zarządzania</w:t>
            </w:r>
            <w:proofErr w:type="spellEnd"/>
            <w:r>
              <w:rPr>
                <w:sz w:val="17"/>
              </w:rPr>
              <w:t xml:space="preserve">. </w:t>
            </w:r>
            <w:proofErr w:type="spellStart"/>
            <w:r>
              <w:rPr>
                <w:sz w:val="17"/>
              </w:rPr>
              <w:t>Wymaganie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wynika</w:t>
            </w:r>
            <w:proofErr w:type="spellEnd"/>
            <w:r>
              <w:rPr>
                <w:sz w:val="17"/>
              </w:rPr>
              <w:t xml:space="preserve"> z </w:t>
            </w:r>
            <w:proofErr w:type="spellStart"/>
            <w:r>
              <w:rPr>
                <w:sz w:val="17"/>
              </w:rPr>
              <w:t>konieczności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zachowania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kompatybilności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oraz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ujednolicenia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istniejącej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infrastruktury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sieciowej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Zamawiającego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1CCE08F1" w14:textId="77777777" w:rsidR="00F352C3" w:rsidRDefault="00F352C3" w:rsidP="00E73126">
            <w:pPr>
              <w:keepLines/>
              <w:spacing w:after="0"/>
            </w:pPr>
          </w:p>
        </w:tc>
      </w:tr>
      <w:tr w:rsidR="00F352C3" w14:paraId="409F3FAA" w14:textId="77777777" w:rsidTr="0025708B">
        <w:trPr>
          <w:cantSplit/>
          <w:jc w:val="center"/>
        </w:trPr>
        <w:tc>
          <w:tcPr>
            <w:tcW w:w="2438" w:type="dxa"/>
            <w:vAlign w:val="center"/>
          </w:tcPr>
          <w:p w14:paraId="6D2B6B53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Zawartość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zestawu</w:t>
            </w:r>
            <w:proofErr w:type="spellEnd"/>
          </w:p>
        </w:tc>
        <w:tc>
          <w:tcPr>
            <w:tcW w:w="4762" w:type="dxa"/>
            <w:vAlign w:val="center"/>
          </w:tcPr>
          <w:p w14:paraId="35C139B4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Zestaw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musi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zawierać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wszystkie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elementy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niezbędne</w:t>
            </w:r>
            <w:proofErr w:type="spellEnd"/>
            <w:r>
              <w:rPr>
                <w:sz w:val="17"/>
              </w:rPr>
              <w:t xml:space="preserve"> do </w:t>
            </w:r>
            <w:proofErr w:type="spellStart"/>
            <w:r>
              <w:rPr>
                <w:sz w:val="17"/>
              </w:rPr>
              <w:t>uruchomienia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jednego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kompletnego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połączenia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punkt-punkt</w:t>
            </w:r>
            <w:proofErr w:type="spellEnd"/>
            <w:r>
              <w:rPr>
                <w:sz w:val="17"/>
              </w:rPr>
              <w:t xml:space="preserve">, w </w:t>
            </w:r>
            <w:proofErr w:type="spellStart"/>
            <w:r>
              <w:rPr>
                <w:sz w:val="17"/>
              </w:rPr>
              <w:t>szczególności</w:t>
            </w:r>
            <w:proofErr w:type="spellEnd"/>
            <w:r>
              <w:rPr>
                <w:sz w:val="17"/>
              </w:rPr>
              <w:t xml:space="preserve"> 2 </w:t>
            </w:r>
            <w:proofErr w:type="spellStart"/>
            <w:r>
              <w:rPr>
                <w:sz w:val="17"/>
              </w:rPr>
              <w:t>urządzenia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radiowe</w:t>
            </w:r>
            <w:proofErr w:type="spellEnd"/>
            <w:r>
              <w:rPr>
                <w:sz w:val="17"/>
              </w:rPr>
              <w:t xml:space="preserve">, 2 </w:t>
            </w:r>
            <w:proofErr w:type="spellStart"/>
            <w:r>
              <w:rPr>
                <w:sz w:val="17"/>
              </w:rPr>
              <w:t>adaptery</w:t>
            </w:r>
            <w:proofErr w:type="spellEnd"/>
            <w:r>
              <w:rPr>
                <w:sz w:val="17"/>
              </w:rPr>
              <w:t xml:space="preserve"> Gigabit PoE, 2 </w:t>
            </w:r>
            <w:proofErr w:type="spellStart"/>
            <w:r>
              <w:rPr>
                <w:sz w:val="17"/>
              </w:rPr>
              <w:t>przewody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zasilające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oraz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elementy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montażowe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przewidziane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przez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producenta</w:t>
            </w:r>
            <w:proofErr w:type="spellEnd"/>
            <w:r>
              <w:rPr>
                <w:sz w:val="17"/>
              </w:rPr>
              <w:t>.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50CF6D41" w14:textId="77777777" w:rsidR="00F352C3" w:rsidRDefault="00F352C3" w:rsidP="00E73126">
            <w:pPr>
              <w:keepLines/>
              <w:spacing w:after="0"/>
            </w:pPr>
          </w:p>
        </w:tc>
      </w:tr>
    </w:tbl>
    <w:p w14:paraId="385A298F" w14:textId="77777777" w:rsidR="00F352C3" w:rsidRDefault="00F352C3" w:rsidP="00F352C3"/>
    <w:p w14:paraId="2C75BAA6" w14:textId="77777777" w:rsidR="0025708B" w:rsidRDefault="0025708B" w:rsidP="00F352C3"/>
    <w:tbl>
      <w:tblPr>
        <w:tblStyle w:val="Tabela-Siatka"/>
        <w:tblW w:w="0" w:type="auto"/>
        <w:tblInd w:w="38" w:type="dxa"/>
        <w:tblLook w:val="04A0" w:firstRow="1" w:lastRow="0" w:firstColumn="1" w:lastColumn="0" w:noHBand="0" w:noVBand="1"/>
      </w:tblPr>
      <w:tblGrid>
        <w:gridCol w:w="3446"/>
        <w:gridCol w:w="1444"/>
        <w:gridCol w:w="2410"/>
      </w:tblGrid>
      <w:tr w:rsidR="005C4B57" w14:paraId="0D0CDFAB" w14:textId="77777777">
        <w:tc>
          <w:tcPr>
            <w:tcW w:w="34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E882F3" w14:textId="77777777" w:rsidR="005C4B57" w:rsidRDefault="005C4B57">
            <w:r>
              <w:t xml:space="preserve">Cena za 1 </w:t>
            </w:r>
            <w:proofErr w:type="spellStart"/>
            <w:r>
              <w:t>szt</w:t>
            </w:r>
            <w:proofErr w:type="spellEnd"/>
            <w:r>
              <w:t>.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F49305" w14:textId="77777777" w:rsidR="005C4B57" w:rsidRDefault="005C4B57">
            <w:r>
              <w:t xml:space="preserve">Netto w </w:t>
            </w:r>
            <w:proofErr w:type="spellStart"/>
            <w:r>
              <w:t>zł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2EB912A4" w14:textId="77777777" w:rsidR="005C4B57" w:rsidRDefault="005C4B57">
            <w:pPr>
              <w:rPr>
                <w:highlight w:val="yellow"/>
              </w:rPr>
            </w:pPr>
          </w:p>
        </w:tc>
      </w:tr>
      <w:tr w:rsidR="005C4B57" w14:paraId="752BAA14" w14:textId="7777777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ED5E8A" w14:textId="77777777" w:rsidR="005C4B57" w:rsidRDefault="005C4B57">
            <w:pPr>
              <w:spacing w:after="0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50AF8C" w14:textId="77777777" w:rsidR="005C4B57" w:rsidRDefault="005C4B57">
            <w:r>
              <w:t xml:space="preserve">Brutto w </w:t>
            </w:r>
            <w:proofErr w:type="spellStart"/>
            <w:r>
              <w:t>zł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146B586A" w14:textId="77777777" w:rsidR="005C4B57" w:rsidRDefault="005C4B57">
            <w:pPr>
              <w:rPr>
                <w:highlight w:val="yellow"/>
              </w:rPr>
            </w:pPr>
          </w:p>
        </w:tc>
      </w:tr>
      <w:tr w:rsidR="005C4B57" w14:paraId="506582B2" w14:textId="77777777">
        <w:tc>
          <w:tcPr>
            <w:tcW w:w="34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28BDB9" w14:textId="77777777" w:rsidR="005C4B57" w:rsidRDefault="005C4B57">
            <w:proofErr w:type="spellStart"/>
            <w:r>
              <w:t>Łączna</w:t>
            </w:r>
            <w:proofErr w:type="spellEnd"/>
            <w:r>
              <w:t xml:space="preserve"> </w:t>
            </w:r>
            <w:proofErr w:type="spellStart"/>
            <w:r>
              <w:t>Kwota</w:t>
            </w:r>
            <w:proofErr w:type="spellEnd"/>
            <w:r>
              <w:t xml:space="preserve"> za: 1 </w:t>
            </w:r>
            <w:proofErr w:type="spellStart"/>
            <w:r>
              <w:t>szt</w:t>
            </w:r>
            <w:proofErr w:type="spellEnd"/>
            <w:r>
              <w:t>.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0330CE" w14:textId="77777777" w:rsidR="005C4B57" w:rsidRDefault="005C4B57">
            <w:r>
              <w:t xml:space="preserve">Netto w </w:t>
            </w:r>
            <w:proofErr w:type="spellStart"/>
            <w:r>
              <w:t>zł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52743D6E" w14:textId="77777777" w:rsidR="005C4B57" w:rsidRDefault="005C4B57">
            <w:pPr>
              <w:rPr>
                <w:highlight w:val="yellow"/>
              </w:rPr>
            </w:pPr>
          </w:p>
        </w:tc>
      </w:tr>
      <w:tr w:rsidR="005C4B57" w14:paraId="6A010E3F" w14:textId="7777777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53C96B" w14:textId="77777777" w:rsidR="005C4B57" w:rsidRDefault="005C4B57">
            <w:pPr>
              <w:spacing w:after="0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62F725" w14:textId="1BF890CA" w:rsidR="005C4B57" w:rsidRDefault="0025708B">
            <w:r>
              <w:t>Br</w:t>
            </w:r>
            <w:r w:rsidR="005C4B57">
              <w:t xml:space="preserve">utto w </w:t>
            </w:r>
            <w:proofErr w:type="spellStart"/>
            <w:r w:rsidR="005C4B57">
              <w:t>zł</w:t>
            </w:r>
            <w:proofErr w:type="spellEnd"/>
            <w:r w:rsidR="005C4B57">
              <w:t>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7DB02825" w14:textId="77777777" w:rsidR="005C4B57" w:rsidRDefault="005C4B57">
            <w:pPr>
              <w:rPr>
                <w:highlight w:val="yellow"/>
              </w:rPr>
            </w:pPr>
          </w:p>
        </w:tc>
      </w:tr>
    </w:tbl>
    <w:p w14:paraId="6AA4D7F6" w14:textId="77777777" w:rsidR="005C4B57" w:rsidRDefault="005C4B57" w:rsidP="00F352C3"/>
    <w:p w14:paraId="75F933C1" w14:textId="77777777" w:rsidR="00F352C3" w:rsidRDefault="00F352C3" w:rsidP="00F352C3">
      <w:r>
        <w:t xml:space="preserve">Oświadczamy, </w:t>
      </w:r>
      <w:proofErr w:type="spellStart"/>
      <w:r>
        <w:t>że</w:t>
      </w:r>
      <w:proofErr w:type="spellEnd"/>
      <w:r>
        <w:t xml:space="preserve"> </w:t>
      </w:r>
      <w:proofErr w:type="spellStart"/>
      <w:r>
        <w:t>oferowany</w:t>
      </w:r>
      <w:proofErr w:type="spellEnd"/>
      <w:r>
        <w:t xml:space="preserve"> </w:t>
      </w:r>
      <w:proofErr w:type="spellStart"/>
      <w:r>
        <w:t>przedmiot</w:t>
      </w:r>
      <w:proofErr w:type="spellEnd"/>
      <w:r>
        <w:t xml:space="preserve"> </w:t>
      </w:r>
      <w:proofErr w:type="spellStart"/>
      <w:r>
        <w:t>zamówienia</w:t>
      </w:r>
      <w:proofErr w:type="spellEnd"/>
      <w:r>
        <w:t xml:space="preserve"> </w:t>
      </w:r>
      <w:proofErr w:type="spellStart"/>
      <w:r>
        <w:t>spełnia</w:t>
      </w:r>
      <w:proofErr w:type="spellEnd"/>
      <w:r>
        <w:t xml:space="preserve"> </w:t>
      </w:r>
      <w:proofErr w:type="spellStart"/>
      <w:r>
        <w:t>wymagania</w:t>
      </w:r>
      <w:proofErr w:type="spellEnd"/>
      <w:r>
        <w:t xml:space="preserve"> </w:t>
      </w:r>
      <w:proofErr w:type="spellStart"/>
      <w:r>
        <w:t>wskazane</w:t>
      </w:r>
      <w:proofErr w:type="spellEnd"/>
      <w:r>
        <w:t xml:space="preserve"> w </w:t>
      </w:r>
      <w:proofErr w:type="spellStart"/>
      <w:r>
        <w:t>tabeli</w:t>
      </w:r>
      <w:proofErr w:type="spellEnd"/>
      <w:r>
        <w:t>.</w:t>
      </w:r>
    </w:p>
    <w:p w14:paraId="74436706" w14:textId="77777777" w:rsidR="00F352C3" w:rsidRDefault="00F352C3" w:rsidP="00F352C3">
      <w:r>
        <w:t>.....................................................................................</w:t>
      </w:r>
      <w:r>
        <w:br/>
        <w:t xml:space="preserve">Data </w:t>
      </w:r>
      <w:proofErr w:type="spellStart"/>
      <w:r>
        <w:t>i</w:t>
      </w:r>
      <w:proofErr w:type="spellEnd"/>
      <w:r>
        <w:t xml:space="preserve"> </w:t>
      </w:r>
      <w:proofErr w:type="spellStart"/>
      <w:r>
        <w:t>podpis</w:t>
      </w:r>
      <w:proofErr w:type="spellEnd"/>
      <w:r>
        <w:t xml:space="preserve"> </w:t>
      </w:r>
      <w:proofErr w:type="spellStart"/>
      <w:r>
        <w:t>osoby</w:t>
      </w:r>
      <w:proofErr w:type="spellEnd"/>
      <w:r>
        <w:t xml:space="preserve"> </w:t>
      </w:r>
      <w:proofErr w:type="spellStart"/>
      <w:r>
        <w:t>upoważnionej</w:t>
      </w:r>
      <w:proofErr w:type="spellEnd"/>
      <w:r>
        <w:t xml:space="preserve"> do </w:t>
      </w:r>
      <w:proofErr w:type="spellStart"/>
      <w:r>
        <w:t>złożenia</w:t>
      </w:r>
      <w:proofErr w:type="spellEnd"/>
      <w:r>
        <w:t xml:space="preserve"> </w:t>
      </w:r>
      <w:proofErr w:type="spellStart"/>
      <w:r>
        <w:t>oferty</w:t>
      </w:r>
      <w:proofErr w:type="spellEnd"/>
    </w:p>
    <w:p w14:paraId="4C7D0A81" w14:textId="314FF75A" w:rsidR="00F352C3" w:rsidRDefault="00F352C3">
      <w:pPr>
        <w:spacing w:after="200"/>
      </w:pPr>
      <w:r>
        <w:br w:type="page"/>
      </w:r>
    </w:p>
    <w:p w14:paraId="5185CB17" w14:textId="77777777" w:rsidR="00F352C3" w:rsidRPr="00267FCD" w:rsidRDefault="00F352C3" w:rsidP="00F352C3">
      <w:pPr>
        <w:jc w:val="right"/>
        <w:rPr>
          <w:b/>
          <w:color w:val="1C324B"/>
          <w:szCs w:val="18"/>
        </w:rPr>
      </w:pPr>
      <w:proofErr w:type="spellStart"/>
      <w:r w:rsidRPr="00267FCD">
        <w:rPr>
          <w:b/>
          <w:color w:val="1C324B"/>
          <w:szCs w:val="18"/>
        </w:rPr>
        <w:lastRenderedPageBreak/>
        <w:t>Załącznik</w:t>
      </w:r>
      <w:proofErr w:type="spellEnd"/>
      <w:r w:rsidRPr="00267FCD">
        <w:rPr>
          <w:b/>
          <w:color w:val="1C324B"/>
          <w:szCs w:val="18"/>
        </w:rPr>
        <w:t xml:space="preserve"> nr 4.</w:t>
      </w:r>
      <w:r>
        <w:rPr>
          <w:b/>
          <w:color w:val="1C324B"/>
          <w:szCs w:val="18"/>
        </w:rPr>
        <w:t>16</w:t>
      </w:r>
    </w:p>
    <w:p w14:paraId="14CD0C65" w14:textId="77777777" w:rsidR="00F352C3" w:rsidRPr="00267FCD" w:rsidRDefault="00F352C3" w:rsidP="00F352C3">
      <w:pPr>
        <w:jc w:val="center"/>
        <w:rPr>
          <w:b/>
          <w:color w:val="1C324B"/>
          <w:sz w:val="28"/>
        </w:rPr>
      </w:pPr>
      <w:r>
        <w:rPr>
          <w:b/>
          <w:color w:val="1C324B"/>
          <w:sz w:val="28"/>
        </w:rPr>
        <w:br/>
        <w:t>OPIS PRZEDMIOTU ZAMÓWIENIA</w:t>
      </w:r>
    </w:p>
    <w:p w14:paraId="19614CC5" w14:textId="77777777" w:rsidR="00F352C3" w:rsidRDefault="00F352C3" w:rsidP="00F352C3">
      <w:pPr>
        <w:jc w:val="center"/>
      </w:pPr>
      <w:proofErr w:type="spellStart"/>
      <w:r>
        <w:rPr>
          <w:b/>
          <w:sz w:val="22"/>
        </w:rPr>
        <w:t>Specyfikacja</w:t>
      </w:r>
      <w:proofErr w:type="spellEnd"/>
      <w:r>
        <w:rPr>
          <w:b/>
          <w:sz w:val="22"/>
        </w:rPr>
        <w:t xml:space="preserve"> </w:t>
      </w:r>
      <w:proofErr w:type="spellStart"/>
      <w:r>
        <w:rPr>
          <w:b/>
          <w:sz w:val="22"/>
        </w:rPr>
        <w:t>techniczna</w:t>
      </w:r>
      <w:proofErr w:type="spellEnd"/>
      <w:r>
        <w:rPr>
          <w:b/>
          <w:sz w:val="22"/>
        </w:rPr>
        <w:t xml:space="preserve"> - </w:t>
      </w:r>
      <w:proofErr w:type="spellStart"/>
      <w:r>
        <w:rPr>
          <w:b/>
          <w:sz w:val="22"/>
        </w:rPr>
        <w:t>Punkt</w:t>
      </w:r>
      <w:proofErr w:type="spellEnd"/>
      <w:r>
        <w:rPr>
          <w:b/>
          <w:sz w:val="22"/>
        </w:rPr>
        <w:t xml:space="preserve"> </w:t>
      </w:r>
      <w:proofErr w:type="spellStart"/>
      <w:r>
        <w:rPr>
          <w:b/>
          <w:sz w:val="22"/>
        </w:rPr>
        <w:t>dostępowy</w:t>
      </w:r>
      <w:proofErr w:type="spellEnd"/>
      <w:r>
        <w:rPr>
          <w:b/>
          <w:sz w:val="22"/>
        </w:rPr>
        <w:t xml:space="preserve"> </w:t>
      </w:r>
      <w:proofErr w:type="spellStart"/>
      <w:r>
        <w:rPr>
          <w:b/>
          <w:sz w:val="22"/>
        </w:rPr>
        <w:t>sieci</w:t>
      </w:r>
      <w:proofErr w:type="spellEnd"/>
      <w:r>
        <w:rPr>
          <w:b/>
          <w:sz w:val="22"/>
        </w:rPr>
        <w:t xml:space="preserve"> </w:t>
      </w:r>
      <w:proofErr w:type="spellStart"/>
      <w:r>
        <w:rPr>
          <w:b/>
          <w:sz w:val="22"/>
        </w:rPr>
        <w:t>bezprzewodowej</w:t>
      </w:r>
      <w:proofErr w:type="spellEnd"/>
      <w:r>
        <w:rPr>
          <w:b/>
          <w:sz w:val="22"/>
        </w:rPr>
        <w:t xml:space="preserve"> – </w:t>
      </w:r>
      <w:proofErr w:type="spellStart"/>
      <w:r>
        <w:rPr>
          <w:b/>
          <w:sz w:val="22"/>
        </w:rPr>
        <w:t>Typ</w:t>
      </w:r>
      <w:proofErr w:type="spellEnd"/>
      <w:r>
        <w:rPr>
          <w:b/>
          <w:sz w:val="22"/>
        </w:rPr>
        <w:t xml:space="preserve"> A – 2 </w:t>
      </w:r>
      <w:proofErr w:type="spellStart"/>
      <w:r>
        <w:rPr>
          <w:b/>
          <w:sz w:val="22"/>
        </w:rPr>
        <w:t>szt</w:t>
      </w:r>
      <w:proofErr w:type="spellEnd"/>
      <w:r>
        <w:rPr>
          <w:b/>
          <w:sz w:val="22"/>
        </w:rPr>
        <w:t>.</w:t>
      </w:r>
    </w:p>
    <w:p w14:paraId="44CADF62" w14:textId="77777777" w:rsidR="00F352C3" w:rsidRDefault="00F352C3" w:rsidP="00F352C3">
      <w:r>
        <w:t xml:space="preserve">Producent: ........................................................................     Model / </w:t>
      </w:r>
      <w:proofErr w:type="spellStart"/>
      <w:r>
        <w:t>oznaczenie</w:t>
      </w:r>
      <w:proofErr w:type="spellEnd"/>
      <w:r>
        <w:t>: ........................................................................</w:t>
      </w:r>
    </w:p>
    <w:tbl>
      <w:tblPr>
        <w:tblStyle w:val="Tabela-Siatka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438"/>
        <w:gridCol w:w="4762"/>
        <w:gridCol w:w="2324"/>
      </w:tblGrid>
      <w:tr w:rsidR="00F352C3" w14:paraId="2737C29A" w14:textId="77777777" w:rsidTr="00D8712A">
        <w:trPr>
          <w:cantSplit/>
          <w:tblHeader/>
          <w:jc w:val="center"/>
        </w:trPr>
        <w:tc>
          <w:tcPr>
            <w:tcW w:w="2438" w:type="dxa"/>
            <w:shd w:val="clear" w:color="auto" w:fill="E8EEF5"/>
          </w:tcPr>
          <w:p w14:paraId="35E886D2" w14:textId="77777777" w:rsidR="00F352C3" w:rsidRDefault="00F352C3" w:rsidP="00E73126">
            <w:pPr>
              <w:spacing w:after="0"/>
            </w:pPr>
            <w:proofErr w:type="spellStart"/>
            <w:r>
              <w:rPr>
                <w:b/>
                <w:sz w:val="17"/>
              </w:rPr>
              <w:t>Cecha</w:t>
            </w:r>
            <w:proofErr w:type="spellEnd"/>
            <w:r>
              <w:rPr>
                <w:b/>
                <w:sz w:val="17"/>
              </w:rPr>
              <w:t xml:space="preserve"> / </w:t>
            </w:r>
            <w:proofErr w:type="spellStart"/>
            <w:r>
              <w:rPr>
                <w:b/>
                <w:sz w:val="17"/>
              </w:rPr>
              <w:t>parametr</w:t>
            </w:r>
            <w:proofErr w:type="spellEnd"/>
          </w:p>
        </w:tc>
        <w:tc>
          <w:tcPr>
            <w:tcW w:w="4762" w:type="dxa"/>
            <w:shd w:val="clear" w:color="auto" w:fill="E8EEF5"/>
          </w:tcPr>
          <w:p w14:paraId="3489066C" w14:textId="77777777" w:rsidR="00F352C3" w:rsidRDefault="00F352C3" w:rsidP="00E73126">
            <w:pPr>
              <w:spacing w:after="0"/>
            </w:pPr>
            <w:proofErr w:type="spellStart"/>
            <w:r>
              <w:rPr>
                <w:b/>
                <w:sz w:val="17"/>
              </w:rPr>
              <w:t>Wymagane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minimalne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parametry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techniczne</w:t>
            </w:r>
            <w:proofErr w:type="spellEnd"/>
          </w:p>
        </w:tc>
        <w:tc>
          <w:tcPr>
            <w:tcW w:w="2324" w:type="dxa"/>
            <w:shd w:val="clear" w:color="auto" w:fill="FFFF99"/>
          </w:tcPr>
          <w:p w14:paraId="07C838CD" w14:textId="77777777" w:rsidR="00F352C3" w:rsidRDefault="00F352C3" w:rsidP="00E73126">
            <w:pPr>
              <w:spacing w:after="0"/>
            </w:pPr>
            <w:proofErr w:type="spellStart"/>
            <w:r>
              <w:rPr>
                <w:b/>
                <w:sz w:val="17"/>
              </w:rPr>
              <w:t>Oferowane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parametry</w:t>
            </w:r>
            <w:proofErr w:type="spellEnd"/>
            <w:r>
              <w:rPr>
                <w:b/>
                <w:sz w:val="17"/>
              </w:rPr>
              <w:t xml:space="preserve"> (</w:t>
            </w:r>
            <w:proofErr w:type="spellStart"/>
            <w:r>
              <w:rPr>
                <w:b/>
                <w:sz w:val="17"/>
              </w:rPr>
              <w:t>wypełnia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Wykonawca</w:t>
            </w:r>
            <w:proofErr w:type="spellEnd"/>
            <w:r>
              <w:rPr>
                <w:b/>
                <w:sz w:val="17"/>
              </w:rPr>
              <w:t>)</w:t>
            </w:r>
          </w:p>
        </w:tc>
      </w:tr>
      <w:tr w:rsidR="00F352C3" w14:paraId="5D42E897" w14:textId="77777777" w:rsidTr="00D8712A">
        <w:trPr>
          <w:cantSplit/>
          <w:jc w:val="center"/>
        </w:trPr>
        <w:tc>
          <w:tcPr>
            <w:tcW w:w="2438" w:type="dxa"/>
            <w:vAlign w:val="center"/>
          </w:tcPr>
          <w:p w14:paraId="21315547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Typ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urządzenia</w:t>
            </w:r>
            <w:proofErr w:type="spellEnd"/>
          </w:p>
        </w:tc>
        <w:tc>
          <w:tcPr>
            <w:tcW w:w="4762" w:type="dxa"/>
            <w:vAlign w:val="center"/>
          </w:tcPr>
          <w:p w14:paraId="7CA15BA2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Wewnętrzny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punkt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dostępowy</w:t>
            </w:r>
            <w:proofErr w:type="spellEnd"/>
            <w:r>
              <w:rPr>
                <w:sz w:val="17"/>
              </w:rPr>
              <w:t xml:space="preserve"> Wi-Fi </w:t>
            </w:r>
            <w:proofErr w:type="spellStart"/>
            <w:r>
              <w:rPr>
                <w:sz w:val="17"/>
              </w:rPr>
              <w:t>przeznaczony</w:t>
            </w:r>
            <w:proofErr w:type="spellEnd"/>
            <w:r>
              <w:rPr>
                <w:sz w:val="17"/>
              </w:rPr>
              <w:t xml:space="preserve"> do </w:t>
            </w:r>
            <w:proofErr w:type="spellStart"/>
            <w:r>
              <w:rPr>
                <w:sz w:val="17"/>
              </w:rPr>
              <w:t>montażu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ściennego</w:t>
            </w:r>
            <w:proofErr w:type="spellEnd"/>
            <w:r>
              <w:rPr>
                <w:sz w:val="17"/>
              </w:rPr>
              <w:t xml:space="preserve">, ze </w:t>
            </w:r>
            <w:proofErr w:type="spellStart"/>
            <w:r>
              <w:rPr>
                <w:sz w:val="17"/>
              </w:rPr>
              <w:t>zintegrowanym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przełącznikiem</w:t>
            </w:r>
            <w:proofErr w:type="spellEnd"/>
            <w:r>
              <w:rPr>
                <w:sz w:val="17"/>
              </w:rPr>
              <w:t xml:space="preserve"> Ethernet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554543B2" w14:textId="77777777" w:rsidR="00F352C3" w:rsidRDefault="00F352C3" w:rsidP="00E73126">
            <w:pPr>
              <w:keepLines/>
              <w:spacing w:after="0"/>
            </w:pPr>
          </w:p>
        </w:tc>
      </w:tr>
      <w:tr w:rsidR="00F352C3" w14:paraId="08A96E93" w14:textId="77777777" w:rsidTr="00D8712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6AE1DC65" w14:textId="77777777" w:rsidR="00F352C3" w:rsidRDefault="00F352C3" w:rsidP="00E73126">
            <w:pPr>
              <w:keepLines/>
              <w:spacing w:after="0"/>
            </w:pPr>
            <w:r>
              <w:rPr>
                <w:b/>
                <w:sz w:val="17"/>
              </w:rPr>
              <w:t>Standard Wi-Fi</w:t>
            </w:r>
          </w:p>
        </w:tc>
        <w:tc>
          <w:tcPr>
            <w:tcW w:w="4762" w:type="dxa"/>
            <w:shd w:val="clear" w:color="auto" w:fill="F5F7FA"/>
            <w:vAlign w:val="center"/>
          </w:tcPr>
          <w:p w14:paraId="75D0EBF9" w14:textId="77777777" w:rsidR="00F352C3" w:rsidRDefault="00F352C3" w:rsidP="00E73126">
            <w:pPr>
              <w:keepLines/>
              <w:spacing w:after="0"/>
            </w:pPr>
            <w:r>
              <w:rPr>
                <w:sz w:val="17"/>
              </w:rPr>
              <w:t xml:space="preserve">Wi-Fi 6 (IEEE 802.11ax), </w:t>
            </w:r>
            <w:proofErr w:type="spellStart"/>
            <w:r>
              <w:rPr>
                <w:sz w:val="17"/>
              </w:rPr>
              <w:t>zgodność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wsteczna</w:t>
            </w:r>
            <w:proofErr w:type="spellEnd"/>
            <w:r>
              <w:rPr>
                <w:sz w:val="17"/>
              </w:rPr>
              <w:t xml:space="preserve"> z 802.11a/b/g/n/ac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6AF9B534" w14:textId="77777777" w:rsidR="00F352C3" w:rsidRDefault="00F352C3" w:rsidP="00E73126">
            <w:pPr>
              <w:keepLines/>
              <w:spacing w:after="0"/>
            </w:pPr>
          </w:p>
        </w:tc>
      </w:tr>
      <w:tr w:rsidR="00F352C3" w14:paraId="08DE2F1D" w14:textId="77777777" w:rsidTr="00D8712A">
        <w:trPr>
          <w:cantSplit/>
          <w:jc w:val="center"/>
        </w:trPr>
        <w:tc>
          <w:tcPr>
            <w:tcW w:w="2438" w:type="dxa"/>
            <w:vAlign w:val="center"/>
          </w:tcPr>
          <w:p w14:paraId="6703B96B" w14:textId="77777777" w:rsidR="00F352C3" w:rsidRDefault="00F352C3" w:rsidP="00E73126">
            <w:pPr>
              <w:keepLines/>
              <w:spacing w:after="0"/>
            </w:pPr>
            <w:r>
              <w:rPr>
                <w:b/>
                <w:sz w:val="17"/>
              </w:rPr>
              <w:t>Pasma</w:t>
            </w:r>
          </w:p>
        </w:tc>
        <w:tc>
          <w:tcPr>
            <w:tcW w:w="4762" w:type="dxa"/>
            <w:vAlign w:val="center"/>
          </w:tcPr>
          <w:p w14:paraId="14ED2AAC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Jednoczesna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praca</w:t>
            </w:r>
            <w:proofErr w:type="spellEnd"/>
            <w:r>
              <w:rPr>
                <w:sz w:val="17"/>
              </w:rPr>
              <w:t xml:space="preserve"> 2,4 GHz </w:t>
            </w:r>
            <w:proofErr w:type="spellStart"/>
            <w:r>
              <w:rPr>
                <w:sz w:val="17"/>
              </w:rPr>
              <w:t>oraz</w:t>
            </w:r>
            <w:proofErr w:type="spellEnd"/>
            <w:r>
              <w:rPr>
                <w:sz w:val="17"/>
              </w:rPr>
              <w:t xml:space="preserve"> 5 GHz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698AB211" w14:textId="77777777" w:rsidR="00F352C3" w:rsidRDefault="00F352C3" w:rsidP="00E73126">
            <w:pPr>
              <w:keepLines/>
              <w:spacing w:after="0"/>
            </w:pPr>
          </w:p>
        </w:tc>
      </w:tr>
      <w:tr w:rsidR="00F352C3" w14:paraId="574E2018" w14:textId="77777777" w:rsidTr="00D8712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4EC22574" w14:textId="77777777" w:rsidR="00F352C3" w:rsidRDefault="00F352C3" w:rsidP="00E73126">
            <w:pPr>
              <w:keepLines/>
              <w:spacing w:after="0"/>
            </w:pPr>
            <w:r>
              <w:rPr>
                <w:b/>
                <w:sz w:val="17"/>
              </w:rPr>
              <w:t>MIMO 2,4 GHz</w:t>
            </w:r>
          </w:p>
        </w:tc>
        <w:tc>
          <w:tcPr>
            <w:tcW w:w="4762" w:type="dxa"/>
            <w:shd w:val="clear" w:color="auto" w:fill="F5F7FA"/>
            <w:vAlign w:val="center"/>
          </w:tcPr>
          <w:p w14:paraId="0923BCA5" w14:textId="77777777" w:rsidR="00F352C3" w:rsidRDefault="00F352C3" w:rsidP="00E73126">
            <w:pPr>
              <w:keepLines/>
              <w:spacing w:after="0"/>
            </w:pPr>
            <w:r>
              <w:rPr>
                <w:sz w:val="17"/>
              </w:rPr>
              <w:t>minimum 2×2 MU-MIMO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3B08AFD4" w14:textId="77777777" w:rsidR="00F352C3" w:rsidRDefault="00F352C3" w:rsidP="00E73126">
            <w:pPr>
              <w:keepLines/>
              <w:spacing w:after="0"/>
            </w:pPr>
          </w:p>
        </w:tc>
      </w:tr>
      <w:tr w:rsidR="00F352C3" w14:paraId="6B32BD1D" w14:textId="77777777" w:rsidTr="00D8712A">
        <w:trPr>
          <w:cantSplit/>
          <w:jc w:val="center"/>
        </w:trPr>
        <w:tc>
          <w:tcPr>
            <w:tcW w:w="2438" w:type="dxa"/>
            <w:vAlign w:val="center"/>
          </w:tcPr>
          <w:p w14:paraId="6B322EE1" w14:textId="77777777" w:rsidR="00F352C3" w:rsidRDefault="00F352C3" w:rsidP="00E73126">
            <w:pPr>
              <w:keepLines/>
              <w:spacing w:after="0"/>
            </w:pPr>
            <w:r>
              <w:rPr>
                <w:b/>
                <w:sz w:val="17"/>
              </w:rPr>
              <w:t>MIMO 5 GHz</w:t>
            </w:r>
          </w:p>
        </w:tc>
        <w:tc>
          <w:tcPr>
            <w:tcW w:w="4762" w:type="dxa"/>
            <w:vAlign w:val="center"/>
          </w:tcPr>
          <w:p w14:paraId="7F3D58BB" w14:textId="77777777" w:rsidR="00F352C3" w:rsidRDefault="00F352C3" w:rsidP="00E73126">
            <w:pPr>
              <w:keepLines/>
              <w:spacing w:after="0"/>
            </w:pPr>
            <w:r>
              <w:rPr>
                <w:sz w:val="17"/>
              </w:rPr>
              <w:t>minimum 4×4 MU-MIMO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6F820CD2" w14:textId="77777777" w:rsidR="00F352C3" w:rsidRDefault="00F352C3" w:rsidP="00E73126">
            <w:pPr>
              <w:keepLines/>
              <w:spacing w:after="0"/>
            </w:pPr>
          </w:p>
        </w:tc>
      </w:tr>
      <w:tr w:rsidR="00F352C3" w14:paraId="149EBA89" w14:textId="77777777" w:rsidTr="00D8712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148DDFDF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Strumienie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przestrzenne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21D23BDD" w14:textId="77777777" w:rsidR="00F352C3" w:rsidRDefault="00F352C3" w:rsidP="00E73126">
            <w:pPr>
              <w:keepLines/>
              <w:spacing w:after="0"/>
            </w:pPr>
            <w:r>
              <w:rPr>
                <w:sz w:val="17"/>
              </w:rPr>
              <w:t>minimum 6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194F5C90" w14:textId="77777777" w:rsidR="00F352C3" w:rsidRDefault="00F352C3" w:rsidP="00E73126">
            <w:pPr>
              <w:keepLines/>
              <w:spacing w:after="0"/>
            </w:pPr>
          </w:p>
        </w:tc>
      </w:tr>
      <w:tr w:rsidR="00F352C3" w14:paraId="730713D2" w14:textId="77777777" w:rsidTr="00D8712A">
        <w:trPr>
          <w:cantSplit/>
          <w:jc w:val="center"/>
        </w:trPr>
        <w:tc>
          <w:tcPr>
            <w:tcW w:w="2438" w:type="dxa"/>
            <w:vAlign w:val="center"/>
          </w:tcPr>
          <w:p w14:paraId="2866D26B" w14:textId="77777777" w:rsidR="00F352C3" w:rsidRDefault="00F352C3" w:rsidP="00E73126">
            <w:pPr>
              <w:keepLines/>
              <w:spacing w:after="0"/>
            </w:pPr>
            <w:r>
              <w:rPr>
                <w:b/>
                <w:sz w:val="17"/>
              </w:rPr>
              <w:t xml:space="preserve">Maks. </w:t>
            </w:r>
            <w:proofErr w:type="spellStart"/>
            <w:r>
              <w:rPr>
                <w:b/>
                <w:sz w:val="17"/>
              </w:rPr>
              <w:t>szybkość</w:t>
            </w:r>
            <w:proofErr w:type="spellEnd"/>
            <w:r>
              <w:rPr>
                <w:b/>
                <w:sz w:val="17"/>
              </w:rPr>
              <w:t xml:space="preserve"> 5 GHz</w:t>
            </w:r>
          </w:p>
        </w:tc>
        <w:tc>
          <w:tcPr>
            <w:tcW w:w="4762" w:type="dxa"/>
            <w:vAlign w:val="center"/>
          </w:tcPr>
          <w:p w14:paraId="0BA312A3" w14:textId="77777777" w:rsidR="00F352C3" w:rsidRDefault="00F352C3" w:rsidP="00E73126">
            <w:pPr>
              <w:keepLines/>
              <w:spacing w:after="0"/>
            </w:pPr>
            <w:r>
              <w:rPr>
                <w:sz w:val="17"/>
              </w:rPr>
              <w:t>minimum 4,8 Gb/s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0A0EC0CC" w14:textId="77777777" w:rsidR="00F352C3" w:rsidRDefault="00F352C3" w:rsidP="00E73126">
            <w:pPr>
              <w:keepLines/>
              <w:spacing w:after="0"/>
            </w:pPr>
          </w:p>
        </w:tc>
      </w:tr>
      <w:tr w:rsidR="00F352C3" w14:paraId="5571F023" w14:textId="77777777" w:rsidTr="00D8712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71904497" w14:textId="77777777" w:rsidR="00F352C3" w:rsidRDefault="00F352C3" w:rsidP="00E73126">
            <w:pPr>
              <w:keepLines/>
              <w:spacing w:after="0"/>
            </w:pPr>
            <w:r>
              <w:rPr>
                <w:b/>
                <w:sz w:val="17"/>
              </w:rPr>
              <w:t xml:space="preserve">Maks. </w:t>
            </w:r>
            <w:proofErr w:type="spellStart"/>
            <w:r>
              <w:rPr>
                <w:b/>
                <w:sz w:val="17"/>
              </w:rPr>
              <w:t>szybkość</w:t>
            </w:r>
            <w:proofErr w:type="spellEnd"/>
            <w:r>
              <w:rPr>
                <w:b/>
                <w:sz w:val="17"/>
              </w:rPr>
              <w:t xml:space="preserve"> 2,4 GHz</w:t>
            </w:r>
          </w:p>
        </w:tc>
        <w:tc>
          <w:tcPr>
            <w:tcW w:w="4762" w:type="dxa"/>
            <w:shd w:val="clear" w:color="auto" w:fill="F5F7FA"/>
            <w:vAlign w:val="center"/>
          </w:tcPr>
          <w:p w14:paraId="46A444E0" w14:textId="77777777" w:rsidR="00F352C3" w:rsidRDefault="00F352C3" w:rsidP="00E73126">
            <w:pPr>
              <w:keepLines/>
              <w:spacing w:after="0"/>
            </w:pPr>
            <w:r>
              <w:rPr>
                <w:sz w:val="17"/>
              </w:rPr>
              <w:t>minimum 573 Mb/s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26F30E22" w14:textId="77777777" w:rsidR="00F352C3" w:rsidRDefault="00F352C3" w:rsidP="00E73126">
            <w:pPr>
              <w:keepLines/>
              <w:spacing w:after="0"/>
            </w:pPr>
          </w:p>
        </w:tc>
      </w:tr>
      <w:tr w:rsidR="00F352C3" w14:paraId="2AAAA841" w14:textId="77777777" w:rsidTr="00D8712A">
        <w:trPr>
          <w:cantSplit/>
          <w:jc w:val="center"/>
        </w:trPr>
        <w:tc>
          <w:tcPr>
            <w:tcW w:w="2438" w:type="dxa"/>
            <w:vAlign w:val="center"/>
          </w:tcPr>
          <w:p w14:paraId="0F165AFD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Szerokość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kanału</w:t>
            </w:r>
            <w:proofErr w:type="spellEnd"/>
          </w:p>
        </w:tc>
        <w:tc>
          <w:tcPr>
            <w:tcW w:w="4762" w:type="dxa"/>
            <w:vAlign w:val="center"/>
          </w:tcPr>
          <w:p w14:paraId="67AD6171" w14:textId="77777777" w:rsidR="00F352C3" w:rsidRDefault="00F352C3" w:rsidP="00E73126">
            <w:pPr>
              <w:keepLines/>
              <w:spacing w:after="0"/>
            </w:pPr>
            <w:r>
              <w:rPr>
                <w:sz w:val="17"/>
              </w:rPr>
              <w:t xml:space="preserve">do 160 MHz w </w:t>
            </w:r>
            <w:proofErr w:type="spellStart"/>
            <w:r>
              <w:rPr>
                <w:sz w:val="17"/>
              </w:rPr>
              <w:t>paśmie</w:t>
            </w:r>
            <w:proofErr w:type="spellEnd"/>
            <w:r>
              <w:rPr>
                <w:sz w:val="17"/>
              </w:rPr>
              <w:t xml:space="preserve"> 5 GHz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01801B79" w14:textId="77777777" w:rsidR="00F352C3" w:rsidRDefault="00F352C3" w:rsidP="00E73126">
            <w:pPr>
              <w:keepLines/>
              <w:spacing w:after="0"/>
            </w:pPr>
          </w:p>
        </w:tc>
      </w:tr>
      <w:tr w:rsidR="00F352C3" w14:paraId="3C720C4A" w14:textId="77777777" w:rsidTr="00D8712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7005A166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Liczba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klientów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230DBEF4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obsługa</w:t>
            </w:r>
            <w:proofErr w:type="spellEnd"/>
            <w:r>
              <w:rPr>
                <w:sz w:val="17"/>
              </w:rPr>
              <w:t xml:space="preserve"> minimum 250 </w:t>
            </w:r>
            <w:proofErr w:type="spellStart"/>
            <w:r>
              <w:rPr>
                <w:sz w:val="17"/>
              </w:rPr>
              <w:t>jednocześnie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podłączonych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urządzeń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6163604B" w14:textId="77777777" w:rsidR="00F352C3" w:rsidRDefault="00F352C3" w:rsidP="00E73126">
            <w:pPr>
              <w:keepLines/>
              <w:spacing w:after="0"/>
            </w:pPr>
          </w:p>
        </w:tc>
      </w:tr>
      <w:tr w:rsidR="00F352C3" w14:paraId="2556F716" w14:textId="77777777" w:rsidTr="00D8712A">
        <w:trPr>
          <w:cantSplit/>
          <w:jc w:val="center"/>
        </w:trPr>
        <w:tc>
          <w:tcPr>
            <w:tcW w:w="2438" w:type="dxa"/>
            <w:vAlign w:val="center"/>
          </w:tcPr>
          <w:p w14:paraId="7E4E5410" w14:textId="77777777" w:rsidR="00F352C3" w:rsidRDefault="00F352C3" w:rsidP="00E73126">
            <w:pPr>
              <w:keepLines/>
              <w:spacing w:after="0"/>
            </w:pPr>
            <w:r>
              <w:rPr>
                <w:b/>
                <w:sz w:val="17"/>
              </w:rPr>
              <w:t>Uplink</w:t>
            </w:r>
          </w:p>
        </w:tc>
        <w:tc>
          <w:tcPr>
            <w:tcW w:w="4762" w:type="dxa"/>
            <w:vAlign w:val="center"/>
          </w:tcPr>
          <w:p w14:paraId="1DFBDA35" w14:textId="77777777" w:rsidR="00F352C3" w:rsidRDefault="00F352C3" w:rsidP="00E73126">
            <w:pPr>
              <w:keepLines/>
              <w:spacing w:after="0"/>
            </w:pPr>
            <w:r>
              <w:rPr>
                <w:sz w:val="17"/>
              </w:rPr>
              <w:t>minimum 1× RJ45 Gigabit Ethernet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61EEE869" w14:textId="77777777" w:rsidR="00F352C3" w:rsidRDefault="00F352C3" w:rsidP="00E73126">
            <w:pPr>
              <w:keepLines/>
              <w:spacing w:after="0"/>
            </w:pPr>
          </w:p>
        </w:tc>
      </w:tr>
      <w:tr w:rsidR="00F352C3" w14:paraId="1989C20C" w14:textId="77777777" w:rsidTr="00D8712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1451D2E6" w14:textId="77777777" w:rsidR="00F352C3" w:rsidRDefault="00F352C3" w:rsidP="00E73126">
            <w:pPr>
              <w:keepLines/>
              <w:spacing w:after="0"/>
            </w:pPr>
            <w:r>
              <w:rPr>
                <w:b/>
                <w:sz w:val="17"/>
              </w:rPr>
              <w:t>Switch</w:t>
            </w:r>
          </w:p>
        </w:tc>
        <w:tc>
          <w:tcPr>
            <w:tcW w:w="4762" w:type="dxa"/>
            <w:shd w:val="clear" w:color="auto" w:fill="F5F7FA"/>
            <w:vAlign w:val="center"/>
          </w:tcPr>
          <w:p w14:paraId="2214751C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wbudowany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przełącznik</w:t>
            </w:r>
            <w:proofErr w:type="spellEnd"/>
            <w:r>
              <w:rPr>
                <w:sz w:val="17"/>
              </w:rPr>
              <w:t xml:space="preserve"> minimum 4× RJ45 Gigabit Ethernet </w:t>
            </w:r>
            <w:proofErr w:type="spellStart"/>
            <w:r>
              <w:rPr>
                <w:sz w:val="17"/>
              </w:rPr>
              <w:t>dostępny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dla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urządzeń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końcowych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05DD6574" w14:textId="77777777" w:rsidR="00F352C3" w:rsidRDefault="00F352C3" w:rsidP="00E73126">
            <w:pPr>
              <w:keepLines/>
              <w:spacing w:after="0"/>
            </w:pPr>
          </w:p>
        </w:tc>
      </w:tr>
      <w:tr w:rsidR="00F352C3" w14:paraId="4725B62E" w14:textId="77777777" w:rsidTr="00D8712A">
        <w:trPr>
          <w:cantSplit/>
          <w:jc w:val="center"/>
        </w:trPr>
        <w:tc>
          <w:tcPr>
            <w:tcW w:w="2438" w:type="dxa"/>
            <w:vAlign w:val="center"/>
          </w:tcPr>
          <w:p w14:paraId="54E614F5" w14:textId="77777777" w:rsidR="00F352C3" w:rsidRDefault="00F352C3" w:rsidP="00E73126">
            <w:pPr>
              <w:keepLines/>
              <w:spacing w:after="0"/>
            </w:pPr>
            <w:r>
              <w:rPr>
                <w:b/>
                <w:sz w:val="17"/>
              </w:rPr>
              <w:t>PoE Out</w:t>
            </w:r>
          </w:p>
        </w:tc>
        <w:tc>
          <w:tcPr>
            <w:tcW w:w="4762" w:type="dxa"/>
            <w:vAlign w:val="center"/>
          </w:tcPr>
          <w:p w14:paraId="19BEE99A" w14:textId="77777777" w:rsidR="00F352C3" w:rsidRDefault="00F352C3" w:rsidP="00E73126">
            <w:pPr>
              <w:keepLines/>
              <w:spacing w:after="0"/>
            </w:pPr>
            <w:r>
              <w:rPr>
                <w:sz w:val="17"/>
              </w:rPr>
              <w:t xml:space="preserve">minimum 1 port LAN z </w:t>
            </w:r>
            <w:proofErr w:type="spellStart"/>
            <w:r>
              <w:rPr>
                <w:sz w:val="17"/>
              </w:rPr>
              <w:t>możliwością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zasilania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urządzenia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końcowego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przez</w:t>
            </w:r>
            <w:proofErr w:type="spellEnd"/>
            <w:r>
              <w:rPr>
                <w:sz w:val="17"/>
              </w:rPr>
              <w:t xml:space="preserve"> PoE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4C147051" w14:textId="77777777" w:rsidR="00F352C3" w:rsidRDefault="00F352C3" w:rsidP="00E73126">
            <w:pPr>
              <w:keepLines/>
              <w:spacing w:after="0"/>
            </w:pPr>
          </w:p>
        </w:tc>
      </w:tr>
      <w:tr w:rsidR="00F352C3" w14:paraId="1E113C20" w14:textId="77777777" w:rsidTr="00D8712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0CCAEBFD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Zasilanie</w:t>
            </w:r>
            <w:proofErr w:type="spellEnd"/>
            <w:r>
              <w:rPr>
                <w:b/>
                <w:sz w:val="17"/>
              </w:rPr>
              <w:t xml:space="preserve"> AP</w:t>
            </w:r>
          </w:p>
        </w:tc>
        <w:tc>
          <w:tcPr>
            <w:tcW w:w="4762" w:type="dxa"/>
            <w:shd w:val="clear" w:color="auto" w:fill="F5F7FA"/>
            <w:vAlign w:val="center"/>
          </w:tcPr>
          <w:p w14:paraId="5FCC0440" w14:textId="77777777" w:rsidR="00F352C3" w:rsidRDefault="00F352C3" w:rsidP="00E73126">
            <w:pPr>
              <w:keepLines/>
              <w:spacing w:after="0"/>
            </w:pPr>
            <w:r>
              <w:rPr>
                <w:sz w:val="17"/>
              </w:rPr>
              <w:t>PoE / PoE+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30CC060F" w14:textId="77777777" w:rsidR="00F352C3" w:rsidRDefault="00F352C3" w:rsidP="00E73126">
            <w:pPr>
              <w:keepLines/>
              <w:spacing w:after="0"/>
            </w:pPr>
          </w:p>
        </w:tc>
      </w:tr>
      <w:tr w:rsidR="00F352C3" w14:paraId="42C0EE22" w14:textId="77777777" w:rsidTr="00D8712A">
        <w:trPr>
          <w:cantSplit/>
          <w:jc w:val="center"/>
        </w:trPr>
        <w:tc>
          <w:tcPr>
            <w:tcW w:w="2438" w:type="dxa"/>
            <w:vAlign w:val="center"/>
          </w:tcPr>
          <w:p w14:paraId="163C66D4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Pobór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mocy</w:t>
            </w:r>
            <w:proofErr w:type="spellEnd"/>
          </w:p>
        </w:tc>
        <w:tc>
          <w:tcPr>
            <w:tcW w:w="4762" w:type="dxa"/>
            <w:vAlign w:val="center"/>
          </w:tcPr>
          <w:p w14:paraId="26418645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maksymalnie</w:t>
            </w:r>
            <w:proofErr w:type="spellEnd"/>
            <w:r>
              <w:rPr>
                <w:sz w:val="17"/>
              </w:rPr>
              <w:t xml:space="preserve"> 15 W bez </w:t>
            </w:r>
            <w:proofErr w:type="spellStart"/>
            <w:r>
              <w:rPr>
                <w:sz w:val="17"/>
              </w:rPr>
              <w:t>obciążenia</w:t>
            </w:r>
            <w:proofErr w:type="spellEnd"/>
            <w:r>
              <w:rPr>
                <w:sz w:val="17"/>
              </w:rPr>
              <w:t xml:space="preserve"> PoE Out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3AC8C1D5" w14:textId="77777777" w:rsidR="00F352C3" w:rsidRDefault="00F352C3" w:rsidP="00E73126">
            <w:pPr>
              <w:keepLines/>
              <w:spacing w:after="0"/>
            </w:pPr>
          </w:p>
        </w:tc>
      </w:tr>
      <w:tr w:rsidR="00F352C3" w14:paraId="7BB74A15" w14:textId="77777777" w:rsidTr="00D8712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7E7C5B73" w14:textId="77777777" w:rsidR="00F352C3" w:rsidRDefault="00F352C3" w:rsidP="00E73126">
            <w:pPr>
              <w:keepLines/>
              <w:spacing w:after="0"/>
            </w:pPr>
            <w:r>
              <w:rPr>
                <w:b/>
                <w:sz w:val="17"/>
              </w:rPr>
              <w:t>VLAN</w:t>
            </w:r>
          </w:p>
        </w:tc>
        <w:tc>
          <w:tcPr>
            <w:tcW w:w="4762" w:type="dxa"/>
            <w:shd w:val="clear" w:color="auto" w:fill="F5F7FA"/>
            <w:vAlign w:val="center"/>
          </w:tcPr>
          <w:p w14:paraId="03CD4776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obsługa</w:t>
            </w:r>
            <w:proofErr w:type="spellEnd"/>
            <w:r>
              <w:rPr>
                <w:sz w:val="17"/>
              </w:rPr>
              <w:t xml:space="preserve"> IEEE 802.1Q VLAN. </w:t>
            </w:r>
            <w:proofErr w:type="spellStart"/>
            <w:r>
              <w:rPr>
                <w:sz w:val="17"/>
              </w:rPr>
              <w:t>Wbudowany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przełącznik</w:t>
            </w:r>
            <w:proofErr w:type="spellEnd"/>
            <w:r>
              <w:rPr>
                <w:sz w:val="17"/>
              </w:rPr>
              <w:t xml:space="preserve"> Ethernet </w:t>
            </w:r>
            <w:proofErr w:type="spellStart"/>
            <w:r>
              <w:rPr>
                <w:sz w:val="17"/>
              </w:rPr>
              <w:t>musi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umożliwiać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konfigurację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sieci</w:t>
            </w:r>
            <w:proofErr w:type="spellEnd"/>
            <w:r>
              <w:rPr>
                <w:sz w:val="17"/>
              </w:rPr>
              <w:t xml:space="preserve"> VLAN </w:t>
            </w:r>
            <w:proofErr w:type="spellStart"/>
            <w:r>
              <w:rPr>
                <w:sz w:val="17"/>
              </w:rPr>
              <w:t>na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portach</w:t>
            </w:r>
            <w:proofErr w:type="spellEnd"/>
            <w:r>
              <w:rPr>
                <w:sz w:val="17"/>
              </w:rPr>
              <w:t xml:space="preserve"> LAN </w:t>
            </w:r>
            <w:proofErr w:type="spellStart"/>
            <w:r>
              <w:rPr>
                <w:sz w:val="17"/>
              </w:rPr>
              <w:t>urządzenia</w:t>
            </w:r>
            <w:proofErr w:type="spellEnd"/>
            <w:r>
              <w:rPr>
                <w:sz w:val="17"/>
              </w:rPr>
              <w:t xml:space="preserve"> z </w:t>
            </w:r>
            <w:proofErr w:type="spellStart"/>
            <w:r>
              <w:rPr>
                <w:sz w:val="17"/>
              </w:rPr>
              <w:t>poziomu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centralnego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systemu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zarządzania</w:t>
            </w:r>
            <w:proofErr w:type="spellEnd"/>
            <w:r>
              <w:rPr>
                <w:sz w:val="17"/>
              </w:rPr>
              <w:t xml:space="preserve">, w </w:t>
            </w:r>
            <w:proofErr w:type="spellStart"/>
            <w:r>
              <w:rPr>
                <w:sz w:val="17"/>
              </w:rPr>
              <w:t>celu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podłączania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urządzeń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końcowych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należących</w:t>
            </w:r>
            <w:proofErr w:type="spellEnd"/>
            <w:r>
              <w:rPr>
                <w:sz w:val="17"/>
              </w:rPr>
              <w:t xml:space="preserve"> do </w:t>
            </w:r>
            <w:proofErr w:type="spellStart"/>
            <w:r>
              <w:rPr>
                <w:sz w:val="17"/>
              </w:rPr>
              <w:t>różnych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logicznych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segmentów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sieci</w:t>
            </w:r>
            <w:proofErr w:type="spellEnd"/>
            <w:r>
              <w:rPr>
                <w:sz w:val="17"/>
              </w:rPr>
              <w:t>.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753B36EE" w14:textId="77777777" w:rsidR="00F352C3" w:rsidRDefault="00F352C3" w:rsidP="00E73126">
            <w:pPr>
              <w:keepLines/>
              <w:spacing w:after="0"/>
            </w:pPr>
          </w:p>
        </w:tc>
      </w:tr>
      <w:tr w:rsidR="00F352C3" w14:paraId="2C420DCC" w14:textId="77777777" w:rsidTr="00D8712A">
        <w:trPr>
          <w:cantSplit/>
          <w:jc w:val="center"/>
        </w:trPr>
        <w:tc>
          <w:tcPr>
            <w:tcW w:w="2438" w:type="dxa"/>
            <w:vAlign w:val="center"/>
          </w:tcPr>
          <w:p w14:paraId="41A2111F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Bezpieczeństwo</w:t>
            </w:r>
            <w:proofErr w:type="spellEnd"/>
            <w:r>
              <w:rPr>
                <w:b/>
                <w:sz w:val="17"/>
              </w:rPr>
              <w:t xml:space="preserve"> Wi-Fi</w:t>
            </w:r>
          </w:p>
        </w:tc>
        <w:tc>
          <w:tcPr>
            <w:tcW w:w="4762" w:type="dxa"/>
            <w:vAlign w:val="center"/>
          </w:tcPr>
          <w:p w14:paraId="0177B818" w14:textId="77777777" w:rsidR="00F352C3" w:rsidRDefault="00F352C3" w:rsidP="00E73126">
            <w:pPr>
              <w:keepLines/>
              <w:spacing w:after="0"/>
            </w:pPr>
            <w:r>
              <w:rPr>
                <w:sz w:val="17"/>
              </w:rPr>
              <w:t>WPA2/WPA3, WPA-Enterprise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68DE1E6C" w14:textId="77777777" w:rsidR="00F352C3" w:rsidRDefault="00F352C3" w:rsidP="00E73126">
            <w:pPr>
              <w:keepLines/>
              <w:spacing w:after="0"/>
            </w:pPr>
          </w:p>
        </w:tc>
      </w:tr>
      <w:tr w:rsidR="00F352C3" w14:paraId="136DFE86" w14:textId="77777777" w:rsidTr="00D8712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7D181403" w14:textId="77777777" w:rsidR="00F352C3" w:rsidRDefault="00F352C3" w:rsidP="00E73126">
            <w:pPr>
              <w:keepLines/>
              <w:spacing w:after="0"/>
            </w:pPr>
            <w:r>
              <w:rPr>
                <w:b/>
                <w:sz w:val="17"/>
              </w:rPr>
              <w:t>RADIUS</w:t>
            </w:r>
          </w:p>
        </w:tc>
        <w:tc>
          <w:tcPr>
            <w:tcW w:w="4762" w:type="dxa"/>
            <w:shd w:val="clear" w:color="auto" w:fill="F5F7FA"/>
            <w:vAlign w:val="center"/>
          </w:tcPr>
          <w:p w14:paraId="1FC4AD2E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obsługa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uwierzytelniania</w:t>
            </w:r>
            <w:proofErr w:type="spellEnd"/>
            <w:r>
              <w:rPr>
                <w:sz w:val="17"/>
              </w:rPr>
              <w:t xml:space="preserve"> RADIUS </w:t>
            </w:r>
            <w:proofErr w:type="spellStart"/>
            <w:r>
              <w:rPr>
                <w:sz w:val="17"/>
              </w:rPr>
              <w:t>oraz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dynamicznego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przypisywania</w:t>
            </w:r>
            <w:proofErr w:type="spellEnd"/>
            <w:r>
              <w:rPr>
                <w:sz w:val="17"/>
              </w:rPr>
              <w:t xml:space="preserve"> VLAN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57347B60" w14:textId="77777777" w:rsidR="00F352C3" w:rsidRDefault="00F352C3" w:rsidP="00E73126">
            <w:pPr>
              <w:keepLines/>
              <w:spacing w:after="0"/>
            </w:pPr>
          </w:p>
        </w:tc>
      </w:tr>
      <w:tr w:rsidR="00F352C3" w14:paraId="30FB89B8" w14:textId="77777777" w:rsidTr="00D8712A">
        <w:trPr>
          <w:cantSplit/>
          <w:jc w:val="center"/>
        </w:trPr>
        <w:tc>
          <w:tcPr>
            <w:tcW w:w="2438" w:type="dxa"/>
            <w:vAlign w:val="center"/>
          </w:tcPr>
          <w:p w14:paraId="7DCA1CB0" w14:textId="77777777" w:rsidR="00F352C3" w:rsidRDefault="00F352C3" w:rsidP="00E73126">
            <w:pPr>
              <w:keepLines/>
              <w:spacing w:after="0"/>
            </w:pPr>
            <w:r>
              <w:rPr>
                <w:b/>
                <w:sz w:val="17"/>
              </w:rPr>
              <w:t>Roaming</w:t>
            </w:r>
          </w:p>
        </w:tc>
        <w:tc>
          <w:tcPr>
            <w:tcW w:w="4762" w:type="dxa"/>
            <w:vAlign w:val="center"/>
          </w:tcPr>
          <w:p w14:paraId="4DBB8D1D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obsługa</w:t>
            </w:r>
            <w:proofErr w:type="spellEnd"/>
            <w:r>
              <w:rPr>
                <w:sz w:val="17"/>
              </w:rPr>
              <w:t xml:space="preserve"> 802.11k, 802.11r </w:t>
            </w:r>
            <w:proofErr w:type="spellStart"/>
            <w:r>
              <w:rPr>
                <w:sz w:val="17"/>
              </w:rPr>
              <w:t>oraz</w:t>
            </w:r>
            <w:proofErr w:type="spellEnd"/>
            <w:r>
              <w:rPr>
                <w:sz w:val="17"/>
              </w:rPr>
              <w:t xml:space="preserve"> 802.11v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2F217112" w14:textId="77777777" w:rsidR="00F352C3" w:rsidRDefault="00F352C3" w:rsidP="00E73126">
            <w:pPr>
              <w:keepLines/>
              <w:spacing w:after="0"/>
            </w:pPr>
          </w:p>
        </w:tc>
      </w:tr>
      <w:tr w:rsidR="00F352C3" w14:paraId="63C2B9C4" w14:textId="77777777" w:rsidTr="00D8712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3CDF2AF1" w14:textId="77777777" w:rsidR="00F352C3" w:rsidRDefault="00F352C3" w:rsidP="00E73126">
            <w:pPr>
              <w:keepLines/>
              <w:spacing w:after="0"/>
            </w:pPr>
            <w:r>
              <w:rPr>
                <w:b/>
                <w:sz w:val="17"/>
              </w:rPr>
              <w:t>Band Steering</w:t>
            </w:r>
          </w:p>
        </w:tc>
        <w:tc>
          <w:tcPr>
            <w:tcW w:w="4762" w:type="dxa"/>
            <w:shd w:val="clear" w:color="auto" w:fill="F5F7FA"/>
            <w:vAlign w:val="center"/>
          </w:tcPr>
          <w:p w14:paraId="587F23E2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wymagany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2090881E" w14:textId="77777777" w:rsidR="00F352C3" w:rsidRDefault="00F352C3" w:rsidP="00E73126">
            <w:pPr>
              <w:keepLines/>
              <w:spacing w:after="0"/>
            </w:pPr>
          </w:p>
        </w:tc>
      </w:tr>
      <w:tr w:rsidR="00F352C3" w14:paraId="339176AF" w14:textId="77777777" w:rsidTr="00D8712A">
        <w:trPr>
          <w:cantSplit/>
          <w:jc w:val="center"/>
        </w:trPr>
        <w:tc>
          <w:tcPr>
            <w:tcW w:w="2438" w:type="dxa"/>
            <w:vAlign w:val="center"/>
          </w:tcPr>
          <w:p w14:paraId="405D905C" w14:textId="77777777" w:rsidR="00F352C3" w:rsidRDefault="00F352C3" w:rsidP="00E73126">
            <w:pPr>
              <w:keepLines/>
              <w:spacing w:after="0"/>
            </w:pPr>
            <w:r>
              <w:rPr>
                <w:b/>
                <w:sz w:val="17"/>
              </w:rPr>
              <w:t>Mesh</w:t>
            </w:r>
          </w:p>
        </w:tc>
        <w:tc>
          <w:tcPr>
            <w:tcW w:w="4762" w:type="dxa"/>
            <w:vAlign w:val="center"/>
          </w:tcPr>
          <w:p w14:paraId="6077F26F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obsługa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bezprzewodowego</w:t>
            </w:r>
            <w:proofErr w:type="spellEnd"/>
            <w:r>
              <w:rPr>
                <w:sz w:val="17"/>
              </w:rPr>
              <w:t xml:space="preserve"> Mesh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749C846E" w14:textId="77777777" w:rsidR="00F352C3" w:rsidRDefault="00F352C3" w:rsidP="00E73126">
            <w:pPr>
              <w:keepLines/>
              <w:spacing w:after="0"/>
            </w:pPr>
          </w:p>
        </w:tc>
      </w:tr>
      <w:tr w:rsidR="00F352C3" w14:paraId="0FB9583D" w14:textId="77777777" w:rsidTr="00D8712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6E82E1D3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Izolacja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2E1E5C15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możliwość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izolacji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klientów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i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sieci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gościnnej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5DBF51FE" w14:textId="77777777" w:rsidR="00F352C3" w:rsidRDefault="00F352C3" w:rsidP="00E73126">
            <w:pPr>
              <w:keepLines/>
              <w:spacing w:after="0"/>
            </w:pPr>
          </w:p>
        </w:tc>
      </w:tr>
      <w:tr w:rsidR="00F352C3" w14:paraId="163DB6E9" w14:textId="77777777" w:rsidTr="00D8712A">
        <w:trPr>
          <w:cantSplit/>
          <w:jc w:val="center"/>
        </w:trPr>
        <w:tc>
          <w:tcPr>
            <w:tcW w:w="2438" w:type="dxa"/>
            <w:vAlign w:val="center"/>
          </w:tcPr>
          <w:p w14:paraId="547AE344" w14:textId="77777777" w:rsidR="00F352C3" w:rsidRDefault="00F352C3" w:rsidP="00E73126">
            <w:pPr>
              <w:keepLines/>
              <w:spacing w:after="0"/>
            </w:pPr>
            <w:r>
              <w:rPr>
                <w:b/>
                <w:sz w:val="17"/>
              </w:rPr>
              <w:t>SSID/BSSID</w:t>
            </w:r>
          </w:p>
        </w:tc>
        <w:tc>
          <w:tcPr>
            <w:tcW w:w="4762" w:type="dxa"/>
            <w:vAlign w:val="center"/>
          </w:tcPr>
          <w:p w14:paraId="096D9002" w14:textId="77777777" w:rsidR="00F352C3" w:rsidRDefault="00F352C3" w:rsidP="00E73126">
            <w:pPr>
              <w:keepLines/>
              <w:spacing w:after="0"/>
            </w:pPr>
            <w:r>
              <w:rPr>
                <w:sz w:val="17"/>
              </w:rPr>
              <w:t xml:space="preserve">minimum 8 BSSID </w:t>
            </w:r>
            <w:proofErr w:type="spellStart"/>
            <w:r>
              <w:rPr>
                <w:sz w:val="17"/>
              </w:rPr>
              <w:t>na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każde</w:t>
            </w:r>
            <w:proofErr w:type="spellEnd"/>
            <w:r>
              <w:rPr>
                <w:sz w:val="17"/>
              </w:rPr>
              <w:t xml:space="preserve"> radio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4B3A4A35" w14:textId="77777777" w:rsidR="00F352C3" w:rsidRDefault="00F352C3" w:rsidP="00E73126">
            <w:pPr>
              <w:keepLines/>
              <w:spacing w:after="0"/>
            </w:pPr>
          </w:p>
        </w:tc>
      </w:tr>
      <w:tr w:rsidR="00F352C3" w14:paraId="6CA17CA1" w14:textId="77777777" w:rsidTr="00D8712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589ED273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Zarządzanie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5FFC5C65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centralne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zarządzanie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przez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posiadaną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przez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Zamawiającego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platformę</w:t>
            </w:r>
            <w:proofErr w:type="spellEnd"/>
            <w:r>
              <w:rPr>
                <w:sz w:val="17"/>
              </w:rPr>
              <w:t xml:space="preserve"> UniFi Network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6F7167A1" w14:textId="77777777" w:rsidR="00F352C3" w:rsidRDefault="00F352C3" w:rsidP="00E73126">
            <w:pPr>
              <w:keepLines/>
              <w:spacing w:after="0"/>
            </w:pPr>
          </w:p>
        </w:tc>
      </w:tr>
      <w:tr w:rsidR="00F352C3" w14:paraId="76A1827A" w14:textId="77777777" w:rsidTr="00D8712A">
        <w:trPr>
          <w:cantSplit/>
          <w:jc w:val="center"/>
        </w:trPr>
        <w:tc>
          <w:tcPr>
            <w:tcW w:w="2438" w:type="dxa"/>
            <w:vAlign w:val="center"/>
          </w:tcPr>
          <w:p w14:paraId="0A37111F" w14:textId="77777777" w:rsidR="00F352C3" w:rsidRDefault="00F352C3" w:rsidP="00E73126">
            <w:pPr>
              <w:keepLines/>
              <w:spacing w:after="0"/>
            </w:pPr>
            <w:r>
              <w:rPr>
                <w:b/>
                <w:sz w:val="17"/>
              </w:rPr>
              <w:t>Monitoring</w:t>
            </w:r>
          </w:p>
        </w:tc>
        <w:tc>
          <w:tcPr>
            <w:tcW w:w="4762" w:type="dxa"/>
            <w:vAlign w:val="center"/>
          </w:tcPr>
          <w:p w14:paraId="7D9883A3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centralny</w:t>
            </w:r>
            <w:proofErr w:type="spellEnd"/>
            <w:r>
              <w:rPr>
                <w:sz w:val="17"/>
              </w:rPr>
              <w:t xml:space="preserve"> monitoring AP, </w:t>
            </w:r>
            <w:proofErr w:type="spellStart"/>
            <w:r>
              <w:rPr>
                <w:sz w:val="17"/>
              </w:rPr>
              <w:t>klientów</w:t>
            </w:r>
            <w:proofErr w:type="spellEnd"/>
            <w:r>
              <w:rPr>
                <w:sz w:val="17"/>
              </w:rPr>
              <w:t xml:space="preserve">, </w:t>
            </w:r>
            <w:proofErr w:type="spellStart"/>
            <w:r>
              <w:rPr>
                <w:sz w:val="17"/>
              </w:rPr>
              <w:t>wykorzystania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pasma</w:t>
            </w:r>
            <w:proofErr w:type="spellEnd"/>
            <w:r>
              <w:rPr>
                <w:sz w:val="17"/>
              </w:rPr>
              <w:t xml:space="preserve">, </w:t>
            </w:r>
            <w:proofErr w:type="spellStart"/>
            <w:r>
              <w:rPr>
                <w:sz w:val="17"/>
              </w:rPr>
              <w:t>konfiguracji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sieci</w:t>
            </w:r>
            <w:proofErr w:type="spellEnd"/>
            <w:r>
              <w:rPr>
                <w:sz w:val="17"/>
              </w:rPr>
              <w:t xml:space="preserve"> WLAN </w:t>
            </w:r>
            <w:proofErr w:type="spellStart"/>
            <w:r>
              <w:rPr>
                <w:sz w:val="17"/>
              </w:rPr>
              <w:t>i</w:t>
            </w:r>
            <w:proofErr w:type="spellEnd"/>
            <w:r>
              <w:rPr>
                <w:sz w:val="17"/>
              </w:rPr>
              <w:t xml:space="preserve"> VLAN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5EFEF8F4" w14:textId="77777777" w:rsidR="00F352C3" w:rsidRDefault="00F352C3" w:rsidP="00E73126">
            <w:pPr>
              <w:keepLines/>
              <w:spacing w:after="0"/>
            </w:pPr>
          </w:p>
        </w:tc>
      </w:tr>
      <w:tr w:rsidR="00F352C3" w14:paraId="671C260B" w14:textId="77777777" w:rsidTr="00D8712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2D177A5B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Montaż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78BDCE98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ścienny</w:t>
            </w:r>
            <w:proofErr w:type="spellEnd"/>
            <w:r>
              <w:rPr>
                <w:sz w:val="17"/>
              </w:rPr>
              <w:t xml:space="preserve">, </w:t>
            </w:r>
            <w:proofErr w:type="spellStart"/>
            <w:r>
              <w:rPr>
                <w:sz w:val="17"/>
              </w:rPr>
              <w:t>uchwyt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montażowy</w:t>
            </w:r>
            <w:proofErr w:type="spellEnd"/>
            <w:r>
              <w:rPr>
                <w:sz w:val="17"/>
              </w:rPr>
              <w:t xml:space="preserve"> w </w:t>
            </w:r>
            <w:proofErr w:type="spellStart"/>
            <w:r>
              <w:rPr>
                <w:sz w:val="17"/>
              </w:rPr>
              <w:t>zestawie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24AB9FBF" w14:textId="77777777" w:rsidR="00F352C3" w:rsidRDefault="00F352C3" w:rsidP="00E73126">
            <w:pPr>
              <w:keepLines/>
              <w:spacing w:after="0"/>
            </w:pPr>
          </w:p>
        </w:tc>
      </w:tr>
      <w:tr w:rsidR="00F352C3" w14:paraId="14E3CAD4" w14:textId="77777777" w:rsidTr="00D8712A">
        <w:trPr>
          <w:cantSplit/>
          <w:jc w:val="center"/>
        </w:trPr>
        <w:tc>
          <w:tcPr>
            <w:tcW w:w="2438" w:type="dxa"/>
            <w:vAlign w:val="center"/>
          </w:tcPr>
          <w:p w14:paraId="3DEC7506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Temperatura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pracy</w:t>
            </w:r>
            <w:proofErr w:type="spellEnd"/>
          </w:p>
        </w:tc>
        <w:tc>
          <w:tcPr>
            <w:tcW w:w="4762" w:type="dxa"/>
            <w:vAlign w:val="center"/>
          </w:tcPr>
          <w:p w14:paraId="335238C7" w14:textId="77777777" w:rsidR="00F352C3" w:rsidRDefault="00F352C3" w:rsidP="00E73126">
            <w:pPr>
              <w:keepLines/>
              <w:spacing w:after="0"/>
            </w:pPr>
            <w:r>
              <w:rPr>
                <w:sz w:val="17"/>
              </w:rPr>
              <w:t xml:space="preserve">co </w:t>
            </w:r>
            <w:proofErr w:type="spellStart"/>
            <w:r>
              <w:rPr>
                <w:sz w:val="17"/>
              </w:rPr>
              <w:t>najmniej</w:t>
            </w:r>
            <w:proofErr w:type="spellEnd"/>
            <w:r>
              <w:rPr>
                <w:sz w:val="17"/>
              </w:rPr>
              <w:t xml:space="preserve"> od -30°C do +60°C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7458FCB6" w14:textId="77777777" w:rsidR="00F352C3" w:rsidRDefault="00F352C3" w:rsidP="00E73126">
            <w:pPr>
              <w:keepLines/>
              <w:spacing w:after="0"/>
            </w:pPr>
          </w:p>
        </w:tc>
      </w:tr>
      <w:tr w:rsidR="00F352C3" w14:paraId="67AA47F2" w14:textId="77777777" w:rsidTr="00D8712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01E8F279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Certyfikacja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60AABC0F" w14:textId="77777777" w:rsidR="00F352C3" w:rsidRDefault="00F352C3" w:rsidP="00E73126">
            <w:pPr>
              <w:keepLines/>
              <w:spacing w:after="0"/>
            </w:pPr>
            <w:r>
              <w:rPr>
                <w:sz w:val="17"/>
              </w:rPr>
              <w:t>minimum CE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10FD7CD2" w14:textId="77777777" w:rsidR="00F352C3" w:rsidRDefault="00F352C3" w:rsidP="00E73126">
            <w:pPr>
              <w:keepLines/>
              <w:spacing w:after="0"/>
            </w:pPr>
          </w:p>
        </w:tc>
      </w:tr>
      <w:tr w:rsidR="00F352C3" w14:paraId="10F1696B" w14:textId="77777777" w:rsidTr="00D8712A">
        <w:trPr>
          <w:cantSplit/>
          <w:jc w:val="center"/>
        </w:trPr>
        <w:tc>
          <w:tcPr>
            <w:tcW w:w="2438" w:type="dxa"/>
            <w:vAlign w:val="center"/>
          </w:tcPr>
          <w:p w14:paraId="0A970FF2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Gwarancja</w:t>
            </w:r>
            <w:proofErr w:type="spellEnd"/>
          </w:p>
        </w:tc>
        <w:tc>
          <w:tcPr>
            <w:tcW w:w="4762" w:type="dxa"/>
            <w:vAlign w:val="center"/>
          </w:tcPr>
          <w:p w14:paraId="604B6225" w14:textId="77777777" w:rsidR="00F352C3" w:rsidRDefault="00F352C3" w:rsidP="00E73126">
            <w:pPr>
              <w:keepLines/>
              <w:spacing w:after="0"/>
            </w:pPr>
            <w:r>
              <w:rPr>
                <w:sz w:val="17"/>
              </w:rPr>
              <w:t xml:space="preserve">minimum 12 </w:t>
            </w:r>
            <w:proofErr w:type="spellStart"/>
            <w:r>
              <w:rPr>
                <w:sz w:val="17"/>
              </w:rPr>
              <w:t>miesięcy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47011E3A" w14:textId="77777777" w:rsidR="00F352C3" w:rsidRDefault="00F352C3" w:rsidP="00E73126">
            <w:pPr>
              <w:keepLines/>
              <w:spacing w:after="0"/>
            </w:pPr>
          </w:p>
        </w:tc>
      </w:tr>
      <w:tr w:rsidR="00F352C3" w14:paraId="6CAB1B05" w14:textId="77777777" w:rsidTr="00D8712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1865F940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lastRenderedPageBreak/>
              <w:t>Integracja</w:t>
            </w:r>
            <w:proofErr w:type="spellEnd"/>
            <w:r>
              <w:rPr>
                <w:b/>
                <w:sz w:val="17"/>
              </w:rPr>
              <w:t xml:space="preserve"> z </w:t>
            </w:r>
            <w:proofErr w:type="spellStart"/>
            <w:r>
              <w:rPr>
                <w:b/>
                <w:sz w:val="17"/>
              </w:rPr>
              <w:t>istniejącą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infrastrukturą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1B17DBC0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Wymagana</w:t>
            </w:r>
            <w:proofErr w:type="spellEnd"/>
            <w:r>
              <w:rPr>
                <w:sz w:val="17"/>
              </w:rPr>
              <w:t xml:space="preserve"> jest </w:t>
            </w:r>
            <w:proofErr w:type="spellStart"/>
            <w:r>
              <w:rPr>
                <w:sz w:val="17"/>
              </w:rPr>
              <w:t>możliwość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podłączenia</w:t>
            </w:r>
            <w:proofErr w:type="spellEnd"/>
            <w:r>
              <w:rPr>
                <w:sz w:val="17"/>
              </w:rPr>
              <w:t xml:space="preserve">, </w:t>
            </w:r>
            <w:proofErr w:type="spellStart"/>
            <w:r>
              <w:rPr>
                <w:sz w:val="17"/>
              </w:rPr>
              <w:t>adopcji</w:t>
            </w:r>
            <w:proofErr w:type="spellEnd"/>
            <w:r>
              <w:rPr>
                <w:sz w:val="17"/>
              </w:rPr>
              <w:t xml:space="preserve">, </w:t>
            </w:r>
            <w:proofErr w:type="spellStart"/>
            <w:r>
              <w:rPr>
                <w:sz w:val="17"/>
              </w:rPr>
              <w:t>konfiguracji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oraz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centralnego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zarządzania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oferowanym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urządzeniem</w:t>
            </w:r>
            <w:proofErr w:type="spellEnd"/>
            <w:r>
              <w:rPr>
                <w:sz w:val="17"/>
              </w:rPr>
              <w:t xml:space="preserve"> z </w:t>
            </w:r>
            <w:proofErr w:type="spellStart"/>
            <w:r>
              <w:rPr>
                <w:sz w:val="17"/>
              </w:rPr>
              <w:t>poziomu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posiadanej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przez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Zamawiającego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konsoli</w:t>
            </w:r>
            <w:proofErr w:type="spellEnd"/>
            <w:r>
              <w:rPr>
                <w:sz w:val="17"/>
              </w:rPr>
              <w:t xml:space="preserve"> UniFi </w:t>
            </w:r>
            <w:proofErr w:type="spellStart"/>
            <w:r>
              <w:rPr>
                <w:sz w:val="17"/>
              </w:rPr>
              <w:t>lub</w:t>
            </w:r>
            <w:proofErr w:type="spellEnd"/>
            <w:r>
              <w:rPr>
                <w:sz w:val="17"/>
              </w:rPr>
              <w:t xml:space="preserve"> Omada, bez </w:t>
            </w:r>
            <w:proofErr w:type="spellStart"/>
            <w:r>
              <w:rPr>
                <w:sz w:val="17"/>
              </w:rPr>
              <w:t>konieczności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zakupu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dodatkowego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kontrolera</w:t>
            </w:r>
            <w:proofErr w:type="spellEnd"/>
            <w:r>
              <w:rPr>
                <w:sz w:val="17"/>
              </w:rPr>
              <w:t xml:space="preserve">, </w:t>
            </w:r>
            <w:proofErr w:type="spellStart"/>
            <w:r>
              <w:rPr>
                <w:sz w:val="17"/>
              </w:rPr>
              <w:t>systemu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zarządzającego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lub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dodatkowych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licencji</w:t>
            </w:r>
            <w:proofErr w:type="spellEnd"/>
            <w:r>
              <w:rPr>
                <w:sz w:val="17"/>
              </w:rPr>
              <w:t>.</w:t>
            </w:r>
            <w:r>
              <w:rPr>
                <w:sz w:val="17"/>
              </w:rPr>
              <w:br/>
            </w:r>
            <w:r>
              <w:rPr>
                <w:sz w:val="17"/>
              </w:rPr>
              <w:br/>
              <w:t xml:space="preserve">System </w:t>
            </w:r>
            <w:proofErr w:type="spellStart"/>
            <w:r>
              <w:rPr>
                <w:sz w:val="17"/>
              </w:rPr>
              <w:t>musi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umożliwiać</w:t>
            </w:r>
            <w:proofErr w:type="spellEnd"/>
            <w:r>
              <w:rPr>
                <w:sz w:val="17"/>
              </w:rPr>
              <w:t xml:space="preserve"> co </w:t>
            </w:r>
            <w:proofErr w:type="spellStart"/>
            <w:r>
              <w:rPr>
                <w:sz w:val="17"/>
              </w:rPr>
              <w:t>najmniej</w:t>
            </w:r>
            <w:proofErr w:type="spellEnd"/>
            <w:r>
              <w:rPr>
                <w:sz w:val="17"/>
              </w:rPr>
              <w:t xml:space="preserve"> monitoring </w:t>
            </w:r>
            <w:proofErr w:type="spellStart"/>
            <w:r>
              <w:rPr>
                <w:sz w:val="17"/>
              </w:rPr>
              <w:t>stanu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urządzenia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i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portów</w:t>
            </w:r>
            <w:proofErr w:type="spellEnd"/>
            <w:r>
              <w:rPr>
                <w:sz w:val="17"/>
              </w:rPr>
              <w:t xml:space="preserve">, </w:t>
            </w:r>
            <w:proofErr w:type="spellStart"/>
            <w:r>
              <w:rPr>
                <w:sz w:val="17"/>
              </w:rPr>
              <w:t>konfigurację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portów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oraz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przypisywanie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sieci</w:t>
            </w:r>
            <w:proofErr w:type="spellEnd"/>
            <w:r>
              <w:rPr>
                <w:sz w:val="17"/>
              </w:rPr>
              <w:t xml:space="preserve"> VLAN.</w:t>
            </w:r>
            <w:r>
              <w:rPr>
                <w:sz w:val="17"/>
              </w:rPr>
              <w:br/>
            </w:r>
            <w:r>
              <w:rPr>
                <w:sz w:val="17"/>
              </w:rPr>
              <w:br/>
            </w:r>
            <w:proofErr w:type="spellStart"/>
            <w:r>
              <w:rPr>
                <w:sz w:val="17"/>
              </w:rPr>
              <w:t>Wymaganie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wynika</w:t>
            </w:r>
            <w:proofErr w:type="spellEnd"/>
            <w:r>
              <w:rPr>
                <w:sz w:val="17"/>
              </w:rPr>
              <w:t xml:space="preserve"> z </w:t>
            </w:r>
            <w:proofErr w:type="spellStart"/>
            <w:r>
              <w:rPr>
                <w:sz w:val="17"/>
              </w:rPr>
              <w:t>konieczności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ujednolicenia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infrastruktury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sieciowej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Zamawiającego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oraz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wykorzystania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posiadanych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systemów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centralnego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zarządzania</w:t>
            </w:r>
            <w:proofErr w:type="spellEnd"/>
            <w:r>
              <w:rPr>
                <w:sz w:val="17"/>
              </w:rPr>
              <w:t>.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7D5623DF" w14:textId="77777777" w:rsidR="00F352C3" w:rsidRDefault="00F352C3" w:rsidP="00E73126">
            <w:pPr>
              <w:keepLines/>
              <w:spacing w:after="0"/>
            </w:pPr>
          </w:p>
        </w:tc>
      </w:tr>
    </w:tbl>
    <w:p w14:paraId="7B387624" w14:textId="77777777" w:rsidR="00F352C3" w:rsidRDefault="00F352C3" w:rsidP="00F352C3"/>
    <w:tbl>
      <w:tblPr>
        <w:tblStyle w:val="Tabela-Siatka"/>
        <w:tblW w:w="0" w:type="auto"/>
        <w:tblInd w:w="38" w:type="dxa"/>
        <w:tblLook w:val="04A0" w:firstRow="1" w:lastRow="0" w:firstColumn="1" w:lastColumn="0" w:noHBand="0" w:noVBand="1"/>
      </w:tblPr>
      <w:tblGrid>
        <w:gridCol w:w="3446"/>
        <w:gridCol w:w="1444"/>
        <w:gridCol w:w="2410"/>
      </w:tblGrid>
      <w:tr w:rsidR="00D8712A" w14:paraId="0979CCF2" w14:textId="77777777" w:rsidTr="00410A61">
        <w:tc>
          <w:tcPr>
            <w:tcW w:w="34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DBE7BF" w14:textId="77777777" w:rsidR="00D8712A" w:rsidRDefault="00D8712A" w:rsidP="00410A61">
            <w:r>
              <w:t xml:space="preserve">Cena za 1 </w:t>
            </w:r>
            <w:proofErr w:type="spellStart"/>
            <w:r>
              <w:t>szt</w:t>
            </w:r>
            <w:proofErr w:type="spellEnd"/>
            <w:r>
              <w:t>.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565E62" w14:textId="77777777" w:rsidR="00D8712A" w:rsidRDefault="00D8712A" w:rsidP="00410A61">
            <w:r>
              <w:t xml:space="preserve">Netto w </w:t>
            </w:r>
            <w:proofErr w:type="spellStart"/>
            <w:r>
              <w:t>zł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446FA0D4" w14:textId="77777777" w:rsidR="00D8712A" w:rsidRDefault="00D8712A" w:rsidP="00410A61">
            <w:pPr>
              <w:rPr>
                <w:highlight w:val="yellow"/>
              </w:rPr>
            </w:pPr>
          </w:p>
        </w:tc>
      </w:tr>
      <w:tr w:rsidR="00D8712A" w14:paraId="078165DE" w14:textId="77777777" w:rsidTr="00410A61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B810EB" w14:textId="77777777" w:rsidR="00D8712A" w:rsidRDefault="00D8712A" w:rsidP="00410A61">
            <w:pPr>
              <w:spacing w:after="0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6DD944" w14:textId="77777777" w:rsidR="00D8712A" w:rsidRDefault="00D8712A" w:rsidP="00410A61">
            <w:r>
              <w:t xml:space="preserve">Brutto w </w:t>
            </w:r>
            <w:proofErr w:type="spellStart"/>
            <w:r>
              <w:t>zł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2134F400" w14:textId="77777777" w:rsidR="00D8712A" w:rsidRDefault="00D8712A" w:rsidP="00410A61">
            <w:pPr>
              <w:rPr>
                <w:highlight w:val="yellow"/>
              </w:rPr>
            </w:pPr>
          </w:p>
        </w:tc>
      </w:tr>
      <w:tr w:rsidR="00D8712A" w14:paraId="60005625" w14:textId="77777777" w:rsidTr="00410A61">
        <w:tc>
          <w:tcPr>
            <w:tcW w:w="34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2D9C2A" w14:textId="1C7A4CCB" w:rsidR="00D8712A" w:rsidRDefault="00D8712A" w:rsidP="00410A61">
            <w:proofErr w:type="spellStart"/>
            <w:r>
              <w:t>Łączna</w:t>
            </w:r>
            <w:proofErr w:type="spellEnd"/>
            <w:r>
              <w:t xml:space="preserve"> </w:t>
            </w:r>
            <w:proofErr w:type="spellStart"/>
            <w:r>
              <w:t>Kwota</w:t>
            </w:r>
            <w:proofErr w:type="spellEnd"/>
            <w:r>
              <w:t xml:space="preserve"> za: </w:t>
            </w:r>
            <w:r>
              <w:t>2</w:t>
            </w:r>
            <w:r>
              <w:t xml:space="preserve"> </w:t>
            </w:r>
            <w:proofErr w:type="spellStart"/>
            <w:r>
              <w:t>szt</w:t>
            </w:r>
            <w:proofErr w:type="spellEnd"/>
            <w:r>
              <w:t>.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CCB8AC" w14:textId="77777777" w:rsidR="00D8712A" w:rsidRDefault="00D8712A" w:rsidP="00410A61">
            <w:r>
              <w:t xml:space="preserve">Netto w </w:t>
            </w:r>
            <w:proofErr w:type="spellStart"/>
            <w:r>
              <w:t>zł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52D567EA" w14:textId="77777777" w:rsidR="00D8712A" w:rsidRDefault="00D8712A" w:rsidP="00410A61">
            <w:pPr>
              <w:rPr>
                <w:highlight w:val="yellow"/>
              </w:rPr>
            </w:pPr>
          </w:p>
        </w:tc>
      </w:tr>
      <w:tr w:rsidR="00D8712A" w14:paraId="3D481156" w14:textId="77777777" w:rsidTr="00410A61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5B6FE" w14:textId="77777777" w:rsidR="00D8712A" w:rsidRDefault="00D8712A" w:rsidP="00410A61">
            <w:pPr>
              <w:spacing w:after="0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79D0D0" w14:textId="77777777" w:rsidR="00D8712A" w:rsidRDefault="00D8712A" w:rsidP="00410A61">
            <w:r>
              <w:t xml:space="preserve">Brutto w </w:t>
            </w:r>
            <w:proofErr w:type="spellStart"/>
            <w:r>
              <w:t>zł</w:t>
            </w:r>
            <w:proofErr w:type="spellEnd"/>
            <w:r>
              <w:t>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744CB1A6" w14:textId="77777777" w:rsidR="00D8712A" w:rsidRDefault="00D8712A" w:rsidP="00410A61">
            <w:pPr>
              <w:rPr>
                <w:highlight w:val="yellow"/>
              </w:rPr>
            </w:pPr>
          </w:p>
        </w:tc>
      </w:tr>
    </w:tbl>
    <w:p w14:paraId="48C5C95E" w14:textId="77777777" w:rsidR="00D8712A" w:rsidRDefault="00D8712A" w:rsidP="00F352C3"/>
    <w:p w14:paraId="40192F80" w14:textId="77777777" w:rsidR="00F352C3" w:rsidRDefault="00F352C3" w:rsidP="00F352C3">
      <w:r>
        <w:t xml:space="preserve">Oświadczamy, </w:t>
      </w:r>
      <w:proofErr w:type="spellStart"/>
      <w:r>
        <w:t>że</w:t>
      </w:r>
      <w:proofErr w:type="spellEnd"/>
      <w:r>
        <w:t xml:space="preserve"> </w:t>
      </w:r>
      <w:proofErr w:type="spellStart"/>
      <w:r>
        <w:t>oferowany</w:t>
      </w:r>
      <w:proofErr w:type="spellEnd"/>
      <w:r>
        <w:t xml:space="preserve"> </w:t>
      </w:r>
      <w:proofErr w:type="spellStart"/>
      <w:r>
        <w:t>przedmiot</w:t>
      </w:r>
      <w:proofErr w:type="spellEnd"/>
      <w:r>
        <w:t xml:space="preserve"> </w:t>
      </w:r>
      <w:proofErr w:type="spellStart"/>
      <w:r>
        <w:t>zamówienia</w:t>
      </w:r>
      <w:proofErr w:type="spellEnd"/>
      <w:r>
        <w:t xml:space="preserve"> </w:t>
      </w:r>
      <w:proofErr w:type="spellStart"/>
      <w:r>
        <w:t>spełnia</w:t>
      </w:r>
      <w:proofErr w:type="spellEnd"/>
      <w:r>
        <w:t xml:space="preserve"> </w:t>
      </w:r>
      <w:proofErr w:type="spellStart"/>
      <w:r>
        <w:t>wymagania</w:t>
      </w:r>
      <w:proofErr w:type="spellEnd"/>
      <w:r>
        <w:t xml:space="preserve"> </w:t>
      </w:r>
      <w:proofErr w:type="spellStart"/>
      <w:r>
        <w:t>wskazane</w:t>
      </w:r>
      <w:proofErr w:type="spellEnd"/>
      <w:r>
        <w:t xml:space="preserve"> w </w:t>
      </w:r>
      <w:proofErr w:type="spellStart"/>
      <w:r>
        <w:t>tabeli</w:t>
      </w:r>
      <w:proofErr w:type="spellEnd"/>
      <w:r>
        <w:t>.</w:t>
      </w:r>
    </w:p>
    <w:p w14:paraId="2140150C" w14:textId="77777777" w:rsidR="00F352C3" w:rsidRDefault="00F352C3" w:rsidP="00F352C3">
      <w:r>
        <w:t>.....................................................................................</w:t>
      </w:r>
      <w:r>
        <w:br/>
        <w:t xml:space="preserve">Data </w:t>
      </w:r>
      <w:proofErr w:type="spellStart"/>
      <w:r>
        <w:t>i</w:t>
      </w:r>
      <w:proofErr w:type="spellEnd"/>
      <w:r>
        <w:t xml:space="preserve"> </w:t>
      </w:r>
      <w:proofErr w:type="spellStart"/>
      <w:r>
        <w:t>podpis</w:t>
      </w:r>
      <w:proofErr w:type="spellEnd"/>
      <w:r>
        <w:t xml:space="preserve"> </w:t>
      </w:r>
      <w:proofErr w:type="spellStart"/>
      <w:r>
        <w:t>osoby</w:t>
      </w:r>
      <w:proofErr w:type="spellEnd"/>
      <w:r>
        <w:t xml:space="preserve"> </w:t>
      </w:r>
      <w:proofErr w:type="spellStart"/>
      <w:r>
        <w:t>upoważnionej</w:t>
      </w:r>
      <w:proofErr w:type="spellEnd"/>
      <w:r>
        <w:t xml:space="preserve"> do </w:t>
      </w:r>
      <w:proofErr w:type="spellStart"/>
      <w:r>
        <w:t>złożenia</w:t>
      </w:r>
      <w:proofErr w:type="spellEnd"/>
      <w:r>
        <w:t xml:space="preserve"> </w:t>
      </w:r>
      <w:proofErr w:type="spellStart"/>
      <w:r>
        <w:t>oferty</w:t>
      </w:r>
      <w:proofErr w:type="spellEnd"/>
    </w:p>
    <w:p w14:paraId="63D110EF" w14:textId="6F8A7009" w:rsidR="00F352C3" w:rsidRDefault="00F352C3">
      <w:pPr>
        <w:spacing w:after="200"/>
      </w:pPr>
      <w:r>
        <w:br w:type="page"/>
      </w:r>
    </w:p>
    <w:p w14:paraId="5528906C" w14:textId="77777777" w:rsidR="00F352C3" w:rsidRPr="00F352C3" w:rsidRDefault="00F352C3" w:rsidP="00F352C3">
      <w:pPr>
        <w:spacing w:after="80"/>
        <w:jc w:val="right"/>
      </w:pPr>
      <w:proofErr w:type="spellStart"/>
      <w:r w:rsidRPr="00F352C3">
        <w:rPr>
          <w:b/>
        </w:rPr>
        <w:lastRenderedPageBreak/>
        <w:t>Załącznik</w:t>
      </w:r>
      <w:proofErr w:type="spellEnd"/>
      <w:r w:rsidRPr="00F352C3">
        <w:rPr>
          <w:b/>
        </w:rPr>
        <w:t xml:space="preserve"> nr 4.17</w:t>
      </w:r>
    </w:p>
    <w:p w14:paraId="1039581B" w14:textId="77777777" w:rsidR="00F352C3" w:rsidRPr="00F352C3" w:rsidRDefault="00F352C3" w:rsidP="00F352C3">
      <w:pPr>
        <w:spacing w:after="80"/>
        <w:jc w:val="center"/>
      </w:pPr>
      <w:r w:rsidRPr="00F352C3">
        <w:rPr>
          <w:b/>
          <w:color w:val="1C324B"/>
          <w:sz w:val="28"/>
        </w:rPr>
        <w:t>OPIS PRZEDMIOTU ZAMÓWIENIA</w:t>
      </w:r>
    </w:p>
    <w:p w14:paraId="02F5ACB9" w14:textId="77777777" w:rsidR="00F352C3" w:rsidRPr="00F352C3" w:rsidRDefault="00F352C3" w:rsidP="00F352C3">
      <w:pPr>
        <w:spacing w:after="80"/>
        <w:jc w:val="center"/>
      </w:pPr>
      <w:bookmarkStart w:id="0" w:name="_Hlk244003399"/>
      <w:proofErr w:type="spellStart"/>
      <w:r w:rsidRPr="00F352C3">
        <w:rPr>
          <w:b/>
        </w:rPr>
        <w:t>Specyfikacja</w:t>
      </w:r>
      <w:proofErr w:type="spellEnd"/>
      <w:r w:rsidRPr="00F352C3">
        <w:rPr>
          <w:b/>
        </w:rPr>
        <w:t xml:space="preserve"> </w:t>
      </w:r>
      <w:proofErr w:type="spellStart"/>
      <w:r w:rsidRPr="00F352C3">
        <w:rPr>
          <w:b/>
        </w:rPr>
        <w:t>techniczna</w:t>
      </w:r>
      <w:proofErr w:type="spellEnd"/>
      <w:r w:rsidRPr="00F352C3">
        <w:rPr>
          <w:b/>
        </w:rPr>
        <w:t xml:space="preserve"> – </w:t>
      </w:r>
      <w:proofErr w:type="spellStart"/>
      <w:r w:rsidRPr="00F352C3">
        <w:rPr>
          <w:b/>
        </w:rPr>
        <w:t>urządzenia</w:t>
      </w:r>
      <w:proofErr w:type="spellEnd"/>
      <w:r w:rsidRPr="00F352C3">
        <w:rPr>
          <w:b/>
        </w:rPr>
        <w:t xml:space="preserve"> do </w:t>
      </w:r>
      <w:proofErr w:type="spellStart"/>
      <w:r w:rsidRPr="00F352C3">
        <w:rPr>
          <w:b/>
        </w:rPr>
        <w:t>doposażenia</w:t>
      </w:r>
      <w:proofErr w:type="spellEnd"/>
      <w:r w:rsidRPr="00F352C3">
        <w:rPr>
          <w:b/>
        </w:rPr>
        <w:t xml:space="preserve"> </w:t>
      </w:r>
      <w:proofErr w:type="spellStart"/>
      <w:r w:rsidRPr="00F352C3">
        <w:rPr>
          <w:b/>
        </w:rPr>
        <w:t>sali</w:t>
      </w:r>
      <w:proofErr w:type="spellEnd"/>
      <w:r w:rsidRPr="00F352C3">
        <w:rPr>
          <w:b/>
        </w:rPr>
        <w:t xml:space="preserve"> </w:t>
      </w:r>
      <w:proofErr w:type="spellStart"/>
      <w:r w:rsidRPr="00F352C3">
        <w:rPr>
          <w:b/>
        </w:rPr>
        <w:t>konferencyjnej</w:t>
      </w:r>
      <w:proofErr w:type="spellEnd"/>
    </w:p>
    <w:p w14:paraId="25EFEF6E" w14:textId="77777777" w:rsidR="00F352C3" w:rsidRPr="00F352C3" w:rsidRDefault="00F352C3" w:rsidP="00F352C3">
      <w:pPr>
        <w:spacing w:after="80"/>
      </w:pPr>
      <w:proofErr w:type="spellStart"/>
      <w:r w:rsidRPr="00F352C3">
        <w:t>Przedmiot</w:t>
      </w:r>
      <w:proofErr w:type="spellEnd"/>
      <w:r w:rsidRPr="00F352C3">
        <w:t xml:space="preserve"> </w:t>
      </w:r>
      <w:proofErr w:type="spellStart"/>
      <w:r w:rsidRPr="00F352C3">
        <w:t>zamówienia</w:t>
      </w:r>
      <w:proofErr w:type="spellEnd"/>
      <w:r w:rsidRPr="00F352C3">
        <w:t xml:space="preserve">: </w:t>
      </w:r>
      <w:proofErr w:type="spellStart"/>
      <w:r w:rsidRPr="00F352C3">
        <w:t>dostawa</w:t>
      </w:r>
      <w:proofErr w:type="spellEnd"/>
      <w:r w:rsidRPr="00F352C3">
        <w:t xml:space="preserve"> </w:t>
      </w:r>
      <w:proofErr w:type="spellStart"/>
      <w:r w:rsidRPr="00F352C3">
        <w:t>urządzeń</w:t>
      </w:r>
      <w:proofErr w:type="spellEnd"/>
      <w:r w:rsidRPr="00F352C3">
        <w:t xml:space="preserve"> </w:t>
      </w:r>
      <w:proofErr w:type="spellStart"/>
      <w:r w:rsidRPr="00F352C3">
        <w:t>i</w:t>
      </w:r>
      <w:proofErr w:type="spellEnd"/>
      <w:r w:rsidRPr="00F352C3">
        <w:t xml:space="preserve"> </w:t>
      </w:r>
      <w:proofErr w:type="spellStart"/>
      <w:r w:rsidRPr="00F352C3">
        <w:t>akcesoriów</w:t>
      </w:r>
      <w:proofErr w:type="spellEnd"/>
      <w:r w:rsidRPr="00F352C3">
        <w:t xml:space="preserve"> AV </w:t>
      </w:r>
      <w:proofErr w:type="spellStart"/>
      <w:r w:rsidRPr="00F352C3">
        <w:t>umożliwiających</w:t>
      </w:r>
      <w:proofErr w:type="spellEnd"/>
      <w:r w:rsidRPr="00F352C3">
        <w:t xml:space="preserve"> </w:t>
      </w:r>
      <w:proofErr w:type="spellStart"/>
      <w:r w:rsidRPr="00F352C3">
        <w:t>realizację</w:t>
      </w:r>
      <w:proofErr w:type="spellEnd"/>
      <w:r w:rsidRPr="00F352C3">
        <w:t xml:space="preserve"> </w:t>
      </w:r>
      <w:proofErr w:type="spellStart"/>
      <w:r w:rsidRPr="00F352C3">
        <w:t>funkcjonalności</w:t>
      </w:r>
      <w:proofErr w:type="spellEnd"/>
      <w:r w:rsidRPr="00F352C3">
        <w:t xml:space="preserve"> </w:t>
      </w:r>
      <w:proofErr w:type="spellStart"/>
      <w:r w:rsidRPr="00F352C3">
        <w:t>przedstawionych</w:t>
      </w:r>
      <w:proofErr w:type="spellEnd"/>
      <w:r w:rsidRPr="00F352C3">
        <w:t xml:space="preserve"> </w:t>
      </w:r>
      <w:proofErr w:type="spellStart"/>
      <w:r w:rsidRPr="00F352C3">
        <w:t>na</w:t>
      </w:r>
      <w:proofErr w:type="spellEnd"/>
      <w:r w:rsidRPr="00F352C3">
        <w:t xml:space="preserve"> </w:t>
      </w:r>
      <w:proofErr w:type="spellStart"/>
      <w:r w:rsidRPr="00F352C3">
        <w:t>pomocniczym</w:t>
      </w:r>
      <w:proofErr w:type="spellEnd"/>
      <w:r w:rsidRPr="00F352C3">
        <w:t xml:space="preserve"> </w:t>
      </w:r>
      <w:proofErr w:type="spellStart"/>
      <w:r w:rsidRPr="00F352C3">
        <w:t>schemacie</w:t>
      </w:r>
      <w:proofErr w:type="spellEnd"/>
      <w:r w:rsidRPr="00F352C3">
        <w:t xml:space="preserve"> </w:t>
      </w:r>
      <w:proofErr w:type="spellStart"/>
      <w:r w:rsidRPr="00F352C3">
        <w:t>połączeń</w:t>
      </w:r>
      <w:proofErr w:type="spellEnd"/>
      <w:r w:rsidRPr="00F352C3">
        <w:t xml:space="preserve"> </w:t>
      </w:r>
      <w:proofErr w:type="spellStart"/>
      <w:r w:rsidRPr="00F352C3">
        <w:t>sali</w:t>
      </w:r>
      <w:proofErr w:type="spellEnd"/>
      <w:r w:rsidRPr="00F352C3">
        <w:t xml:space="preserve"> </w:t>
      </w:r>
      <w:proofErr w:type="spellStart"/>
      <w:r w:rsidRPr="00F352C3">
        <w:t>konferencyjnej</w:t>
      </w:r>
      <w:proofErr w:type="spellEnd"/>
      <w:r w:rsidRPr="00F352C3">
        <w:t xml:space="preserve">. </w:t>
      </w:r>
      <w:proofErr w:type="spellStart"/>
      <w:r w:rsidRPr="00F352C3">
        <w:t>Zamówienie</w:t>
      </w:r>
      <w:proofErr w:type="spellEnd"/>
      <w:r w:rsidRPr="00F352C3">
        <w:t xml:space="preserve"> </w:t>
      </w:r>
      <w:proofErr w:type="spellStart"/>
      <w:r w:rsidRPr="00F352C3">
        <w:t>dotyczy</w:t>
      </w:r>
      <w:proofErr w:type="spellEnd"/>
      <w:r w:rsidRPr="00F352C3">
        <w:t xml:space="preserve"> </w:t>
      </w:r>
      <w:proofErr w:type="spellStart"/>
      <w:r w:rsidRPr="00F352C3">
        <w:t>wyłącznie</w:t>
      </w:r>
      <w:proofErr w:type="spellEnd"/>
      <w:r w:rsidRPr="00F352C3">
        <w:t xml:space="preserve"> </w:t>
      </w:r>
      <w:proofErr w:type="spellStart"/>
      <w:r w:rsidRPr="00F352C3">
        <w:t>dostawy</w:t>
      </w:r>
      <w:proofErr w:type="spellEnd"/>
      <w:r w:rsidRPr="00F352C3">
        <w:t xml:space="preserve"> </w:t>
      </w:r>
      <w:proofErr w:type="spellStart"/>
      <w:r w:rsidRPr="00F352C3">
        <w:t>sprzętu</w:t>
      </w:r>
      <w:proofErr w:type="spellEnd"/>
      <w:r w:rsidRPr="00F352C3">
        <w:t xml:space="preserve">, bez </w:t>
      </w:r>
      <w:proofErr w:type="spellStart"/>
      <w:r w:rsidRPr="00F352C3">
        <w:t>usług</w:t>
      </w:r>
      <w:proofErr w:type="spellEnd"/>
      <w:r w:rsidRPr="00F352C3">
        <w:t xml:space="preserve"> </w:t>
      </w:r>
      <w:proofErr w:type="spellStart"/>
      <w:r w:rsidRPr="00F352C3">
        <w:t>montażu</w:t>
      </w:r>
      <w:proofErr w:type="spellEnd"/>
      <w:r w:rsidRPr="00F352C3">
        <w:t xml:space="preserve">, </w:t>
      </w:r>
      <w:proofErr w:type="spellStart"/>
      <w:r w:rsidRPr="00F352C3">
        <w:t>konfiguracji</w:t>
      </w:r>
      <w:proofErr w:type="spellEnd"/>
      <w:r w:rsidRPr="00F352C3">
        <w:t xml:space="preserve">, </w:t>
      </w:r>
      <w:proofErr w:type="spellStart"/>
      <w:r w:rsidRPr="00F352C3">
        <w:t>uruchomienia</w:t>
      </w:r>
      <w:proofErr w:type="spellEnd"/>
      <w:r w:rsidRPr="00F352C3">
        <w:t xml:space="preserve">, </w:t>
      </w:r>
      <w:proofErr w:type="spellStart"/>
      <w:r w:rsidRPr="00F352C3">
        <w:t>szkolenia</w:t>
      </w:r>
      <w:proofErr w:type="spellEnd"/>
      <w:r w:rsidRPr="00F352C3">
        <w:t xml:space="preserve"> </w:t>
      </w:r>
      <w:proofErr w:type="spellStart"/>
      <w:r w:rsidRPr="00F352C3">
        <w:t>lub</w:t>
      </w:r>
      <w:proofErr w:type="spellEnd"/>
      <w:r w:rsidRPr="00F352C3">
        <w:t xml:space="preserve"> </w:t>
      </w:r>
      <w:proofErr w:type="spellStart"/>
      <w:r w:rsidRPr="00F352C3">
        <w:t>testów</w:t>
      </w:r>
      <w:proofErr w:type="spellEnd"/>
      <w:r w:rsidRPr="00F352C3">
        <w:t>.</w:t>
      </w:r>
    </w:p>
    <w:p w14:paraId="00C1079D" w14:textId="77777777" w:rsidR="00F352C3" w:rsidRPr="00F352C3" w:rsidRDefault="00F352C3" w:rsidP="00F352C3">
      <w:pPr>
        <w:spacing w:after="80"/>
      </w:pPr>
      <w:r w:rsidRPr="00F352C3">
        <w:t xml:space="preserve">Producent </w:t>
      </w:r>
      <w:proofErr w:type="spellStart"/>
      <w:r w:rsidRPr="00F352C3">
        <w:t>oferowanych</w:t>
      </w:r>
      <w:proofErr w:type="spellEnd"/>
      <w:r w:rsidRPr="00F352C3">
        <w:t xml:space="preserve"> urządzeń: ...........................................     Model / </w:t>
      </w:r>
      <w:proofErr w:type="spellStart"/>
      <w:r w:rsidRPr="00F352C3">
        <w:t>oznaczenie</w:t>
      </w:r>
      <w:proofErr w:type="spellEnd"/>
      <w:r w:rsidRPr="00F352C3">
        <w:t>: ...........................................</w:t>
      </w:r>
      <w:bookmarkEnd w:id="0"/>
    </w:p>
    <w:p w14:paraId="084DC271" w14:textId="77777777" w:rsidR="00F352C3" w:rsidRPr="00F352C3" w:rsidRDefault="00F352C3" w:rsidP="00F352C3">
      <w:pPr>
        <w:spacing w:after="80"/>
      </w:pPr>
    </w:p>
    <w:tbl>
      <w:tblPr>
        <w:tblStyle w:val="Tabelasiatki6kolorowaakcent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3"/>
        <w:gridCol w:w="6764"/>
        <w:gridCol w:w="1679"/>
      </w:tblGrid>
      <w:tr w:rsidR="00F352C3" w:rsidRPr="00F352C3" w14:paraId="7BA043BB" w14:textId="77777777" w:rsidTr="00D8712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bottom w:val="none" w:sz="0" w:space="0" w:color="auto"/>
            </w:tcBorders>
          </w:tcPr>
          <w:p w14:paraId="2A292991" w14:textId="77777777" w:rsidR="00F352C3" w:rsidRPr="00F352C3" w:rsidRDefault="00F352C3" w:rsidP="00F352C3">
            <w:pPr>
              <w:spacing w:before="20" w:after="20"/>
              <w:rPr>
                <w:color w:val="000000" w:themeColor="text1"/>
              </w:rPr>
            </w:pPr>
            <w:bookmarkStart w:id="1" w:name="_Hlk244003455"/>
            <w:proofErr w:type="spellStart"/>
            <w:r w:rsidRPr="00F352C3">
              <w:rPr>
                <w:color w:val="000000" w:themeColor="text1"/>
                <w:sz w:val="15"/>
              </w:rPr>
              <w:t>Cecha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/ </w:t>
            </w:r>
            <w:proofErr w:type="spellStart"/>
            <w:r w:rsidRPr="00F352C3">
              <w:rPr>
                <w:color w:val="000000" w:themeColor="text1"/>
                <w:sz w:val="15"/>
              </w:rPr>
              <w:t>parametr</w:t>
            </w:r>
            <w:proofErr w:type="spellEnd"/>
          </w:p>
        </w:tc>
        <w:tc>
          <w:tcPr>
            <w:tcW w:w="0" w:type="auto"/>
            <w:tcBorders>
              <w:bottom w:val="none" w:sz="0" w:space="0" w:color="auto"/>
            </w:tcBorders>
          </w:tcPr>
          <w:p w14:paraId="082C6DB8" w14:textId="77777777" w:rsidR="00F352C3" w:rsidRPr="00F352C3" w:rsidRDefault="00F352C3" w:rsidP="00F352C3">
            <w:pPr>
              <w:spacing w:before="20" w:after="2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proofErr w:type="spellStart"/>
            <w:r w:rsidRPr="00F352C3">
              <w:rPr>
                <w:color w:val="000000" w:themeColor="text1"/>
                <w:sz w:val="15"/>
              </w:rPr>
              <w:t>Minimalne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wymagania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techniczne</w:t>
            </w:r>
            <w:proofErr w:type="spellEnd"/>
          </w:p>
        </w:tc>
        <w:tc>
          <w:tcPr>
            <w:tcW w:w="0" w:type="auto"/>
            <w:tcBorders>
              <w:bottom w:val="none" w:sz="0" w:space="0" w:color="auto"/>
            </w:tcBorders>
            <w:shd w:val="clear" w:color="auto" w:fill="FFFF99"/>
          </w:tcPr>
          <w:p w14:paraId="2B79D2FF" w14:textId="77777777" w:rsidR="00F352C3" w:rsidRPr="00F352C3" w:rsidRDefault="00F352C3" w:rsidP="00F352C3">
            <w:pPr>
              <w:spacing w:before="20" w:after="2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proofErr w:type="spellStart"/>
            <w:r w:rsidRPr="00F352C3">
              <w:rPr>
                <w:color w:val="000000" w:themeColor="text1"/>
                <w:sz w:val="15"/>
              </w:rPr>
              <w:t>Oferowane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parametry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(</w:t>
            </w:r>
            <w:proofErr w:type="spellStart"/>
            <w:r w:rsidRPr="00F352C3">
              <w:rPr>
                <w:color w:val="000000" w:themeColor="text1"/>
                <w:sz w:val="15"/>
              </w:rPr>
              <w:t>wypełnia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Wykonawca</w:t>
            </w:r>
            <w:proofErr w:type="spellEnd"/>
            <w:r w:rsidRPr="00F352C3">
              <w:rPr>
                <w:color w:val="000000" w:themeColor="text1"/>
                <w:sz w:val="15"/>
              </w:rPr>
              <w:t>)</w:t>
            </w:r>
          </w:p>
        </w:tc>
      </w:tr>
      <w:tr w:rsidR="00F352C3" w:rsidRPr="00F352C3" w14:paraId="589F8CCB" w14:textId="77777777" w:rsidTr="00D871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4E53633E" w14:textId="77777777" w:rsidR="00F352C3" w:rsidRPr="00F352C3" w:rsidRDefault="00F352C3" w:rsidP="00F352C3">
            <w:pPr>
              <w:spacing w:before="20" w:after="20"/>
              <w:rPr>
                <w:color w:val="000000" w:themeColor="text1"/>
              </w:rPr>
            </w:pPr>
            <w:proofErr w:type="spellStart"/>
            <w:r w:rsidRPr="00F352C3">
              <w:rPr>
                <w:color w:val="000000" w:themeColor="text1"/>
                <w:sz w:val="15"/>
              </w:rPr>
              <w:t>Przeznaczenie</w:t>
            </w:r>
            <w:proofErr w:type="spellEnd"/>
          </w:p>
        </w:tc>
        <w:tc>
          <w:tcPr>
            <w:tcW w:w="0" w:type="auto"/>
          </w:tcPr>
          <w:p w14:paraId="70131EF5" w14:textId="77777777" w:rsidR="00F352C3" w:rsidRPr="00F352C3" w:rsidRDefault="00F352C3" w:rsidP="00F352C3">
            <w:pPr>
              <w:spacing w:before="20"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proofErr w:type="spellStart"/>
            <w:r w:rsidRPr="00F352C3">
              <w:rPr>
                <w:color w:val="000000" w:themeColor="text1"/>
                <w:sz w:val="15"/>
              </w:rPr>
              <w:t>Zestaw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urządzeń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do </w:t>
            </w:r>
            <w:proofErr w:type="spellStart"/>
            <w:r w:rsidRPr="00F352C3">
              <w:rPr>
                <w:color w:val="000000" w:themeColor="text1"/>
                <w:sz w:val="15"/>
              </w:rPr>
              <w:t>dystrybucji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sygnału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AV w </w:t>
            </w:r>
            <w:proofErr w:type="spellStart"/>
            <w:r w:rsidRPr="00F352C3">
              <w:rPr>
                <w:color w:val="000000" w:themeColor="text1"/>
                <w:sz w:val="15"/>
              </w:rPr>
              <w:t>sali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konferencyjnej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o </w:t>
            </w:r>
            <w:proofErr w:type="spellStart"/>
            <w:r w:rsidRPr="00F352C3">
              <w:rPr>
                <w:color w:val="000000" w:themeColor="text1"/>
                <w:sz w:val="15"/>
              </w:rPr>
              <w:t>powierzchni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ok. 25 m²: </w:t>
            </w:r>
            <w:proofErr w:type="spellStart"/>
            <w:r w:rsidRPr="00F352C3">
              <w:rPr>
                <w:color w:val="000000" w:themeColor="text1"/>
                <w:sz w:val="15"/>
              </w:rPr>
              <w:t>prezentacja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z </w:t>
            </w:r>
            <w:proofErr w:type="spellStart"/>
            <w:r w:rsidRPr="00F352C3">
              <w:rPr>
                <w:color w:val="000000" w:themeColor="text1"/>
                <w:sz w:val="15"/>
              </w:rPr>
              <w:t>komputera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sali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oraz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bezprzewodowa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prezentacja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z </w:t>
            </w:r>
            <w:proofErr w:type="spellStart"/>
            <w:r w:rsidRPr="00F352C3">
              <w:rPr>
                <w:color w:val="000000" w:themeColor="text1"/>
                <w:sz w:val="15"/>
              </w:rPr>
              <w:t>urządzeń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gości</w:t>
            </w:r>
            <w:proofErr w:type="spellEnd"/>
            <w:r w:rsidRPr="00F352C3">
              <w:rPr>
                <w:color w:val="000000" w:themeColor="text1"/>
                <w:sz w:val="15"/>
              </w:rPr>
              <w:t>.</w:t>
            </w:r>
          </w:p>
        </w:tc>
        <w:tc>
          <w:tcPr>
            <w:tcW w:w="0" w:type="auto"/>
            <w:shd w:val="clear" w:color="auto" w:fill="FFFF99"/>
          </w:tcPr>
          <w:p w14:paraId="28978A40" w14:textId="77777777" w:rsidR="00F352C3" w:rsidRPr="00F352C3" w:rsidRDefault="00F352C3" w:rsidP="00F352C3">
            <w:pPr>
              <w:spacing w:before="20"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F352C3" w:rsidRPr="00F352C3" w14:paraId="1865DA5A" w14:textId="77777777" w:rsidTr="00D8712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7BE935E3" w14:textId="77777777" w:rsidR="00F352C3" w:rsidRPr="00F352C3" w:rsidRDefault="00F352C3" w:rsidP="00F352C3">
            <w:pPr>
              <w:spacing w:before="20" w:after="20"/>
              <w:rPr>
                <w:color w:val="000000" w:themeColor="text1"/>
              </w:rPr>
            </w:pPr>
            <w:proofErr w:type="spellStart"/>
            <w:r w:rsidRPr="00F352C3">
              <w:rPr>
                <w:color w:val="000000" w:themeColor="text1"/>
                <w:sz w:val="15"/>
              </w:rPr>
              <w:t>Zakres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dostawy</w:t>
            </w:r>
            <w:proofErr w:type="spellEnd"/>
          </w:p>
        </w:tc>
        <w:tc>
          <w:tcPr>
            <w:tcW w:w="0" w:type="auto"/>
          </w:tcPr>
          <w:p w14:paraId="3CC5461E" w14:textId="77777777" w:rsidR="00F352C3" w:rsidRPr="00F352C3" w:rsidRDefault="00F352C3" w:rsidP="00F352C3">
            <w:pPr>
              <w:spacing w:before="20"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F352C3">
              <w:rPr>
                <w:color w:val="000000" w:themeColor="text1"/>
                <w:sz w:val="15"/>
              </w:rPr>
              <w:t xml:space="preserve">Co </w:t>
            </w:r>
            <w:proofErr w:type="spellStart"/>
            <w:r w:rsidRPr="00F352C3">
              <w:rPr>
                <w:color w:val="000000" w:themeColor="text1"/>
                <w:sz w:val="15"/>
              </w:rPr>
              <w:t>najmniej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: </w:t>
            </w:r>
            <w:proofErr w:type="spellStart"/>
            <w:r w:rsidRPr="00F352C3">
              <w:rPr>
                <w:color w:val="000000" w:themeColor="text1"/>
                <w:sz w:val="15"/>
              </w:rPr>
              <w:t>matryca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HDMI z </w:t>
            </w:r>
            <w:proofErr w:type="spellStart"/>
            <w:r w:rsidRPr="00F352C3">
              <w:rPr>
                <w:color w:val="000000" w:themeColor="text1"/>
                <w:sz w:val="15"/>
              </w:rPr>
              <w:t>wyjściem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audio, system </w:t>
            </w:r>
            <w:proofErr w:type="spellStart"/>
            <w:r w:rsidRPr="00F352C3">
              <w:rPr>
                <w:color w:val="000000" w:themeColor="text1"/>
                <w:sz w:val="15"/>
              </w:rPr>
              <w:t>prezentacji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bezprzewodowej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, </w:t>
            </w:r>
            <w:proofErr w:type="spellStart"/>
            <w:r w:rsidRPr="00F352C3">
              <w:rPr>
                <w:color w:val="000000" w:themeColor="text1"/>
                <w:sz w:val="15"/>
              </w:rPr>
              <w:t>komplet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nadajnika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i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odbiornika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HDMI do </w:t>
            </w:r>
            <w:proofErr w:type="spellStart"/>
            <w:r w:rsidRPr="00F352C3">
              <w:rPr>
                <w:color w:val="000000" w:themeColor="text1"/>
                <w:sz w:val="15"/>
              </w:rPr>
              <w:t>projektora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, </w:t>
            </w:r>
            <w:proofErr w:type="spellStart"/>
            <w:r w:rsidRPr="00F352C3">
              <w:rPr>
                <w:color w:val="000000" w:themeColor="text1"/>
                <w:sz w:val="15"/>
              </w:rPr>
              <w:t>niezbędne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adaptery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i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przewody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oraz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elementy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zasilające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. </w:t>
            </w:r>
            <w:proofErr w:type="spellStart"/>
            <w:r w:rsidRPr="00F352C3">
              <w:rPr>
                <w:color w:val="000000" w:themeColor="text1"/>
                <w:sz w:val="15"/>
              </w:rPr>
              <w:t>Sprzęt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sieciowy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i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sterujący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– </w:t>
            </w:r>
            <w:proofErr w:type="spellStart"/>
            <w:r w:rsidRPr="00F352C3">
              <w:rPr>
                <w:color w:val="000000" w:themeColor="text1"/>
                <w:sz w:val="15"/>
              </w:rPr>
              <w:t>jeżeli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jest </w:t>
            </w:r>
            <w:proofErr w:type="spellStart"/>
            <w:r w:rsidRPr="00F352C3">
              <w:rPr>
                <w:color w:val="000000" w:themeColor="text1"/>
                <w:sz w:val="15"/>
              </w:rPr>
              <w:t>konieczny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do </w:t>
            </w:r>
            <w:proofErr w:type="spellStart"/>
            <w:r w:rsidRPr="00F352C3">
              <w:rPr>
                <w:color w:val="000000" w:themeColor="text1"/>
                <w:sz w:val="15"/>
              </w:rPr>
              <w:t>realizacji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wymaganych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funkcji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i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nie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jest </w:t>
            </w:r>
            <w:proofErr w:type="spellStart"/>
            <w:r w:rsidRPr="00F352C3">
              <w:rPr>
                <w:color w:val="000000" w:themeColor="text1"/>
                <w:sz w:val="15"/>
              </w:rPr>
              <w:t>zapewniony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przez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Zamawiającego</w:t>
            </w:r>
            <w:proofErr w:type="spellEnd"/>
            <w:r w:rsidRPr="00F352C3">
              <w:rPr>
                <w:color w:val="000000" w:themeColor="text1"/>
                <w:sz w:val="15"/>
              </w:rPr>
              <w:t>.</w:t>
            </w:r>
          </w:p>
        </w:tc>
        <w:tc>
          <w:tcPr>
            <w:tcW w:w="0" w:type="auto"/>
            <w:shd w:val="clear" w:color="auto" w:fill="FFFF99"/>
          </w:tcPr>
          <w:p w14:paraId="771FC217" w14:textId="77777777" w:rsidR="00F352C3" w:rsidRPr="00F352C3" w:rsidRDefault="00F352C3" w:rsidP="00F352C3">
            <w:pPr>
              <w:spacing w:before="20"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F352C3" w:rsidRPr="00F352C3" w14:paraId="046B89C8" w14:textId="77777777" w:rsidTr="00D871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16767B0D" w14:textId="77777777" w:rsidR="00F352C3" w:rsidRPr="00F352C3" w:rsidRDefault="00F352C3" w:rsidP="00F352C3">
            <w:pPr>
              <w:spacing w:before="20" w:after="20"/>
              <w:rPr>
                <w:color w:val="000000" w:themeColor="text1"/>
              </w:rPr>
            </w:pPr>
            <w:proofErr w:type="spellStart"/>
            <w:r w:rsidRPr="00F352C3">
              <w:rPr>
                <w:color w:val="000000" w:themeColor="text1"/>
                <w:sz w:val="15"/>
              </w:rPr>
              <w:t>Istniejący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komputer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sali</w:t>
            </w:r>
            <w:proofErr w:type="spellEnd"/>
          </w:p>
        </w:tc>
        <w:tc>
          <w:tcPr>
            <w:tcW w:w="0" w:type="auto"/>
          </w:tcPr>
          <w:p w14:paraId="5A5B58B8" w14:textId="77777777" w:rsidR="00F352C3" w:rsidRPr="00F352C3" w:rsidRDefault="00F352C3" w:rsidP="00F352C3">
            <w:pPr>
              <w:spacing w:before="20"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proofErr w:type="spellStart"/>
            <w:r w:rsidRPr="00F352C3">
              <w:rPr>
                <w:color w:val="000000" w:themeColor="text1"/>
                <w:sz w:val="15"/>
              </w:rPr>
              <w:t>Komputer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z </w:t>
            </w:r>
            <w:proofErr w:type="spellStart"/>
            <w:r w:rsidRPr="00F352C3">
              <w:rPr>
                <w:color w:val="000000" w:themeColor="text1"/>
                <w:sz w:val="15"/>
              </w:rPr>
              <w:t>systemem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Windows, z </w:t>
            </w:r>
            <w:proofErr w:type="spellStart"/>
            <w:r w:rsidRPr="00F352C3">
              <w:rPr>
                <w:color w:val="000000" w:themeColor="text1"/>
                <w:sz w:val="15"/>
              </w:rPr>
              <w:t>wyjściem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HDMI </w:t>
            </w:r>
            <w:proofErr w:type="spellStart"/>
            <w:r w:rsidRPr="00F352C3">
              <w:rPr>
                <w:color w:val="000000" w:themeColor="text1"/>
                <w:sz w:val="15"/>
              </w:rPr>
              <w:t>lub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DisplayPort; </w:t>
            </w:r>
            <w:proofErr w:type="spellStart"/>
            <w:r w:rsidRPr="00F352C3">
              <w:rPr>
                <w:color w:val="000000" w:themeColor="text1"/>
                <w:sz w:val="15"/>
              </w:rPr>
              <w:t>pozostaje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własnością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Zamawiającego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. W </w:t>
            </w:r>
            <w:proofErr w:type="spellStart"/>
            <w:r w:rsidRPr="00F352C3">
              <w:rPr>
                <w:color w:val="000000" w:themeColor="text1"/>
                <w:sz w:val="15"/>
              </w:rPr>
              <w:t>razie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konieczności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dostarczyć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aktywny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adapter DisplayPort → HDMI o </w:t>
            </w:r>
            <w:proofErr w:type="spellStart"/>
            <w:r w:rsidRPr="00F352C3">
              <w:rPr>
                <w:color w:val="000000" w:themeColor="text1"/>
                <w:sz w:val="15"/>
              </w:rPr>
              <w:t>parametrach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dostosowanych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do </w:t>
            </w:r>
            <w:proofErr w:type="spellStart"/>
            <w:r w:rsidRPr="00F352C3">
              <w:rPr>
                <w:color w:val="000000" w:themeColor="text1"/>
                <w:sz w:val="15"/>
              </w:rPr>
              <w:t>toru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wideo</w:t>
            </w:r>
            <w:proofErr w:type="spellEnd"/>
            <w:r w:rsidRPr="00F352C3">
              <w:rPr>
                <w:color w:val="000000" w:themeColor="text1"/>
                <w:sz w:val="15"/>
              </w:rPr>
              <w:t>.</w:t>
            </w:r>
          </w:p>
        </w:tc>
        <w:tc>
          <w:tcPr>
            <w:tcW w:w="0" w:type="auto"/>
            <w:shd w:val="clear" w:color="auto" w:fill="FFFF99"/>
          </w:tcPr>
          <w:p w14:paraId="7D67711E" w14:textId="77777777" w:rsidR="00F352C3" w:rsidRPr="00F352C3" w:rsidRDefault="00F352C3" w:rsidP="00F352C3">
            <w:pPr>
              <w:spacing w:before="20"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F352C3" w:rsidRPr="00F352C3" w14:paraId="3446117D" w14:textId="77777777" w:rsidTr="00D8712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2C917721" w14:textId="77777777" w:rsidR="00F352C3" w:rsidRPr="00F352C3" w:rsidRDefault="00F352C3" w:rsidP="00F352C3">
            <w:pPr>
              <w:spacing w:before="20" w:after="20"/>
              <w:rPr>
                <w:color w:val="000000" w:themeColor="text1"/>
              </w:rPr>
            </w:pPr>
            <w:proofErr w:type="spellStart"/>
            <w:r w:rsidRPr="00F352C3">
              <w:rPr>
                <w:color w:val="000000" w:themeColor="text1"/>
                <w:sz w:val="15"/>
              </w:rPr>
              <w:t>Istniejący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telewizor</w:t>
            </w:r>
            <w:proofErr w:type="spellEnd"/>
          </w:p>
        </w:tc>
        <w:tc>
          <w:tcPr>
            <w:tcW w:w="0" w:type="auto"/>
          </w:tcPr>
          <w:p w14:paraId="6393ECAD" w14:textId="77777777" w:rsidR="00F352C3" w:rsidRPr="00F352C3" w:rsidRDefault="00F352C3" w:rsidP="00F352C3">
            <w:pPr>
              <w:spacing w:before="20"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proofErr w:type="spellStart"/>
            <w:r w:rsidRPr="00F352C3">
              <w:rPr>
                <w:color w:val="000000" w:themeColor="text1"/>
                <w:sz w:val="15"/>
              </w:rPr>
              <w:t>Telewizor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65 </w:t>
            </w:r>
            <w:proofErr w:type="spellStart"/>
            <w:r w:rsidRPr="00F352C3">
              <w:rPr>
                <w:color w:val="000000" w:themeColor="text1"/>
                <w:sz w:val="15"/>
              </w:rPr>
              <w:t>cali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4K UHD z </w:t>
            </w:r>
            <w:proofErr w:type="spellStart"/>
            <w:r w:rsidRPr="00F352C3">
              <w:rPr>
                <w:color w:val="000000" w:themeColor="text1"/>
                <w:sz w:val="15"/>
              </w:rPr>
              <w:t>wejściem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HDMI; </w:t>
            </w:r>
            <w:proofErr w:type="spellStart"/>
            <w:r w:rsidRPr="00F352C3">
              <w:rPr>
                <w:color w:val="000000" w:themeColor="text1"/>
                <w:sz w:val="15"/>
              </w:rPr>
              <w:t>podłączenie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do </w:t>
            </w:r>
            <w:proofErr w:type="spellStart"/>
            <w:r w:rsidRPr="00F352C3">
              <w:rPr>
                <w:color w:val="000000" w:themeColor="text1"/>
                <w:sz w:val="15"/>
              </w:rPr>
              <w:t>pierwszego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wyjścia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matrycy</w:t>
            </w:r>
            <w:proofErr w:type="spellEnd"/>
            <w:r w:rsidRPr="00F352C3">
              <w:rPr>
                <w:color w:val="000000" w:themeColor="text1"/>
                <w:sz w:val="15"/>
              </w:rPr>
              <w:t>.</w:t>
            </w:r>
          </w:p>
        </w:tc>
        <w:tc>
          <w:tcPr>
            <w:tcW w:w="0" w:type="auto"/>
            <w:shd w:val="clear" w:color="auto" w:fill="FFFF99"/>
          </w:tcPr>
          <w:p w14:paraId="3CEB91D3" w14:textId="77777777" w:rsidR="00F352C3" w:rsidRPr="00F352C3" w:rsidRDefault="00F352C3" w:rsidP="00F352C3">
            <w:pPr>
              <w:spacing w:before="20"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F352C3" w:rsidRPr="00F352C3" w14:paraId="5BB3BCC8" w14:textId="77777777" w:rsidTr="00D871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7F19A6F9" w14:textId="77777777" w:rsidR="00F352C3" w:rsidRPr="00F352C3" w:rsidRDefault="00F352C3" w:rsidP="00F352C3">
            <w:pPr>
              <w:spacing w:before="20" w:after="20"/>
              <w:rPr>
                <w:color w:val="000000" w:themeColor="text1"/>
              </w:rPr>
            </w:pPr>
            <w:proofErr w:type="spellStart"/>
            <w:r w:rsidRPr="00F352C3">
              <w:rPr>
                <w:color w:val="000000" w:themeColor="text1"/>
                <w:sz w:val="15"/>
              </w:rPr>
              <w:t>Istniejący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projektor</w:t>
            </w:r>
            <w:proofErr w:type="spellEnd"/>
          </w:p>
        </w:tc>
        <w:tc>
          <w:tcPr>
            <w:tcW w:w="0" w:type="auto"/>
          </w:tcPr>
          <w:p w14:paraId="16279200" w14:textId="77777777" w:rsidR="00F352C3" w:rsidRPr="00F352C3" w:rsidRDefault="00F352C3" w:rsidP="00F352C3">
            <w:pPr>
              <w:spacing w:before="20"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proofErr w:type="spellStart"/>
            <w:r w:rsidRPr="00F352C3">
              <w:rPr>
                <w:color w:val="000000" w:themeColor="text1"/>
                <w:sz w:val="15"/>
              </w:rPr>
              <w:t>Projektor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z </w:t>
            </w:r>
            <w:proofErr w:type="spellStart"/>
            <w:r w:rsidRPr="00F352C3">
              <w:rPr>
                <w:color w:val="000000" w:themeColor="text1"/>
                <w:sz w:val="15"/>
              </w:rPr>
              <w:t>wejściem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HDMI; </w:t>
            </w:r>
            <w:proofErr w:type="spellStart"/>
            <w:r w:rsidRPr="00F352C3">
              <w:rPr>
                <w:color w:val="000000" w:themeColor="text1"/>
                <w:sz w:val="15"/>
              </w:rPr>
              <w:t>sygnał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dostarczany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z </w:t>
            </w:r>
            <w:proofErr w:type="spellStart"/>
            <w:r w:rsidRPr="00F352C3">
              <w:rPr>
                <w:color w:val="000000" w:themeColor="text1"/>
                <w:sz w:val="15"/>
              </w:rPr>
              <w:t>drugiego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wyjścia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matrycy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przez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bezprzewodowy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przedłużacz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HDMI.</w:t>
            </w:r>
          </w:p>
        </w:tc>
        <w:tc>
          <w:tcPr>
            <w:tcW w:w="0" w:type="auto"/>
            <w:shd w:val="clear" w:color="auto" w:fill="FFFF99"/>
          </w:tcPr>
          <w:p w14:paraId="0718C113" w14:textId="77777777" w:rsidR="00F352C3" w:rsidRPr="00F352C3" w:rsidRDefault="00F352C3" w:rsidP="00F352C3">
            <w:pPr>
              <w:spacing w:before="20"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F352C3" w:rsidRPr="00F352C3" w14:paraId="70818275" w14:textId="77777777" w:rsidTr="00D8712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195E3E6B" w14:textId="77777777" w:rsidR="00F352C3" w:rsidRPr="00F352C3" w:rsidRDefault="00F352C3" w:rsidP="00F352C3">
            <w:pPr>
              <w:spacing w:before="20" w:after="20"/>
              <w:rPr>
                <w:color w:val="000000" w:themeColor="text1"/>
              </w:rPr>
            </w:pPr>
            <w:proofErr w:type="spellStart"/>
            <w:r w:rsidRPr="00F352C3">
              <w:rPr>
                <w:color w:val="000000" w:themeColor="text1"/>
                <w:sz w:val="15"/>
              </w:rPr>
              <w:t>Istniejący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system audio</w:t>
            </w:r>
          </w:p>
        </w:tc>
        <w:tc>
          <w:tcPr>
            <w:tcW w:w="0" w:type="auto"/>
          </w:tcPr>
          <w:p w14:paraId="4F8D48B7" w14:textId="77777777" w:rsidR="00F352C3" w:rsidRPr="00F352C3" w:rsidRDefault="00F352C3" w:rsidP="00F352C3">
            <w:pPr>
              <w:spacing w:before="20"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F352C3">
              <w:rPr>
                <w:color w:val="000000" w:themeColor="text1"/>
                <w:sz w:val="15"/>
              </w:rPr>
              <w:t xml:space="preserve">Soundbar z </w:t>
            </w:r>
            <w:proofErr w:type="spellStart"/>
            <w:r w:rsidRPr="00F352C3">
              <w:rPr>
                <w:color w:val="000000" w:themeColor="text1"/>
                <w:sz w:val="15"/>
              </w:rPr>
              <w:t>subwooferem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wyposażony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w </w:t>
            </w:r>
            <w:proofErr w:type="spellStart"/>
            <w:r w:rsidRPr="00F352C3">
              <w:rPr>
                <w:color w:val="000000" w:themeColor="text1"/>
                <w:sz w:val="15"/>
              </w:rPr>
              <w:t>wejście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optyczne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; </w:t>
            </w:r>
            <w:proofErr w:type="spellStart"/>
            <w:r w:rsidRPr="00F352C3">
              <w:rPr>
                <w:color w:val="000000" w:themeColor="text1"/>
                <w:sz w:val="15"/>
              </w:rPr>
              <w:t>zapewnienie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możliwości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podania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dźwięku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ze </w:t>
            </w:r>
            <w:proofErr w:type="spellStart"/>
            <w:r w:rsidRPr="00F352C3">
              <w:rPr>
                <w:color w:val="000000" w:themeColor="text1"/>
                <w:sz w:val="15"/>
              </w:rPr>
              <w:t>źródła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wybranego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w </w:t>
            </w:r>
            <w:proofErr w:type="spellStart"/>
            <w:r w:rsidRPr="00F352C3">
              <w:rPr>
                <w:color w:val="000000" w:themeColor="text1"/>
                <w:sz w:val="15"/>
              </w:rPr>
              <w:t>systemie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na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wejście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optyczne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(TOSLINK).</w:t>
            </w:r>
          </w:p>
        </w:tc>
        <w:tc>
          <w:tcPr>
            <w:tcW w:w="0" w:type="auto"/>
            <w:shd w:val="clear" w:color="auto" w:fill="FFFF99"/>
          </w:tcPr>
          <w:p w14:paraId="7A2B7702" w14:textId="77777777" w:rsidR="00F352C3" w:rsidRPr="00F352C3" w:rsidRDefault="00F352C3" w:rsidP="00F352C3">
            <w:pPr>
              <w:spacing w:before="20"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F352C3" w:rsidRPr="00F352C3" w14:paraId="6D86AA82" w14:textId="77777777" w:rsidTr="00D871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3376B0B9" w14:textId="77777777" w:rsidR="00F352C3" w:rsidRPr="00F352C3" w:rsidRDefault="00F352C3" w:rsidP="00F352C3">
            <w:pPr>
              <w:spacing w:before="20" w:after="20"/>
              <w:rPr>
                <w:color w:val="000000" w:themeColor="text1"/>
              </w:rPr>
            </w:pPr>
            <w:proofErr w:type="spellStart"/>
            <w:r w:rsidRPr="00F352C3">
              <w:rPr>
                <w:color w:val="000000" w:themeColor="text1"/>
                <w:sz w:val="15"/>
              </w:rPr>
              <w:t>Istniejący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zestaw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wideokonferencyjny</w:t>
            </w:r>
            <w:proofErr w:type="spellEnd"/>
          </w:p>
        </w:tc>
        <w:tc>
          <w:tcPr>
            <w:tcW w:w="0" w:type="auto"/>
          </w:tcPr>
          <w:p w14:paraId="6B668A89" w14:textId="77777777" w:rsidR="00F352C3" w:rsidRPr="00F352C3" w:rsidRDefault="00F352C3" w:rsidP="00F352C3">
            <w:pPr>
              <w:spacing w:before="20"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proofErr w:type="spellStart"/>
            <w:r w:rsidRPr="00F352C3">
              <w:rPr>
                <w:color w:val="000000" w:themeColor="text1"/>
                <w:sz w:val="15"/>
              </w:rPr>
              <w:t>Zestaw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kamera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PTZ + </w:t>
            </w:r>
            <w:proofErr w:type="spellStart"/>
            <w:r w:rsidRPr="00F352C3">
              <w:rPr>
                <w:color w:val="000000" w:themeColor="text1"/>
                <w:sz w:val="15"/>
              </w:rPr>
              <w:t>mikrofony</w:t>
            </w:r>
            <w:proofErr w:type="spellEnd"/>
            <w:r w:rsidRPr="00F352C3">
              <w:rPr>
                <w:color w:val="000000" w:themeColor="text1"/>
                <w:sz w:val="15"/>
              </w:rPr>
              <w:t>/</w:t>
            </w:r>
            <w:proofErr w:type="spellStart"/>
            <w:r w:rsidRPr="00F352C3">
              <w:rPr>
                <w:color w:val="000000" w:themeColor="text1"/>
                <w:sz w:val="15"/>
              </w:rPr>
              <w:t>głośnik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USB </w:t>
            </w:r>
            <w:proofErr w:type="spellStart"/>
            <w:r w:rsidRPr="00F352C3">
              <w:rPr>
                <w:color w:val="000000" w:themeColor="text1"/>
                <w:sz w:val="15"/>
              </w:rPr>
              <w:t>podłączany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bezpośrednio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do </w:t>
            </w:r>
            <w:proofErr w:type="spellStart"/>
            <w:r w:rsidRPr="00F352C3">
              <w:rPr>
                <w:color w:val="000000" w:themeColor="text1"/>
                <w:sz w:val="15"/>
              </w:rPr>
              <w:t>komputera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sali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. </w:t>
            </w:r>
            <w:proofErr w:type="spellStart"/>
            <w:r w:rsidRPr="00F352C3">
              <w:rPr>
                <w:color w:val="000000" w:themeColor="text1"/>
                <w:sz w:val="15"/>
              </w:rPr>
              <w:t>Dostawa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obejmuje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wyłącznie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ewentualne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kable</w:t>
            </w:r>
            <w:proofErr w:type="spellEnd"/>
            <w:r w:rsidRPr="00F352C3">
              <w:rPr>
                <w:color w:val="000000" w:themeColor="text1"/>
                <w:sz w:val="15"/>
              </w:rPr>
              <w:t>/</w:t>
            </w:r>
            <w:proofErr w:type="spellStart"/>
            <w:r w:rsidRPr="00F352C3">
              <w:rPr>
                <w:color w:val="000000" w:themeColor="text1"/>
                <w:sz w:val="15"/>
              </w:rPr>
              <w:t>przedłużacze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wymagane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dla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kompatybilności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połączeń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; bez </w:t>
            </w:r>
            <w:proofErr w:type="spellStart"/>
            <w:r w:rsidRPr="00F352C3">
              <w:rPr>
                <w:color w:val="000000" w:themeColor="text1"/>
                <w:sz w:val="15"/>
              </w:rPr>
              <w:t>wymiany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zestawu</w:t>
            </w:r>
            <w:proofErr w:type="spellEnd"/>
            <w:r w:rsidRPr="00F352C3">
              <w:rPr>
                <w:color w:val="000000" w:themeColor="text1"/>
                <w:sz w:val="15"/>
              </w:rPr>
              <w:t>.</w:t>
            </w:r>
          </w:p>
        </w:tc>
        <w:tc>
          <w:tcPr>
            <w:tcW w:w="0" w:type="auto"/>
            <w:shd w:val="clear" w:color="auto" w:fill="FFFF99"/>
          </w:tcPr>
          <w:p w14:paraId="57DDA819" w14:textId="77777777" w:rsidR="00F352C3" w:rsidRPr="00F352C3" w:rsidRDefault="00F352C3" w:rsidP="00F352C3">
            <w:pPr>
              <w:spacing w:before="20"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F352C3" w:rsidRPr="00F352C3" w14:paraId="16752663" w14:textId="77777777" w:rsidTr="00D8712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62483EDA" w14:textId="77777777" w:rsidR="00F352C3" w:rsidRPr="00F352C3" w:rsidRDefault="00F352C3" w:rsidP="00F352C3">
            <w:pPr>
              <w:spacing w:before="20" w:after="20"/>
              <w:rPr>
                <w:color w:val="000000" w:themeColor="text1"/>
              </w:rPr>
            </w:pPr>
            <w:proofErr w:type="spellStart"/>
            <w:r w:rsidRPr="00F352C3">
              <w:rPr>
                <w:color w:val="000000" w:themeColor="text1"/>
                <w:sz w:val="15"/>
              </w:rPr>
              <w:t>Matryca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sygnałowa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HDMI</w:t>
            </w:r>
          </w:p>
        </w:tc>
        <w:tc>
          <w:tcPr>
            <w:tcW w:w="0" w:type="auto"/>
          </w:tcPr>
          <w:p w14:paraId="08A01454" w14:textId="77777777" w:rsidR="00F352C3" w:rsidRPr="00F352C3" w:rsidRDefault="00F352C3" w:rsidP="00F352C3">
            <w:pPr>
              <w:spacing w:before="20"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F352C3">
              <w:rPr>
                <w:color w:val="000000" w:themeColor="text1"/>
                <w:sz w:val="15"/>
              </w:rPr>
              <w:t xml:space="preserve">Minimum 2 </w:t>
            </w:r>
            <w:proofErr w:type="spellStart"/>
            <w:r w:rsidRPr="00F352C3">
              <w:rPr>
                <w:color w:val="000000" w:themeColor="text1"/>
                <w:sz w:val="15"/>
              </w:rPr>
              <w:t>wejścia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HDMI </w:t>
            </w:r>
            <w:proofErr w:type="spellStart"/>
            <w:r w:rsidRPr="00F352C3">
              <w:rPr>
                <w:color w:val="000000" w:themeColor="text1"/>
                <w:sz w:val="15"/>
              </w:rPr>
              <w:t>i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2 </w:t>
            </w:r>
            <w:proofErr w:type="spellStart"/>
            <w:r w:rsidRPr="00F352C3">
              <w:rPr>
                <w:color w:val="000000" w:themeColor="text1"/>
                <w:sz w:val="15"/>
              </w:rPr>
              <w:t>niezależnie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przełączane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wyjścia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HDMI (2×2), </w:t>
            </w:r>
            <w:proofErr w:type="spellStart"/>
            <w:r w:rsidRPr="00F352C3">
              <w:rPr>
                <w:color w:val="000000" w:themeColor="text1"/>
                <w:sz w:val="15"/>
              </w:rPr>
              <w:t>umożliwiające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skierowanie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dowolnego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z minimum </w:t>
            </w:r>
            <w:proofErr w:type="spellStart"/>
            <w:r w:rsidRPr="00F352C3">
              <w:rPr>
                <w:color w:val="000000" w:themeColor="text1"/>
                <w:sz w:val="15"/>
              </w:rPr>
              <w:t>dwóch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źródeł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do </w:t>
            </w:r>
            <w:proofErr w:type="spellStart"/>
            <w:r w:rsidRPr="00F352C3">
              <w:rPr>
                <w:color w:val="000000" w:themeColor="text1"/>
                <w:sz w:val="15"/>
              </w:rPr>
              <w:t>każdego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wyjścia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niezależnie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lub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jednocześnie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do </w:t>
            </w:r>
            <w:proofErr w:type="spellStart"/>
            <w:r w:rsidRPr="00F352C3">
              <w:rPr>
                <w:color w:val="000000" w:themeColor="text1"/>
                <w:sz w:val="15"/>
              </w:rPr>
              <w:t>obu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wyjść</w:t>
            </w:r>
            <w:proofErr w:type="spellEnd"/>
            <w:r w:rsidRPr="00F352C3">
              <w:rPr>
                <w:color w:val="000000" w:themeColor="text1"/>
                <w:sz w:val="15"/>
              </w:rPr>
              <w:t>.</w:t>
            </w:r>
          </w:p>
        </w:tc>
        <w:tc>
          <w:tcPr>
            <w:tcW w:w="0" w:type="auto"/>
            <w:shd w:val="clear" w:color="auto" w:fill="FFFF99"/>
          </w:tcPr>
          <w:p w14:paraId="003899E9" w14:textId="77777777" w:rsidR="00F352C3" w:rsidRPr="00F352C3" w:rsidRDefault="00F352C3" w:rsidP="00F352C3">
            <w:pPr>
              <w:spacing w:before="20"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F352C3" w:rsidRPr="00F352C3" w14:paraId="2B6407C9" w14:textId="77777777" w:rsidTr="00D871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274E53EC" w14:textId="77777777" w:rsidR="00F352C3" w:rsidRPr="00F352C3" w:rsidRDefault="00F352C3" w:rsidP="00F352C3">
            <w:pPr>
              <w:spacing w:before="20" w:after="20"/>
              <w:rPr>
                <w:color w:val="000000" w:themeColor="text1"/>
              </w:rPr>
            </w:pPr>
            <w:proofErr w:type="spellStart"/>
            <w:r w:rsidRPr="00F352C3">
              <w:rPr>
                <w:color w:val="000000" w:themeColor="text1"/>
                <w:sz w:val="15"/>
              </w:rPr>
              <w:t>Rozdzielczość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matrycy</w:t>
            </w:r>
            <w:proofErr w:type="spellEnd"/>
          </w:p>
        </w:tc>
        <w:tc>
          <w:tcPr>
            <w:tcW w:w="0" w:type="auto"/>
          </w:tcPr>
          <w:p w14:paraId="02F6502C" w14:textId="77777777" w:rsidR="00F352C3" w:rsidRPr="00F352C3" w:rsidRDefault="00F352C3" w:rsidP="00F352C3">
            <w:pPr>
              <w:spacing w:before="20"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proofErr w:type="spellStart"/>
            <w:r w:rsidRPr="00F352C3">
              <w:rPr>
                <w:color w:val="000000" w:themeColor="text1"/>
                <w:sz w:val="15"/>
              </w:rPr>
              <w:t>Obsługa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sygnału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minimum 3840 × 2160, 60 Hz </w:t>
            </w:r>
            <w:proofErr w:type="spellStart"/>
            <w:r w:rsidRPr="00F352C3">
              <w:rPr>
                <w:color w:val="000000" w:themeColor="text1"/>
                <w:sz w:val="15"/>
              </w:rPr>
              <w:t>na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wejściach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i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wyjściach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; </w:t>
            </w:r>
            <w:proofErr w:type="spellStart"/>
            <w:r w:rsidRPr="00F352C3">
              <w:rPr>
                <w:color w:val="000000" w:themeColor="text1"/>
                <w:sz w:val="15"/>
              </w:rPr>
              <w:t>obsługa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HDCP 2.2 </w:t>
            </w:r>
            <w:proofErr w:type="spellStart"/>
            <w:r w:rsidRPr="00F352C3">
              <w:rPr>
                <w:color w:val="000000" w:themeColor="text1"/>
                <w:sz w:val="15"/>
              </w:rPr>
              <w:t>lub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nowszego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i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negocjacji</w:t>
            </w:r>
            <w:proofErr w:type="spellEnd"/>
            <w:r w:rsidRPr="00F352C3">
              <w:rPr>
                <w:color w:val="000000" w:themeColor="text1"/>
                <w:sz w:val="15"/>
              </w:rPr>
              <w:t>/</w:t>
            </w:r>
            <w:proofErr w:type="spellStart"/>
            <w:r w:rsidRPr="00F352C3">
              <w:rPr>
                <w:color w:val="000000" w:themeColor="text1"/>
                <w:sz w:val="15"/>
              </w:rPr>
              <w:t>zarządzania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EDID.</w:t>
            </w:r>
          </w:p>
        </w:tc>
        <w:tc>
          <w:tcPr>
            <w:tcW w:w="0" w:type="auto"/>
            <w:shd w:val="clear" w:color="auto" w:fill="FFFF99"/>
          </w:tcPr>
          <w:p w14:paraId="3E6E5FF5" w14:textId="77777777" w:rsidR="00F352C3" w:rsidRPr="00F352C3" w:rsidRDefault="00F352C3" w:rsidP="00F352C3">
            <w:pPr>
              <w:spacing w:before="20"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F352C3" w:rsidRPr="00F352C3" w14:paraId="41612608" w14:textId="77777777" w:rsidTr="00D8712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378B62F7" w14:textId="77777777" w:rsidR="00F352C3" w:rsidRPr="00F352C3" w:rsidRDefault="00F352C3" w:rsidP="00F352C3">
            <w:pPr>
              <w:spacing w:before="20" w:after="20"/>
              <w:rPr>
                <w:color w:val="000000" w:themeColor="text1"/>
              </w:rPr>
            </w:pPr>
            <w:proofErr w:type="spellStart"/>
            <w:r w:rsidRPr="00F352C3">
              <w:rPr>
                <w:color w:val="000000" w:themeColor="text1"/>
                <w:sz w:val="15"/>
              </w:rPr>
              <w:t>Ekstrakcja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audio</w:t>
            </w:r>
          </w:p>
        </w:tc>
        <w:tc>
          <w:tcPr>
            <w:tcW w:w="0" w:type="auto"/>
          </w:tcPr>
          <w:p w14:paraId="7960795D" w14:textId="77777777" w:rsidR="00F352C3" w:rsidRPr="00F352C3" w:rsidRDefault="00F352C3" w:rsidP="00F352C3">
            <w:pPr>
              <w:spacing w:before="20"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proofErr w:type="spellStart"/>
            <w:r w:rsidRPr="00F352C3">
              <w:rPr>
                <w:color w:val="000000" w:themeColor="text1"/>
                <w:sz w:val="15"/>
              </w:rPr>
              <w:t>Wbudowany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ekstraktor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audio </w:t>
            </w:r>
            <w:proofErr w:type="spellStart"/>
            <w:r w:rsidRPr="00F352C3">
              <w:rPr>
                <w:color w:val="000000" w:themeColor="text1"/>
                <w:sz w:val="15"/>
              </w:rPr>
              <w:t>zapewniający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wyjście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cyfrowe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optyczne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S/PDIF (TOSLINK) do </w:t>
            </w:r>
            <w:proofErr w:type="spellStart"/>
            <w:r w:rsidRPr="00F352C3">
              <w:rPr>
                <w:color w:val="000000" w:themeColor="text1"/>
                <w:sz w:val="15"/>
              </w:rPr>
              <w:t>istniejącego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soundbara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; </w:t>
            </w:r>
            <w:proofErr w:type="spellStart"/>
            <w:r w:rsidRPr="00F352C3">
              <w:rPr>
                <w:color w:val="000000" w:themeColor="text1"/>
                <w:sz w:val="15"/>
              </w:rPr>
              <w:t>obsługa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sygnału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PCM stereo. </w:t>
            </w:r>
            <w:proofErr w:type="spellStart"/>
            <w:r w:rsidRPr="00F352C3">
              <w:rPr>
                <w:color w:val="000000" w:themeColor="text1"/>
                <w:sz w:val="15"/>
              </w:rPr>
              <w:t>Dopuszczalny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zewnętrzny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ekstraktor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dostarczony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w </w:t>
            </w:r>
            <w:proofErr w:type="spellStart"/>
            <w:r w:rsidRPr="00F352C3">
              <w:rPr>
                <w:color w:val="000000" w:themeColor="text1"/>
                <w:sz w:val="15"/>
              </w:rPr>
              <w:t>komplecie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, </w:t>
            </w:r>
            <w:proofErr w:type="spellStart"/>
            <w:r w:rsidRPr="00F352C3">
              <w:rPr>
                <w:color w:val="000000" w:themeColor="text1"/>
                <w:sz w:val="15"/>
              </w:rPr>
              <w:t>jeśli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gwarantuje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tę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samą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funkcjonalność</w:t>
            </w:r>
            <w:proofErr w:type="spellEnd"/>
            <w:r w:rsidRPr="00F352C3">
              <w:rPr>
                <w:color w:val="000000" w:themeColor="text1"/>
                <w:sz w:val="15"/>
              </w:rPr>
              <w:t>.</w:t>
            </w:r>
          </w:p>
        </w:tc>
        <w:tc>
          <w:tcPr>
            <w:tcW w:w="0" w:type="auto"/>
            <w:shd w:val="clear" w:color="auto" w:fill="FFFF99"/>
          </w:tcPr>
          <w:p w14:paraId="051CEA9C" w14:textId="77777777" w:rsidR="00F352C3" w:rsidRPr="00F352C3" w:rsidRDefault="00F352C3" w:rsidP="00F352C3">
            <w:pPr>
              <w:spacing w:before="20"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F352C3" w:rsidRPr="00F352C3" w14:paraId="757307F2" w14:textId="77777777" w:rsidTr="00D871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46FCE60F" w14:textId="77777777" w:rsidR="00F352C3" w:rsidRPr="00F352C3" w:rsidRDefault="00F352C3" w:rsidP="00F352C3">
            <w:pPr>
              <w:spacing w:before="20" w:after="20"/>
              <w:rPr>
                <w:color w:val="000000" w:themeColor="text1"/>
              </w:rPr>
            </w:pPr>
            <w:proofErr w:type="spellStart"/>
            <w:r w:rsidRPr="00F352C3">
              <w:rPr>
                <w:color w:val="000000" w:themeColor="text1"/>
                <w:sz w:val="15"/>
              </w:rPr>
              <w:t>Sterowanie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matrycą</w:t>
            </w:r>
            <w:proofErr w:type="spellEnd"/>
          </w:p>
        </w:tc>
        <w:tc>
          <w:tcPr>
            <w:tcW w:w="0" w:type="auto"/>
          </w:tcPr>
          <w:p w14:paraId="6F12AF87" w14:textId="77777777" w:rsidR="00F352C3" w:rsidRPr="00F352C3" w:rsidRDefault="00F352C3" w:rsidP="00F352C3">
            <w:pPr>
              <w:spacing w:before="20"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proofErr w:type="spellStart"/>
            <w:r w:rsidRPr="00F352C3">
              <w:rPr>
                <w:color w:val="000000" w:themeColor="text1"/>
                <w:sz w:val="15"/>
              </w:rPr>
              <w:t>Zmiana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źródeł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dla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każdego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wyjścia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poprzez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panel </w:t>
            </w:r>
            <w:proofErr w:type="spellStart"/>
            <w:r w:rsidRPr="00F352C3">
              <w:rPr>
                <w:color w:val="000000" w:themeColor="text1"/>
                <w:sz w:val="15"/>
              </w:rPr>
              <w:t>urządzenia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lub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pilot; </w:t>
            </w:r>
            <w:proofErr w:type="spellStart"/>
            <w:r w:rsidRPr="00F352C3">
              <w:rPr>
                <w:color w:val="000000" w:themeColor="text1"/>
                <w:sz w:val="15"/>
              </w:rPr>
              <w:t>możliwość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integracji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ze </w:t>
            </w:r>
            <w:proofErr w:type="spellStart"/>
            <w:r w:rsidRPr="00F352C3">
              <w:rPr>
                <w:color w:val="000000" w:themeColor="text1"/>
                <w:sz w:val="15"/>
              </w:rPr>
              <w:t>sterowaniem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zdalnym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przez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IP/RS-232/IR </w:t>
            </w:r>
            <w:proofErr w:type="spellStart"/>
            <w:r w:rsidRPr="00F352C3">
              <w:rPr>
                <w:color w:val="000000" w:themeColor="text1"/>
                <w:sz w:val="15"/>
              </w:rPr>
              <w:t>albo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funkcjonalnie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równoważny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interfejs</w:t>
            </w:r>
            <w:proofErr w:type="spellEnd"/>
            <w:r w:rsidRPr="00F352C3">
              <w:rPr>
                <w:color w:val="000000" w:themeColor="text1"/>
                <w:sz w:val="15"/>
              </w:rPr>
              <w:t>.</w:t>
            </w:r>
          </w:p>
        </w:tc>
        <w:tc>
          <w:tcPr>
            <w:tcW w:w="0" w:type="auto"/>
            <w:shd w:val="clear" w:color="auto" w:fill="FFFF99"/>
          </w:tcPr>
          <w:p w14:paraId="3AE4C554" w14:textId="77777777" w:rsidR="00F352C3" w:rsidRPr="00F352C3" w:rsidRDefault="00F352C3" w:rsidP="00F352C3">
            <w:pPr>
              <w:spacing w:before="20"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F352C3" w:rsidRPr="00F352C3" w14:paraId="4D7AE33E" w14:textId="77777777" w:rsidTr="00D8712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5904C659" w14:textId="77777777" w:rsidR="00F352C3" w:rsidRPr="00F352C3" w:rsidRDefault="00F352C3" w:rsidP="00F352C3">
            <w:pPr>
              <w:spacing w:before="20" w:after="20"/>
              <w:rPr>
                <w:color w:val="000000" w:themeColor="text1"/>
              </w:rPr>
            </w:pPr>
            <w:proofErr w:type="spellStart"/>
            <w:r w:rsidRPr="00F352C3">
              <w:rPr>
                <w:color w:val="000000" w:themeColor="text1"/>
                <w:sz w:val="15"/>
              </w:rPr>
              <w:t>Bezprzewodowa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prezentacja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– </w:t>
            </w:r>
            <w:proofErr w:type="spellStart"/>
            <w:r w:rsidRPr="00F352C3">
              <w:rPr>
                <w:color w:val="000000" w:themeColor="text1"/>
                <w:sz w:val="15"/>
              </w:rPr>
              <w:t>źródła</w:t>
            </w:r>
            <w:proofErr w:type="spellEnd"/>
          </w:p>
        </w:tc>
        <w:tc>
          <w:tcPr>
            <w:tcW w:w="0" w:type="auto"/>
          </w:tcPr>
          <w:p w14:paraId="273A32DA" w14:textId="77777777" w:rsidR="00F352C3" w:rsidRPr="00F352C3" w:rsidRDefault="00F352C3" w:rsidP="00F352C3">
            <w:pPr>
              <w:spacing w:before="20"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proofErr w:type="spellStart"/>
            <w:r w:rsidRPr="00F352C3">
              <w:rPr>
                <w:color w:val="000000" w:themeColor="text1"/>
                <w:sz w:val="15"/>
              </w:rPr>
              <w:t>Dedykowany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odbiornik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obrazu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z </w:t>
            </w:r>
            <w:proofErr w:type="spellStart"/>
            <w:r w:rsidRPr="00F352C3">
              <w:rPr>
                <w:color w:val="000000" w:themeColor="text1"/>
                <w:sz w:val="15"/>
              </w:rPr>
              <w:t>wyjściem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HDMI, </w:t>
            </w:r>
            <w:proofErr w:type="spellStart"/>
            <w:r w:rsidRPr="00F352C3">
              <w:rPr>
                <w:color w:val="000000" w:themeColor="text1"/>
                <w:sz w:val="15"/>
              </w:rPr>
              <w:t>umożliwiający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prezentowanie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ekranu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z </w:t>
            </w:r>
            <w:proofErr w:type="spellStart"/>
            <w:r w:rsidRPr="00F352C3">
              <w:rPr>
                <w:color w:val="000000" w:themeColor="text1"/>
                <w:sz w:val="15"/>
              </w:rPr>
              <w:t>laptopów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Windows </w:t>
            </w:r>
            <w:proofErr w:type="spellStart"/>
            <w:r w:rsidRPr="00F352C3">
              <w:rPr>
                <w:color w:val="000000" w:themeColor="text1"/>
                <w:sz w:val="15"/>
              </w:rPr>
              <w:t>i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macOS </w:t>
            </w:r>
            <w:proofErr w:type="spellStart"/>
            <w:r w:rsidRPr="00F352C3">
              <w:rPr>
                <w:color w:val="000000" w:themeColor="text1"/>
                <w:sz w:val="15"/>
              </w:rPr>
              <w:t>oraz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urządzeń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mobilnych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Android/iOS bez </w:t>
            </w:r>
            <w:proofErr w:type="spellStart"/>
            <w:r w:rsidRPr="00F352C3">
              <w:rPr>
                <w:color w:val="000000" w:themeColor="text1"/>
                <w:sz w:val="15"/>
              </w:rPr>
              <w:t>podłączania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przewodu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sygnałowego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do </w:t>
            </w:r>
            <w:proofErr w:type="spellStart"/>
            <w:r w:rsidRPr="00F352C3">
              <w:rPr>
                <w:color w:val="000000" w:themeColor="text1"/>
                <w:sz w:val="15"/>
              </w:rPr>
              <w:t>odbiornika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. </w:t>
            </w:r>
            <w:proofErr w:type="spellStart"/>
            <w:r w:rsidRPr="00F352C3">
              <w:rPr>
                <w:color w:val="000000" w:themeColor="text1"/>
                <w:sz w:val="15"/>
              </w:rPr>
              <w:t>Obsługa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popularnych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standardów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projekcji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ekranu</w:t>
            </w:r>
            <w:proofErr w:type="spellEnd"/>
            <w:r w:rsidRPr="00F352C3">
              <w:rPr>
                <w:color w:val="000000" w:themeColor="text1"/>
                <w:sz w:val="15"/>
              </w:rPr>
              <w:t>, np. Miracast/</w:t>
            </w:r>
            <w:proofErr w:type="spellStart"/>
            <w:r w:rsidRPr="00F352C3">
              <w:rPr>
                <w:color w:val="000000" w:themeColor="text1"/>
                <w:sz w:val="15"/>
              </w:rPr>
              <w:t>AirPlay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lub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funkcjonalnie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równoważnych</w:t>
            </w:r>
            <w:proofErr w:type="spellEnd"/>
            <w:r w:rsidRPr="00F352C3">
              <w:rPr>
                <w:color w:val="000000" w:themeColor="text1"/>
                <w:sz w:val="15"/>
              </w:rPr>
              <w:t>.</w:t>
            </w:r>
          </w:p>
        </w:tc>
        <w:tc>
          <w:tcPr>
            <w:tcW w:w="0" w:type="auto"/>
            <w:shd w:val="clear" w:color="auto" w:fill="FFFF99"/>
          </w:tcPr>
          <w:p w14:paraId="7EBDABF5" w14:textId="77777777" w:rsidR="00F352C3" w:rsidRPr="00F352C3" w:rsidRDefault="00F352C3" w:rsidP="00F352C3">
            <w:pPr>
              <w:spacing w:before="20"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F352C3" w:rsidRPr="00F352C3" w14:paraId="2B8B3560" w14:textId="77777777" w:rsidTr="00D871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7E6CAA7F" w14:textId="77777777" w:rsidR="00F352C3" w:rsidRPr="00F352C3" w:rsidRDefault="00F352C3" w:rsidP="00F352C3">
            <w:pPr>
              <w:spacing w:before="20" w:after="20"/>
              <w:rPr>
                <w:color w:val="000000" w:themeColor="text1"/>
              </w:rPr>
            </w:pPr>
            <w:proofErr w:type="spellStart"/>
            <w:r w:rsidRPr="00F352C3">
              <w:rPr>
                <w:color w:val="000000" w:themeColor="text1"/>
                <w:sz w:val="15"/>
              </w:rPr>
              <w:t>Bezprzewodowa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prezentacja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– </w:t>
            </w:r>
            <w:proofErr w:type="spellStart"/>
            <w:r w:rsidRPr="00F352C3">
              <w:rPr>
                <w:color w:val="000000" w:themeColor="text1"/>
                <w:sz w:val="15"/>
              </w:rPr>
              <w:t>parametry</w:t>
            </w:r>
            <w:proofErr w:type="spellEnd"/>
          </w:p>
        </w:tc>
        <w:tc>
          <w:tcPr>
            <w:tcW w:w="0" w:type="auto"/>
          </w:tcPr>
          <w:p w14:paraId="29D5B656" w14:textId="77777777" w:rsidR="00F352C3" w:rsidRPr="00F352C3" w:rsidRDefault="00F352C3" w:rsidP="00F352C3">
            <w:pPr>
              <w:spacing w:before="20"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proofErr w:type="spellStart"/>
            <w:r w:rsidRPr="00F352C3">
              <w:rPr>
                <w:color w:val="000000" w:themeColor="text1"/>
                <w:sz w:val="15"/>
              </w:rPr>
              <w:t>Wyjście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HDMI </w:t>
            </w:r>
            <w:proofErr w:type="spellStart"/>
            <w:r w:rsidRPr="00F352C3">
              <w:rPr>
                <w:color w:val="000000" w:themeColor="text1"/>
                <w:sz w:val="15"/>
              </w:rPr>
              <w:t>kompatybilne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z </w:t>
            </w:r>
            <w:proofErr w:type="spellStart"/>
            <w:r w:rsidRPr="00F352C3">
              <w:rPr>
                <w:color w:val="000000" w:themeColor="text1"/>
                <w:sz w:val="15"/>
              </w:rPr>
              <w:t>matrycą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; </w:t>
            </w:r>
            <w:proofErr w:type="spellStart"/>
            <w:r w:rsidRPr="00F352C3">
              <w:rPr>
                <w:color w:val="000000" w:themeColor="text1"/>
                <w:sz w:val="15"/>
              </w:rPr>
              <w:t>obsługa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prezentacji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minimum Full HD 1920 × 1080; </w:t>
            </w:r>
            <w:proofErr w:type="spellStart"/>
            <w:r w:rsidRPr="00F352C3">
              <w:rPr>
                <w:color w:val="000000" w:themeColor="text1"/>
                <w:sz w:val="15"/>
              </w:rPr>
              <w:t>możliwość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pracy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w </w:t>
            </w:r>
            <w:proofErr w:type="spellStart"/>
            <w:r w:rsidRPr="00F352C3">
              <w:rPr>
                <w:color w:val="000000" w:themeColor="text1"/>
                <w:sz w:val="15"/>
              </w:rPr>
              <w:t>wydzielonej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sieci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Wi-Fi </w:t>
            </w:r>
            <w:proofErr w:type="spellStart"/>
            <w:r w:rsidRPr="00F352C3">
              <w:rPr>
                <w:color w:val="000000" w:themeColor="text1"/>
                <w:sz w:val="15"/>
              </w:rPr>
              <w:t>i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zabezpieczenia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dostępu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użytkowników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kodem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PIN </w:t>
            </w:r>
            <w:proofErr w:type="spellStart"/>
            <w:r w:rsidRPr="00F352C3">
              <w:rPr>
                <w:color w:val="000000" w:themeColor="text1"/>
                <w:sz w:val="15"/>
              </w:rPr>
              <w:t>lub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mechanizmem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równoważnym</w:t>
            </w:r>
            <w:proofErr w:type="spellEnd"/>
            <w:r w:rsidRPr="00F352C3">
              <w:rPr>
                <w:color w:val="000000" w:themeColor="text1"/>
                <w:sz w:val="15"/>
              </w:rPr>
              <w:t>.</w:t>
            </w:r>
          </w:p>
        </w:tc>
        <w:tc>
          <w:tcPr>
            <w:tcW w:w="0" w:type="auto"/>
            <w:shd w:val="clear" w:color="auto" w:fill="FFFF99"/>
          </w:tcPr>
          <w:p w14:paraId="06C0BFD0" w14:textId="77777777" w:rsidR="00F352C3" w:rsidRPr="00F352C3" w:rsidRDefault="00F352C3" w:rsidP="00F352C3">
            <w:pPr>
              <w:spacing w:before="20"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F352C3" w:rsidRPr="00F352C3" w14:paraId="0AA91182" w14:textId="77777777" w:rsidTr="00D8712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168B812A" w14:textId="77777777" w:rsidR="00F352C3" w:rsidRPr="00F352C3" w:rsidRDefault="00F352C3" w:rsidP="00F352C3">
            <w:pPr>
              <w:spacing w:before="20" w:after="20"/>
              <w:rPr>
                <w:color w:val="000000" w:themeColor="text1"/>
              </w:rPr>
            </w:pPr>
            <w:proofErr w:type="spellStart"/>
            <w:r w:rsidRPr="00F352C3">
              <w:rPr>
                <w:color w:val="000000" w:themeColor="text1"/>
                <w:sz w:val="15"/>
              </w:rPr>
              <w:t>Podłączenie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do </w:t>
            </w:r>
            <w:proofErr w:type="spellStart"/>
            <w:r w:rsidRPr="00F352C3">
              <w:rPr>
                <w:color w:val="000000" w:themeColor="text1"/>
                <w:sz w:val="15"/>
              </w:rPr>
              <w:t>matrycy</w:t>
            </w:r>
            <w:proofErr w:type="spellEnd"/>
          </w:p>
        </w:tc>
        <w:tc>
          <w:tcPr>
            <w:tcW w:w="0" w:type="auto"/>
          </w:tcPr>
          <w:p w14:paraId="00E6E135" w14:textId="77777777" w:rsidR="00F352C3" w:rsidRPr="00F352C3" w:rsidRDefault="00F352C3" w:rsidP="00F352C3">
            <w:pPr>
              <w:spacing w:before="20"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proofErr w:type="spellStart"/>
            <w:r w:rsidRPr="00F352C3">
              <w:rPr>
                <w:color w:val="000000" w:themeColor="text1"/>
                <w:sz w:val="15"/>
              </w:rPr>
              <w:t>Wejście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HDMI 1: </w:t>
            </w:r>
            <w:proofErr w:type="spellStart"/>
            <w:r w:rsidRPr="00F352C3">
              <w:rPr>
                <w:color w:val="000000" w:themeColor="text1"/>
                <w:sz w:val="15"/>
              </w:rPr>
              <w:t>komputer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sali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. </w:t>
            </w:r>
            <w:proofErr w:type="spellStart"/>
            <w:r w:rsidRPr="00F352C3">
              <w:rPr>
                <w:color w:val="000000" w:themeColor="text1"/>
                <w:sz w:val="15"/>
              </w:rPr>
              <w:t>Wejście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HDMI 2: </w:t>
            </w:r>
            <w:proofErr w:type="spellStart"/>
            <w:r w:rsidRPr="00F352C3">
              <w:rPr>
                <w:color w:val="000000" w:themeColor="text1"/>
                <w:sz w:val="15"/>
              </w:rPr>
              <w:t>odbiornik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bezprzewodowego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systemu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prezentacji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. </w:t>
            </w:r>
            <w:proofErr w:type="spellStart"/>
            <w:r w:rsidRPr="00F352C3">
              <w:rPr>
                <w:color w:val="000000" w:themeColor="text1"/>
                <w:sz w:val="15"/>
              </w:rPr>
              <w:t>Rozwiązanie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musi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realizować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wszystkie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cztery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tryby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pracy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opisane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poniżej</w:t>
            </w:r>
            <w:proofErr w:type="spellEnd"/>
            <w:r w:rsidRPr="00F352C3">
              <w:rPr>
                <w:color w:val="000000" w:themeColor="text1"/>
                <w:sz w:val="15"/>
              </w:rPr>
              <w:t>.</w:t>
            </w:r>
          </w:p>
        </w:tc>
        <w:tc>
          <w:tcPr>
            <w:tcW w:w="0" w:type="auto"/>
            <w:shd w:val="clear" w:color="auto" w:fill="FFFF99"/>
          </w:tcPr>
          <w:p w14:paraId="345A6387" w14:textId="77777777" w:rsidR="00F352C3" w:rsidRPr="00F352C3" w:rsidRDefault="00F352C3" w:rsidP="00F352C3">
            <w:pPr>
              <w:spacing w:before="20"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F352C3" w:rsidRPr="00F352C3" w14:paraId="20C02002" w14:textId="77777777" w:rsidTr="00D871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13115094" w14:textId="77777777" w:rsidR="00F352C3" w:rsidRPr="00F352C3" w:rsidRDefault="00F352C3" w:rsidP="00F352C3">
            <w:pPr>
              <w:spacing w:before="20" w:after="20"/>
              <w:rPr>
                <w:color w:val="000000" w:themeColor="text1"/>
              </w:rPr>
            </w:pPr>
            <w:proofErr w:type="spellStart"/>
            <w:r w:rsidRPr="00F352C3">
              <w:rPr>
                <w:color w:val="000000" w:themeColor="text1"/>
                <w:sz w:val="15"/>
              </w:rPr>
              <w:t>Dodatkowe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przyłącze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przewodowe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BYOD</w:t>
            </w:r>
          </w:p>
        </w:tc>
        <w:tc>
          <w:tcPr>
            <w:tcW w:w="0" w:type="auto"/>
          </w:tcPr>
          <w:p w14:paraId="1A4CFD45" w14:textId="77777777" w:rsidR="00F352C3" w:rsidRPr="00F352C3" w:rsidRDefault="00F352C3" w:rsidP="00F352C3">
            <w:pPr>
              <w:spacing w:before="20"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proofErr w:type="spellStart"/>
            <w:r w:rsidRPr="00F352C3">
              <w:rPr>
                <w:color w:val="000000" w:themeColor="text1"/>
                <w:sz w:val="15"/>
              </w:rPr>
              <w:t>Jeżeli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oferowane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rozwiązanie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zapewnia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także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HDMI/USB-C </w:t>
            </w:r>
            <w:proofErr w:type="spellStart"/>
            <w:r w:rsidRPr="00F352C3">
              <w:rPr>
                <w:color w:val="000000" w:themeColor="text1"/>
                <w:sz w:val="15"/>
              </w:rPr>
              <w:t>dla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laptopa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gościa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, </w:t>
            </w:r>
            <w:proofErr w:type="spellStart"/>
            <w:r w:rsidRPr="00F352C3">
              <w:rPr>
                <w:color w:val="000000" w:themeColor="text1"/>
                <w:sz w:val="15"/>
              </w:rPr>
              <w:t>dostarczyć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odpowiedni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przełącznik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źródeł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lub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zastosować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matrycę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z </w:t>
            </w:r>
            <w:proofErr w:type="spellStart"/>
            <w:r w:rsidRPr="00F352C3">
              <w:rPr>
                <w:color w:val="000000" w:themeColor="text1"/>
                <w:sz w:val="15"/>
              </w:rPr>
              <w:t>większą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liczbą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wejść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– bez </w:t>
            </w:r>
            <w:proofErr w:type="spellStart"/>
            <w:r w:rsidRPr="00F352C3">
              <w:rPr>
                <w:color w:val="000000" w:themeColor="text1"/>
                <w:sz w:val="15"/>
              </w:rPr>
              <w:t>konieczności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przepinania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stałych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połączeń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. </w:t>
            </w:r>
            <w:proofErr w:type="spellStart"/>
            <w:r w:rsidRPr="00F352C3">
              <w:rPr>
                <w:color w:val="000000" w:themeColor="text1"/>
                <w:sz w:val="15"/>
              </w:rPr>
              <w:t>Przyłącze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przewodowe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jest </w:t>
            </w:r>
            <w:proofErr w:type="spellStart"/>
            <w:r w:rsidRPr="00F352C3">
              <w:rPr>
                <w:color w:val="000000" w:themeColor="text1"/>
                <w:sz w:val="15"/>
              </w:rPr>
              <w:t>opcjonalne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i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nie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zastępuje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obowiązkowej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prezentacji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bezprzewodowej</w:t>
            </w:r>
            <w:proofErr w:type="spellEnd"/>
            <w:r w:rsidRPr="00F352C3">
              <w:rPr>
                <w:color w:val="000000" w:themeColor="text1"/>
                <w:sz w:val="15"/>
              </w:rPr>
              <w:t>.</w:t>
            </w:r>
          </w:p>
        </w:tc>
        <w:tc>
          <w:tcPr>
            <w:tcW w:w="0" w:type="auto"/>
            <w:shd w:val="clear" w:color="auto" w:fill="FFFF99"/>
          </w:tcPr>
          <w:p w14:paraId="169D0471" w14:textId="77777777" w:rsidR="00F352C3" w:rsidRPr="00F352C3" w:rsidRDefault="00F352C3" w:rsidP="00F352C3">
            <w:pPr>
              <w:spacing w:before="20"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F352C3" w:rsidRPr="00F352C3" w14:paraId="29117021" w14:textId="77777777" w:rsidTr="00D8712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0598AA5C" w14:textId="77777777" w:rsidR="00F352C3" w:rsidRPr="00F352C3" w:rsidRDefault="00F352C3" w:rsidP="00F352C3">
            <w:pPr>
              <w:spacing w:before="20" w:after="20"/>
              <w:rPr>
                <w:color w:val="000000" w:themeColor="text1"/>
              </w:rPr>
            </w:pPr>
            <w:proofErr w:type="spellStart"/>
            <w:r w:rsidRPr="00F352C3">
              <w:rPr>
                <w:color w:val="000000" w:themeColor="text1"/>
                <w:sz w:val="15"/>
              </w:rPr>
              <w:t>Bezprzewodowe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HDMI do </w:t>
            </w:r>
            <w:proofErr w:type="spellStart"/>
            <w:r w:rsidRPr="00F352C3">
              <w:rPr>
                <w:color w:val="000000" w:themeColor="text1"/>
                <w:sz w:val="15"/>
              </w:rPr>
              <w:t>projektora</w:t>
            </w:r>
            <w:proofErr w:type="spellEnd"/>
          </w:p>
        </w:tc>
        <w:tc>
          <w:tcPr>
            <w:tcW w:w="0" w:type="auto"/>
          </w:tcPr>
          <w:p w14:paraId="4CCC3B0A" w14:textId="77777777" w:rsidR="00F352C3" w:rsidRPr="00F352C3" w:rsidRDefault="00F352C3" w:rsidP="00F352C3">
            <w:pPr>
              <w:spacing w:before="20"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proofErr w:type="spellStart"/>
            <w:r w:rsidRPr="00F352C3">
              <w:rPr>
                <w:color w:val="000000" w:themeColor="text1"/>
                <w:sz w:val="15"/>
              </w:rPr>
              <w:t>Komplet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nadajnik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TX + </w:t>
            </w:r>
            <w:proofErr w:type="spellStart"/>
            <w:r w:rsidRPr="00F352C3">
              <w:rPr>
                <w:color w:val="000000" w:themeColor="text1"/>
                <w:sz w:val="15"/>
              </w:rPr>
              <w:t>odbiornik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RX do </w:t>
            </w:r>
            <w:proofErr w:type="spellStart"/>
            <w:r w:rsidRPr="00F352C3">
              <w:rPr>
                <w:color w:val="000000" w:themeColor="text1"/>
                <w:sz w:val="15"/>
              </w:rPr>
              <w:t>bezprzewodowego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przekazania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sygnału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z </w:t>
            </w:r>
            <w:proofErr w:type="spellStart"/>
            <w:r w:rsidRPr="00F352C3">
              <w:rPr>
                <w:color w:val="000000" w:themeColor="text1"/>
                <w:sz w:val="15"/>
              </w:rPr>
              <w:t>wyjścia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HDMI </w:t>
            </w:r>
            <w:proofErr w:type="spellStart"/>
            <w:r w:rsidRPr="00F352C3">
              <w:rPr>
                <w:color w:val="000000" w:themeColor="text1"/>
                <w:sz w:val="15"/>
              </w:rPr>
              <w:t>matrycy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do </w:t>
            </w:r>
            <w:proofErr w:type="spellStart"/>
            <w:r w:rsidRPr="00F352C3">
              <w:rPr>
                <w:color w:val="000000" w:themeColor="text1"/>
                <w:sz w:val="15"/>
              </w:rPr>
              <w:t>wejścia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HDMI </w:t>
            </w:r>
            <w:proofErr w:type="spellStart"/>
            <w:r w:rsidRPr="00F352C3">
              <w:rPr>
                <w:color w:val="000000" w:themeColor="text1"/>
                <w:sz w:val="15"/>
              </w:rPr>
              <w:t>istniejącego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projektora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, bez </w:t>
            </w:r>
            <w:proofErr w:type="spellStart"/>
            <w:r w:rsidRPr="00F352C3">
              <w:rPr>
                <w:color w:val="000000" w:themeColor="text1"/>
                <w:sz w:val="15"/>
              </w:rPr>
              <w:t>konieczności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prowadzenia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przewodu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HDMI </w:t>
            </w:r>
            <w:proofErr w:type="spellStart"/>
            <w:r w:rsidRPr="00F352C3">
              <w:rPr>
                <w:color w:val="000000" w:themeColor="text1"/>
                <w:sz w:val="15"/>
              </w:rPr>
              <w:t>przez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pomieszczenie</w:t>
            </w:r>
            <w:proofErr w:type="spellEnd"/>
            <w:r w:rsidRPr="00F352C3">
              <w:rPr>
                <w:color w:val="000000" w:themeColor="text1"/>
                <w:sz w:val="15"/>
              </w:rPr>
              <w:t>.</w:t>
            </w:r>
          </w:p>
        </w:tc>
        <w:tc>
          <w:tcPr>
            <w:tcW w:w="0" w:type="auto"/>
            <w:shd w:val="clear" w:color="auto" w:fill="FFFF99"/>
          </w:tcPr>
          <w:p w14:paraId="5201C5E3" w14:textId="77777777" w:rsidR="00F352C3" w:rsidRPr="00F352C3" w:rsidRDefault="00F352C3" w:rsidP="00F352C3">
            <w:pPr>
              <w:spacing w:before="20"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F352C3" w:rsidRPr="00F352C3" w14:paraId="5501D06F" w14:textId="77777777" w:rsidTr="00D871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1D077396" w14:textId="77777777" w:rsidR="00F352C3" w:rsidRPr="00F352C3" w:rsidRDefault="00F352C3" w:rsidP="00F352C3">
            <w:pPr>
              <w:spacing w:before="20" w:after="20"/>
              <w:rPr>
                <w:color w:val="000000" w:themeColor="text1"/>
              </w:rPr>
            </w:pPr>
            <w:proofErr w:type="spellStart"/>
            <w:r w:rsidRPr="00F352C3">
              <w:rPr>
                <w:color w:val="000000" w:themeColor="text1"/>
                <w:sz w:val="15"/>
              </w:rPr>
              <w:t>Parametry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bezprzewodowego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HDMI</w:t>
            </w:r>
          </w:p>
        </w:tc>
        <w:tc>
          <w:tcPr>
            <w:tcW w:w="0" w:type="auto"/>
          </w:tcPr>
          <w:p w14:paraId="41EA13EA" w14:textId="77777777" w:rsidR="00F352C3" w:rsidRPr="00F352C3" w:rsidRDefault="00F352C3" w:rsidP="00F352C3">
            <w:pPr>
              <w:spacing w:before="20"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proofErr w:type="spellStart"/>
            <w:r w:rsidRPr="00F352C3">
              <w:rPr>
                <w:color w:val="000000" w:themeColor="text1"/>
                <w:sz w:val="15"/>
              </w:rPr>
              <w:t>Obsługa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minimum 1920 × 1080 </w:t>
            </w:r>
            <w:proofErr w:type="spellStart"/>
            <w:r w:rsidRPr="00F352C3">
              <w:rPr>
                <w:color w:val="000000" w:themeColor="text1"/>
                <w:sz w:val="15"/>
              </w:rPr>
              <w:t>przy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60 Hz, </w:t>
            </w:r>
            <w:proofErr w:type="spellStart"/>
            <w:r w:rsidRPr="00F352C3">
              <w:rPr>
                <w:color w:val="000000" w:themeColor="text1"/>
                <w:sz w:val="15"/>
              </w:rPr>
              <w:t>zasięg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deklarowany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przez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producenta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minimum 20 m </w:t>
            </w:r>
            <w:proofErr w:type="spellStart"/>
            <w:r w:rsidRPr="00F352C3">
              <w:rPr>
                <w:color w:val="000000" w:themeColor="text1"/>
                <w:sz w:val="15"/>
              </w:rPr>
              <w:t>wewnątrz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pomieszczeń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, </w:t>
            </w:r>
            <w:proofErr w:type="spellStart"/>
            <w:r w:rsidRPr="00F352C3">
              <w:rPr>
                <w:color w:val="000000" w:themeColor="text1"/>
                <w:sz w:val="15"/>
              </w:rPr>
              <w:t>opóźnienie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nie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większe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niż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150 </w:t>
            </w:r>
            <w:proofErr w:type="spellStart"/>
            <w:r w:rsidRPr="00F352C3">
              <w:rPr>
                <w:color w:val="000000" w:themeColor="text1"/>
                <w:sz w:val="15"/>
              </w:rPr>
              <w:t>ms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; </w:t>
            </w:r>
            <w:proofErr w:type="spellStart"/>
            <w:r w:rsidRPr="00F352C3">
              <w:rPr>
                <w:color w:val="000000" w:themeColor="text1"/>
                <w:sz w:val="15"/>
              </w:rPr>
              <w:t>automatyczne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zestawianie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łącza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po </w:t>
            </w:r>
            <w:proofErr w:type="spellStart"/>
            <w:r w:rsidRPr="00F352C3">
              <w:rPr>
                <w:color w:val="000000" w:themeColor="text1"/>
                <w:sz w:val="15"/>
              </w:rPr>
              <w:t>uruchomieniu</w:t>
            </w:r>
            <w:proofErr w:type="spellEnd"/>
            <w:r w:rsidRPr="00F352C3">
              <w:rPr>
                <w:color w:val="000000" w:themeColor="text1"/>
                <w:sz w:val="15"/>
              </w:rPr>
              <w:t>.</w:t>
            </w:r>
          </w:p>
        </w:tc>
        <w:tc>
          <w:tcPr>
            <w:tcW w:w="0" w:type="auto"/>
            <w:shd w:val="clear" w:color="auto" w:fill="FFFF99"/>
          </w:tcPr>
          <w:p w14:paraId="4C0ACA5B" w14:textId="77777777" w:rsidR="00F352C3" w:rsidRPr="00F352C3" w:rsidRDefault="00F352C3" w:rsidP="00F352C3">
            <w:pPr>
              <w:spacing w:before="20"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F352C3" w:rsidRPr="00F352C3" w14:paraId="28077442" w14:textId="77777777" w:rsidTr="00D8712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41A62830" w14:textId="77777777" w:rsidR="00F352C3" w:rsidRPr="00F352C3" w:rsidRDefault="00F352C3" w:rsidP="00F352C3">
            <w:pPr>
              <w:spacing w:before="20" w:after="20"/>
              <w:rPr>
                <w:color w:val="000000" w:themeColor="text1"/>
              </w:rPr>
            </w:pPr>
            <w:proofErr w:type="spellStart"/>
            <w:r w:rsidRPr="00F352C3">
              <w:rPr>
                <w:color w:val="000000" w:themeColor="text1"/>
                <w:sz w:val="15"/>
              </w:rPr>
              <w:t>Sieć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dla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prezentacji</w:t>
            </w:r>
            <w:proofErr w:type="spellEnd"/>
          </w:p>
        </w:tc>
        <w:tc>
          <w:tcPr>
            <w:tcW w:w="0" w:type="auto"/>
          </w:tcPr>
          <w:p w14:paraId="1E608890" w14:textId="77777777" w:rsidR="00F352C3" w:rsidRPr="00F352C3" w:rsidRDefault="00F352C3" w:rsidP="00F352C3">
            <w:pPr>
              <w:spacing w:before="20"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proofErr w:type="spellStart"/>
            <w:r w:rsidRPr="00F352C3">
              <w:rPr>
                <w:color w:val="000000" w:themeColor="text1"/>
                <w:sz w:val="15"/>
              </w:rPr>
              <w:t>Możliwość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podłączenia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odbiornika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prezentacji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do LAN </w:t>
            </w:r>
            <w:proofErr w:type="spellStart"/>
            <w:r w:rsidRPr="00F352C3">
              <w:rPr>
                <w:color w:val="000000" w:themeColor="text1"/>
                <w:sz w:val="15"/>
              </w:rPr>
              <w:t>oraz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korzystania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przez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gości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z </w:t>
            </w:r>
            <w:proofErr w:type="spellStart"/>
            <w:r w:rsidRPr="00F352C3">
              <w:rPr>
                <w:color w:val="000000" w:themeColor="text1"/>
                <w:sz w:val="15"/>
              </w:rPr>
              <w:t>wydzielonej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sieci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Wi-Fi (np. SSID KONFERENCJA / VLAN 60). </w:t>
            </w:r>
            <w:proofErr w:type="spellStart"/>
            <w:r w:rsidRPr="00F352C3">
              <w:rPr>
                <w:color w:val="000000" w:themeColor="text1"/>
                <w:sz w:val="15"/>
              </w:rPr>
              <w:t>Urządzenie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nie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może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wymagać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dostępu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gości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do </w:t>
            </w:r>
            <w:proofErr w:type="spellStart"/>
            <w:r w:rsidRPr="00F352C3">
              <w:rPr>
                <w:color w:val="000000" w:themeColor="text1"/>
                <w:sz w:val="15"/>
              </w:rPr>
              <w:t>produkcyjnej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sieci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wewnętrznej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lub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serwerów</w:t>
            </w:r>
            <w:proofErr w:type="spellEnd"/>
            <w:r w:rsidRPr="00F352C3">
              <w:rPr>
                <w:color w:val="000000" w:themeColor="text1"/>
                <w:sz w:val="15"/>
              </w:rPr>
              <w:t>.</w:t>
            </w:r>
          </w:p>
        </w:tc>
        <w:tc>
          <w:tcPr>
            <w:tcW w:w="0" w:type="auto"/>
            <w:shd w:val="clear" w:color="auto" w:fill="FFFF99"/>
          </w:tcPr>
          <w:p w14:paraId="7863CEF5" w14:textId="77777777" w:rsidR="00F352C3" w:rsidRPr="00F352C3" w:rsidRDefault="00F352C3" w:rsidP="00F352C3">
            <w:pPr>
              <w:spacing w:before="20"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F352C3" w:rsidRPr="00F352C3" w14:paraId="78CF647F" w14:textId="77777777" w:rsidTr="00D871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4103C724" w14:textId="77777777" w:rsidR="00F352C3" w:rsidRPr="00F352C3" w:rsidRDefault="00F352C3" w:rsidP="00F352C3">
            <w:pPr>
              <w:spacing w:before="20" w:after="20"/>
              <w:rPr>
                <w:color w:val="000000" w:themeColor="text1"/>
              </w:rPr>
            </w:pPr>
            <w:proofErr w:type="spellStart"/>
            <w:r w:rsidRPr="00F352C3">
              <w:rPr>
                <w:color w:val="000000" w:themeColor="text1"/>
                <w:sz w:val="15"/>
              </w:rPr>
              <w:t>Urządzenia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sieciowe</w:t>
            </w:r>
            <w:proofErr w:type="spellEnd"/>
          </w:p>
        </w:tc>
        <w:tc>
          <w:tcPr>
            <w:tcW w:w="0" w:type="auto"/>
          </w:tcPr>
          <w:p w14:paraId="48FB8EA3" w14:textId="77777777" w:rsidR="00F352C3" w:rsidRPr="00F352C3" w:rsidRDefault="00F352C3" w:rsidP="00F352C3">
            <w:pPr>
              <w:spacing w:before="20"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proofErr w:type="spellStart"/>
            <w:r w:rsidRPr="00F352C3">
              <w:rPr>
                <w:color w:val="000000" w:themeColor="text1"/>
                <w:sz w:val="15"/>
              </w:rPr>
              <w:t>Punkt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dostępowy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Wi-Fi </w:t>
            </w:r>
            <w:proofErr w:type="spellStart"/>
            <w:r w:rsidRPr="00F352C3">
              <w:rPr>
                <w:color w:val="000000" w:themeColor="text1"/>
                <w:sz w:val="15"/>
              </w:rPr>
              <w:t>i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przełącznik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PoE, </w:t>
            </w:r>
            <w:proofErr w:type="spellStart"/>
            <w:r w:rsidRPr="00F352C3">
              <w:rPr>
                <w:color w:val="000000" w:themeColor="text1"/>
                <w:sz w:val="15"/>
              </w:rPr>
              <w:t>jeśli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są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oferowane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lub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wymagane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do </w:t>
            </w:r>
            <w:proofErr w:type="spellStart"/>
            <w:r w:rsidRPr="00F352C3">
              <w:rPr>
                <w:color w:val="000000" w:themeColor="text1"/>
                <w:sz w:val="15"/>
              </w:rPr>
              <w:t>działania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systemu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, </w:t>
            </w:r>
            <w:proofErr w:type="spellStart"/>
            <w:r w:rsidRPr="00F352C3">
              <w:rPr>
                <w:color w:val="000000" w:themeColor="text1"/>
                <w:sz w:val="15"/>
              </w:rPr>
              <w:t>muszą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obsługiwać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wydzieloną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sieć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gościnną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/VLAN </w:t>
            </w:r>
            <w:proofErr w:type="spellStart"/>
            <w:r w:rsidRPr="00F352C3">
              <w:rPr>
                <w:color w:val="000000" w:themeColor="text1"/>
                <w:sz w:val="15"/>
              </w:rPr>
              <w:t>i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połączenie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systemu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prezentacji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. Nie </w:t>
            </w:r>
            <w:proofErr w:type="spellStart"/>
            <w:r w:rsidRPr="00F352C3">
              <w:rPr>
                <w:color w:val="000000" w:themeColor="text1"/>
                <w:sz w:val="15"/>
              </w:rPr>
              <w:t>wymaga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się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ich </w:t>
            </w:r>
            <w:proofErr w:type="spellStart"/>
            <w:r w:rsidRPr="00F352C3">
              <w:rPr>
                <w:color w:val="000000" w:themeColor="text1"/>
                <w:sz w:val="15"/>
              </w:rPr>
              <w:t>ponownej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dostawy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, </w:t>
            </w:r>
            <w:proofErr w:type="spellStart"/>
            <w:r w:rsidRPr="00F352C3">
              <w:rPr>
                <w:color w:val="000000" w:themeColor="text1"/>
                <w:sz w:val="15"/>
              </w:rPr>
              <w:t>jeśli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Zamawiający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dysponuje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już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zgodnymi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elementami</w:t>
            </w:r>
            <w:proofErr w:type="spellEnd"/>
            <w:r w:rsidRPr="00F352C3">
              <w:rPr>
                <w:color w:val="000000" w:themeColor="text1"/>
                <w:sz w:val="15"/>
              </w:rPr>
              <w:t>.</w:t>
            </w:r>
          </w:p>
        </w:tc>
        <w:tc>
          <w:tcPr>
            <w:tcW w:w="0" w:type="auto"/>
            <w:shd w:val="clear" w:color="auto" w:fill="FFFF99"/>
          </w:tcPr>
          <w:p w14:paraId="759BE5E4" w14:textId="77777777" w:rsidR="00F352C3" w:rsidRPr="00F352C3" w:rsidRDefault="00F352C3" w:rsidP="00F352C3">
            <w:pPr>
              <w:spacing w:before="20"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F352C3" w:rsidRPr="00F352C3" w14:paraId="4FEB23D1" w14:textId="77777777" w:rsidTr="00D8712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474F41F7" w14:textId="77777777" w:rsidR="00F352C3" w:rsidRPr="00F352C3" w:rsidRDefault="00F352C3" w:rsidP="00F352C3">
            <w:pPr>
              <w:spacing w:before="20" w:after="20"/>
              <w:rPr>
                <w:color w:val="000000" w:themeColor="text1"/>
              </w:rPr>
            </w:pPr>
            <w:proofErr w:type="spellStart"/>
            <w:r w:rsidRPr="00F352C3">
              <w:rPr>
                <w:color w:val="000000" w:themeColor="text1"/>
                <w:sz w:val="15"/>
              </w:rPr>
              <w:t>Sterowanie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urządzeniami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r w:rsidRPr="00F352C3">
              <w:rPr>
                <w:color w:val="000000" w:themeColor="text1"/>
                <w:sz w:val="15"/>
              </w:rPr>
              <w:lastRenderedPageBreak/>
              <w:t>AV</w:t>
            </w:r>
          </w:p>
        </w:tc>
        <w:tc>
          <w:tcPr>
            <w:tcW w:w="0" w:type="auto"/>
          </w:tcPr>
          <w:p w14:paraId="46A274E0" w14:textId="77777777" w:rsidR="00F352C3" w:rsidRPr="00F352C3" w:rsidRDefault="00F352C3" w:rsidP="00F352C3">
            <w:pPr>
              <w:spacing w:before="20"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proofErr w:type="spellStart"/>
            <w:r w:rsidRPr="00F352C3">
              <w:rPr>
                <w:color w:val="000000" w:themeColor="text1"/>
                <w:sz w:val="15"/>
              </w:rPr>
              <w:lastRenderedPageBreak/>
              <w:t>Możliwość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lokalnego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sterowania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matrycą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oraz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zdalnego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sterowania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urządzeniami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za </w:t>
            </w:r>
            <w:proofErr w:type="spellStart"/>
            <w:r w:rsidRPr="00F352C3">
              <w:rPr>
                <w:color w:val="000000" w:themeColor="text1"/>
                <w:sz w:val="15"/>
              </w:rPr>
              <w:t>pomocą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lastRenderedPageBreak/>
              <w:t>kompatybilnego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nadajnika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IR </w:t>
            </w:r>
            <w:proofErr w:type="spellStart"/>
            <w:r w:rsidRPr="00F352C3">
              <w:rPr>
                <w:color w:val="000000" w:themeColor="text1"/>
                <w:sz w:val="15"/>
              </w:rPr>
              <w:t>sterowanego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po IP </w:t>
            </w:r>
            <w:proofErr w:type="spellStart"/>
            <w:r w:rsidRPr="00F352C3">
              <w:rPr>
                <w:color w:val="000000" w:themeColor="text1"/>
                <w:sz w:val="15"/>
              </w:rPr>
              <w:t>lub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rozwiązania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równoważnego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– w </w:t>
            </w:r>
            <w:proofErr w:type="spellStart"/>
            <w:r w:rsidRPr="00F352C3">
              <w:rPr>
                <w:color w:val="000000" w:themeColor="text1"/>
                <w:sz w:val="15"/>
              </w:rPr>
              <w:t>zakresie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obsługiwanych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funkcji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urządzeń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istniejących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. </w:t>
            </w:r>
            <w:proofErr w:type="spellStart"/>
            <w:r w:rsidRPr="00F352C3">
              <w:rPr>
                <w:color w:val="000000" w:themeColor="text1"/>
                <w:sz w:val="15"/>
              </w:rPr>
              <w:t>Jeśli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potrzebny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jest </w:t>
            </w:r>
            <w:proofErr w:type="spellStart"/>
            <w:r w:rsidRPr="00F352C3">
              <w:rPr>
                <w:color w:val="000000" w:themeColor="text1"/>
                <w:sz w:val="15"/>
              </w:rPr>
              <w:t>dodatkowy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kontroler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IR, </w:t>
            </w:r>
            <w:proofErr w:type="spellStart"/>
            <w:r w:rsidRPr="00F352C3">
              <w:rPr>
                <w:color w:val="000000" w:themeColor="text1"/>
                <w:sz w:val="15"/>
              </w:rPr>
              <w:t>uwzględnić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go w </w:t>
            </w:r>
            <w:proofErr w:type="spellStart"/>
            <w:r w:rsidRPr="00F352C3">
              <w:rPr>
                <w:color w:val="000000" w:themeColor="text1"/>
                <w:sz w:val="15"/>
              </w:rPr>
              <w:t>dostawie</w:t>
            </w:r>
            <w:proofErr w:type="spellEnd"/>
            <w:r w:rsidRPr="00F352C3">
              <w:rPr>
                <w:color w:val="000000" w:themeColor="text1"/>
                <w:sz w:val="15"/>
              </w:rPr>
              <w:t>.</w:t>
            </w:r>
          </w:p>
        </w:tc>
        <w:tc>
          <w:tcPr>
            <w:tcW w:w="0" w:type="auto"/>
            <w:shd w:val="clear" w:color="auto" w:fill="FFFF99"/>
          </w:tcPr>
          <w:p w14:paraId="616A8E8A" w14:textId="77777777" w:rsidR="00F352C3" w:rsidRPr="00F352C3" w:rsidRDefault="00F352C3" w:rsidP="00F352C3">
            <w:pPr>
              <w:spacing w:before="20"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F352C3" w:rsidRPr="00F352C3" w14:paraId="10F894EB" w14:textId="77777777" w:rsidTr="00D871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0AC9E10C" w14:textId="77777777" w:rsidR="00F352C3" w:rsidRPr="00F352C3" w:rsidRDefault="00F352C3" w:rsidP="00F352C3">
            <w:pPr>
              <w:spacing w:before="20" w:after="20"/>
              <w:rPr>
                <w:color w:val="000000" w:themeColor="text1"/>
              </w:rPr>
            </w:pPr>
            <w:proofErr w:type="spellStart"/>
            <w:r w:rsidRPr="00F352C3">
              <w:rPr>
                <w:color w:val="000000" w:themeColor="text1"/>
                <w:sz w:val="15"/>
              </w:rPr>
              <w:t>Tryb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1 – </w:t>
            </w:r>
            <w:proofErr w:type="spellStart"/>
            <w:r w:rsidRPr="00F352C3">
              <w:rPr>
                <w:color w:val="000000" w:themeColor="text1"/>
                <w:sz w:val="15"/>
              </w:rPr>
              <w:t>komputer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sali</w:t>
            </w:r>
            <w:proofErr w:type="spellEnd"/>
          </w:p>
        </w:tc>
        <w:tc>
          <w:tcPr>
            <w:tcW w:w="0" w:type="auto"/>
          </w:tcPr>
          <w:p w14:paraId="7DCB2DD9" w14:textId="77777777" w:rsidR="00F352C3" w:rsidRPr="00F352C3" w:rsidRDefault="00F352C3" w:rsidP="00F352C3">
            <w:pPr>
              <w:spacing w:before="20"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proofErr w:type="spellStart"/>
            <w:r w:rsidRPr="00F352C3">
              <w:rPr>
                <w:color w:val="000000" w:themeColor="text1"/>
                <w:sz w:val="15"/>
              </w:rPr>
              <w:t>Obraz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z </w:t>
            </w:r>
            <w:proofErr w:type="spellStart"/>
            <w:r w:rsidRPr="00F352C3">
              <w:rPr>
                <w:color w:val="000000" w:themeColor="text1"/>
                <w:sz w:val="15"/>
              </w:rPr>
              <w:t>komputera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sali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jednocześnie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na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telewizorze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i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projektorze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oraz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audio </w:t>
            </w:r>
            <w:proofErr w:type="spellStart"/>
            <w:r w:rsidRPr="00F352C3">
              <w:rPr>
                <w:color w:val="000000" w:themeColor="text1"/>
                <w:sz w:val="15"/>
              </w:rPr>
              <w:t>na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istniejącym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soundbarze</w:t>
            </w:r>
            <w:proofErr w:type="spellEnd"/>
            <w:r w:rsidRPr="00F352C3">
              <w:rPr>
                <w:color w:val="000000" w:themeColor="text1"/>
                <w:sz w:val="15"/>
              </w:rPr>
              <w:t>.</w:t>
            </w:r>
          </w:p>
        </w:tc>
        <w:tc>
          <w:tcPr>
            <w:tcW w:w="0" w:type="auto"/>
            <w:shd w:val="clear" w:color="auto" w:fill="FFFF99"/>
          </w:tcPr>
          <w:p w14:paraId="76AAC947" w14:textId="77777777" w:rsidR="00F352C3" w:rsidRPr="00F352C3" w:rsidRDefault="00F352C3" w:rsidP="00F352C3">
            <w:pPr>
              <w:spacing w:before="20"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F352C3" w:rsidRPr="00F352C3" w14:paraId="219FB932" w14:textId="77777777" w:rsidTr="00D8712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2B75B30B" w14:textId="77777777" w:rsidR="00F352C3" w:rsidRPr="00F352C3" w:rsidRDefault="00F352C3" w:rsidP="00F352C3">
            <w:pPr>
              <w:spacing w:before="20" w:after="20"/>
              <w:rPr>
                <w:color w:val="000000" w:themeColor="text1"/>
              </w:rPr>
            </w:pPr>
            <w:proofErr w:type="spellStart"/>
            <w:r w:rsidRPr="00F352C3">
              <w:rPr>
                <w:color w:val="000000" w:themeColor="text1"/>
                <w:sz w:val="15"/>
              </w:rPr>
              <w:t>Tryb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2 – </w:t>
            </w:r>
            <w:proofErr w:type="spellStart"/>
            <w:r w:rsidRPr="00F352C3">
              <w:rPr>
                <w:color w:val="000000" w:themeColor="text1"/>
                <w:sz w:val="15"/>
              </w:rPr>
              <w:t>prezentacja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gościa</w:t>
            </w:r>
            <w:proofErr w:type="spellEnd"/>
          </w:p>
        </w:tc>
        <w:tc>
          <w:tcPr>
            <w:tcW w:w="0" w:type="auto"/>
          </w:tcPr>
          <w:p w14:paraId="5D628543" w14:textId="77777777" w:rsidR="00F352C3" w:rsidRPr="00F352C3" w:rsidRDefault="00F352C3" w:rsidP="00F352C3">
            <w:pPr>
              <w:spacing w:before="20"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proofErr w:type="spellStart"/>
            <w:r w:rsidRPr="00F352C3">
              <w:rPr>
                <w:color w:val="000000" w:themeColor="text1"/>
                <w:sz w:val="15"/>
              </w:rPr>
              <w:t>Obraz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z </w:t>
            </w:r>
            <w:proofErr w:type="spellStart"/>
            <w:r w:rsidRPr="00F352C3">
              <w:rPr>
                <w:color w:val="000000" w:themeColor="text1"/>
                <w:sz w:val="15"/>
              </w:rPr>
              <w:t>bezprzewodowego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systemu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prezentacji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jednocześnie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na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telewizorze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i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projektorze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, z </w:t>
            </w:r>
            <w:proofErr w:type="spellStart"/>
            <w:r w:rsidRPr="00F352C3">
              <w:rPr>
                <w:color w:val="000000" w:themeColor="text1"/>
                <w:sz w:val="15"/>
              </w:rPr>
              <w:t>możliwością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odtwarzania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audio </w:t>
            </w:r>
            <w:proofErr w:type="spellStart"/>
            <w:r w:rsidRPr="00F352C3">
              <w:rPr>
                <w:color w:val="000000" w:themeColor="text1"/>
                <w:sz w:val="15"/>
              </w:rPr>
              <w:t>przez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soundbar.</w:t>
            </w:r>
          </w:p>
        </w:tc>
        <w:tc>
          <w:tcPr>
            <w:tcW w:w="0" w:type="auto"/>
            <w:shd w:val="clear" w:color="auto" w:fill="FFFF99"/>
          </w:tcPr>
          <w:p w14:paraId="279F3422" w14:textId="77777777" w:rsidR="00F352C3" w:rsidRPr="00F352C3" w:rsidRDefault="00F352C3" w:rsidP="00F352C3">
            <w:pPr>
              <w:spacing w:before="20"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F352C3" w:rsidRPr="00F352C3" w14:paraId="547A4FE6" w14:textId="77777777" w:rsidTr="00D871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07907987" w14:textId="77777777" w:rsidR="00F352C3" w:rsidRPr="00F352C3" w:rsidRDefault="00F352C3" w:rsidP="00F352C3">
            <w:pPr>
              <w:spacing w:before="20" w:after="20"/>
              <w:rPr>
                <w:color w:val="000000" w:themeColor="text1"/>
              </w:rPr>
            </w:pPr>
            <w:proofErr w:type="spellStart"/>
            <w:r w:rsidRPr="00F352C3">
              <w:rPr>
                <w:color w:val="000000" w:themeColor="text1"/>
                <w:sz w:val="15"/>
              </w:rPr>
              <w:t>Tryb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3 – </w:t>
            </w:r>
            <w:proofErr w:type="spellStart"/>
            <w:r w:rsidRPr="00F352C3">
              <w:rPr>
                <w:color w:val="000000" w:themeColor="text1"/>
                <w:sz w:val="15"/>
              </w:rPr>
              <w:t>mieszany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A</w:t>
            </w:r>
          </w:p>
        </w:tc>
        <w:tc>
          <w:tcPr>
            <w:tcW w:w="0" w:type="auto"/>
          </w:tcPr>
          <w:p w14:paraId="4C92D2A9" w14:textId="77777777" w:rsidR="00F352C3" w:rsidRPr="00F352C3" w:rsidRDefault="00F352C3" w:rsidP="00F352C3">
            <w:pPr>
              <w:spacing w:before="20"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proofErr w:type="spellStart"/>
            <w:r w:rsidRPr="00F352C3">
              <w:rPr>
                <w:color w:val="000000" w:themeColor="text1"/>
                <w:sz w:val="15"/>
              </w:rPr>
              <w:t>Obraz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z </w:t>
            </w:r>
            <w:proofErr w:type="spellStart"/>
            <w:r w:rsidRPr="00F352C3">
              <w:rPr>
                <w:color w:val="000000" w:themeColor="text1"/>
                <w:sz w:val="15"/>
              </w:rPr>
              <w:t>komputera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sali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na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telewizorze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, a </w:t>
            </w:r>
            <w:proofErr w:type="spellStart"/>
            <w:r w:rsidRPr="00F352C3">
              <w:rPr>
                <w:color w:val="000000" w:themeColor="text1"/>
                <w:sz w:val="15"/>
              </w:rPr>
              <w:t>obraz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prezentacji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gościa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na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projektorze</w:t>
            </w:r>
            <w:proofErr w:type="spellEnd"/>
            <w:r w:rsidRPr="00F352C3">
              <w:rPr>
                <w:color w:val="000000" w:themeColor="text1"/>
                <w:sz w:val="15"/>
              </w:rPr>
              <w:t>.</w:t>
            </w:r>
          </w:p>
        </w:tc>
        <w:tc>
          <w:tcPr>
            <w:tcW w:w="0" w:type="auto"/>
            <w:shd w:val="clear" w:color="auto" w:fill="FFFF99"/>
          </w:tcPr>
          <w:p w14:paraId="37A87416" w14:textId="77777777" w:rsidR="00F352C3" w:rsidRPr="00F352C3" w:rsidRDefault="00F352C3" w:rsidP="00F352C3">
            <w:pPr>
              <w:spacing w:before="20"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F352C3" w:rsidRPr="00F352C3" w14:paraId="01E92D3A" w14:textId="77777777" w:rsidTr="00D8712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73581793" w14:textId="77777777" w:rsidR="00F352C3" w:rsidRPr="00F352C3" w:rsidRDefault="00F352C3" w:rsidP="00F352C3">
            <w:pPr>
              <w:spacing w:before="20" w:after="20"/>
              <w:rPr>
                <w:color w:val="000000" w:themeColor="text1"/>
              </w:rPr>
            </w:pPr>
            <w:proofErr w:type="spellStart"/>
            <w:r w:rsidRPr="00F352C3">
              <w:rPr>
                <w:color w:val="000000" w:themeColor="text1"/>
                <w:sz w:val="15"/>
              </w:rPr>
              <w:t>Tryb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4 – </w:t>
            </w:r>
            <w:proofErr w:type="spellStart"/>
            <w:r w:rsidRPr="00F352C3">
              <w:rPr>
                <w:color w:val="000000" w:themeColor="text1"/>
                <w:sz w:val="15"/>
              </w:rPr>
              <w:t>mieszany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B</w:t>
            </w:r>
          </w:p>
        </w:tc>
        <w:tc>
          <w:tcPr>
            <w:tcW w:w="0" w:type="auto"/>
          </w:tcPr>
          <w:p w14:paraId="158D4742" w14:textId="77777777" w:rsidR="00F352C3" w:rsidRPr="00F352C3" w:rsidRDefault="00F352C3" w:rsidP="00F352C3">
            <w:pPr>
              <w:spacing w:before="20"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proofErr w:type="spellStart"/>
            <w:r w:rsidRPr="00F352C3">
              <w:rPr>
                <w:color w:val="000000" w:themeColor="text1"/>
                <w:sz w:val="15"/>
              </w:rPr>
              <w:t>Obraz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prezentacji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gościa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na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telewizorze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, a </w:t>
            </w:r>
            <w:proofErr w:type="spellStart"/>
            <w:r w:rsidRPr="00F352C3">
              <w:rPr>
                <w:color w:val="000000" w:themeColor="text1"/>
                <w:sz w:val="15"/>
              </w:rPr>
              <w:t>obraz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z </w:t>
            </w:r>
            <w:proofErr w:type="spellStart"/>
            <w:r w:rsidRPr="00F352C3">
              <w:rPr>
                <w:color w:val="000000" w:themeColor="text1"/>
                <w:sz w:val="15"/>
              </w:rPr>
              <w:t>komputera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sali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na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projektorze</w:t>
            </w:r>
            <w:proofErr w:type="spellEnd"/>
            <w:r w:rsidRPr="00F352C3">
              <w:rPr>
                <w:color w:val="000000" w:themeColor="text1"/>
                <w:sz w:val="15"/>
              </w:rPr>
              <w:t>.</w:t>
            </w:r>
          </w:p>
        </w:tc>
        <w:tc>
          <w:tcPr>
            <w:tcW w:w="0" w:type="auto"/>
            <w:shd w:val="clear" w:color="auto" w:fill="FFFF99"/>
          </w:tcPr>
          <w:p w14:paraId="67F37555" w14:textId="77777777" w:rsidR="00F352C3" w:rsidRPr="00F352C3" w:rsidRDefault="00F352C3" w:rsidP="00F352C3">
            <w:pPr>
              <w:spacing w:before="20"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F352C3" w:rsidRPr="00F352C3" w14:paraId="7CEF9F1D" w14:textId="77777777" w:rsidTr="00D871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6978BA66" w14:textId="77777777" w:rsidR="00F352C3" w:rsidRPr="00F352C3" w:rsidRDefault="00F352C3" w:rsidP="00F352C3">
            <w:pPr>
              <w:spacing w:before="20" w:after="20"/>
              <w:rPr>
                <w:color w:val="000000" w:themeColor="text1"/>
              </w:rPr>
            </w:pPr>
            <w:proofErr w:type="spellStart"/>
            <w:r w:rsidRPr="00F352C3">
              <w:rPr>
                <w:color w:val="000000" w:themeColor="text1"/>
                <w:sz w:val="15"/>
              </w:rPr>
              <w:t>Obsługa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użytkownika</w:t>
            </w:r>
            <w:proofErr w:type="spellEnd"/>
          </w:p>
        </w:tc>
        <w:tc>
          <w:tcPr>
            <w:tcW w:w="0" w:type="auto"/>
          </w:tcPr>
          <w:p w14:paraId="5793BAF7" w14:textId="77777777" w:rsidR="00F352C3" w:rsidRPr="00F352C3" w:rsidRDefault="00F352C3" w:rsidP="00F352C3">
            <w:pPr>
              <w:spacing w:before="20"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proofErr w:type="spellStart"/>
            <w:r w:rsidRPr="00F352C3">
              <w:rPr>
                <w:color w:val="000000" w:themeColor="text1"/>
                <w:sz w:val="15"/>
              </w:rPr>
              <w:t>Przełączanie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trybów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i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źródeł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bez </w:t>
            </w:r>
            <w:proofErr w:type="spellStart"/>
            <w:r w:rsidRPr="00F352C3">
              <w:rPr>
                <w:color w:val="000000" w:themeColor="text1"/>
                <w:sz w:val="15"/>
              </w:rPr>
              <w:t>fizycznego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przełączania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kabli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za </w:t>
            </w:r>
            <w:proofErr w:type="spellStart"/>
            <w:r w:rsidRPr="00F352C3">
              <w:rPr>
                <w:color w:val="000000" w:themeColor="text1"/>
                <w:sz w:val="15"/>
              </w:rPr>
              <w:t>urządzeniami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; </w:t>
            </w:r>
            <w:proofErr w:type="spellStart"/>
            <w:r w:rsidRPr="00F352C3">
              <w:rPr>
                <w:color w:val="000000" w:themeColor="text1"/>
                <w:sz w:val="15"/>
              </w:rPr>
              <w:t>czytelne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oznaczenie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wejść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i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funkcji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sterujących</w:t>
            </w:r>
            <w:proofErr w:type="spellEnd"/>
            <w:r w:rsidRPr="00F352C3">
              <w:rPr>
                <w:color w:val="000000" w:themeColor="text1"/>
                <w:sz w:val="15"/>
              </w:rPr>
              <w:t>.</w:t>
            </w:r>
          </w:p>
        </w:tc>
        <w:tc>
          <w:tcPr>
            <w:tcW w:w="0" w:type="auto"/>
            <w:shd w:val="clear" w:color="auto" w:fill="FFFF99"/>
          </w:tcPr>
          <w:p w14:paraId="59787364" w14:textId="77777777" w:rsidR="00F352C3" w:rsidRPr="00F352C3" w:rsidRDefault="00F352C3" w:rsidP="00F352C3">
            <w:pPr>
              <w:spacing w:before="20"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F352C3" w:rsidRPr="00F352C3" w14:paraId="7765CB65" w14:textId="77777777" w:rsidTr="00D8712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0FB808EF" w14:textId="77777777" w:rsidR="00F352C3" w:rsidRPr="00F352C3" w:rsidRDefault="00F352C3" w:rsidP="00F352C3">
            <w:pPr>
              <w:spacing w:before="20" w:after="20"/>
              <w:rPr>
                <w:color w:val="000000" w:themeColor="text1"/>
              </w:rPr>
            </w:pPr>
            <w:proofErr w:type="spellStart"/>
            <w:r w:rsidRPr="00F352C3">
              <w:rPr>
                <w:color w:val="000000" w:themeColor="text1"/>
                <w:sz w:val="15"/>
              </w:rPr>
              <w:t>Przewody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i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akcesoria</w:t>
            </w:r>
            <w:proofErr w:type="spellEnd"/>
          </w:p>
        </w:tc>
        <w:tc>
          <w:tcPr>
            <w:tcW w:w="0" w:type="auto"/>
          </w:tcPr>
          <w:p w14:paraId="223B73CC" w14:textId="77777777" w:rsidR="00F352C3" w:rsidRPr="00F352C3" w:rsidRDefault="00F352C3" w:rsidP="00F352C3">
            <w:pPr>
              <w:spacing w:before="20"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F352C3">
              <w:rPr>
                <w:color w:val="000000" w:themeColor="text1"/>
                <w:sz w:val="15"/>
              </w:rPr>
              <w:t xml:space="preserve">W </w:t>
            </w:r>
            <w:proofErr w:type="spellStart"/>
            <w:r w:rsidRPr="00F352C3">
              <w:rPr>
                <w:color w:val="000000" w:themeColor="text1"/>
                <w:sz w:val="15"/>
              </w:rPr>
              <w:t>komplecie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wszystkie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przewody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HDMI, </w:t>
            </w:r>
            <w:proofErr w:type="spellStart"/>
            <w:r w:rsidRPr="00F352C3">
              <w:rPr>
                <w:color w:val="000000" w:themeColor="text1"/>
                <w:sz w:val="15"/>
              </w:rPr>
              <w:t>przewód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optyczny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TOSLINK, </w:t>
            </w:r>
            <w:proofErr w:type="spellStart"/>
            <w:r w:rsidRPr="00F352C3">
              <w:rPr>
                <w:color w:val="000000" w:themeColor="text1"/>
                <w:sz w:val="15"/>
              </w:rPr>
              <w:t>wymagane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adaptery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DP/HDMI, </w:t>
            </w:r>
            <w:proofErr w:type="spellStart"/>
            <w:r w:rsidRPr="00F352C3">
              <w:rPr>
                <w:color w:val="000000" w:themeColor="text1"/>
                <w:sz w:val="15"/>
              </w:rPr>
              <w:t>przewody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USB (</w:t>
            </w:r>
            <w:proofErr w:type="spellStart"/>
            <w:r w:rsidRPr="00F352C3">
              <w:rPr>
                <w:color w:val="000000" w:themeColor="text1"/>
                <w:sz w:val="15"/>
              </w:rPr>
              <w:t>jeśli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niezbędne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), </w:t>
            </w:r>
            <w:proofErr w:type="spellStart"/>
            <w:r w:rsidRPr="00F352C3">
              <w:rPr>
                <w:color w:val="000000" w:themeColor="text1"/>
                <w:sz w:val="15"/>
              </w:rPr>
              <w:t>zasilacze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i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niezbędne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drobne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akcesoria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; </w:t>
            </w:r>
            <w:proofErr w:type="spellStart"/>
            <w:r w:rsidRPr="00F352C3">
              <w:rPr>
                <w:color w:val="000000" w:themeColor="text1"/>
                <w:sz w:val="15"/>
              </w:rPr>
              <w:t>przewody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o </w:t>
            </w:r>
            <w:proofErr w:type="spellStart"/>
            <w:r w:rsidRPr="00F352C3">
              <w:rPr>
                <w:color w:val="000000" w:themeColor="text1"/>
                <w:sz w:val="15"/>
              </w:rPr>
              <w:t>parametrach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pozwalających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uzyskać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wymaganą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rozdzielczość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i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częstotliwość</w:t>
            </w:r>
            <w:proofErr w:type="spellEnd"/>
            <w:r w:rsidRPr="00F352C3">
              <w:rPr>
                <w:color w:val="000000" w:themeColor="text1"/>
                <w:sz w:val="15"/>
              </w:rPr>
              <w:t>.</w:t>
            </w:r>
          </w:p>
        </w:tc>
        <w:tc>
          <w:tcPr>
            <w:tcW w:w="0" w:type="auto"/>
            <w:shd w:val="clear" w:color="auto" w:fill="FFFF99"/>
          </w:tcPr>
          <w:p w14:paraId="5DD60AB6" w14:textId="77777777" w:rsidR="00F352C3" w:rsidRPr="00F352C3" w:rsidRDefault="00F352C3" w:rsidP="00F352C3">
            <w:pPr>
              <w:spacing w:before="20"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F352C3" w:rsidRPr="00F352C3" w14:paraId="7FBB3B5B" w14:textId="77777777" w:rsidTr="00D871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1738D562" w14:textId="77777777" w:rsidR="00F352C3" w:rsidRPr="00F352C3" w:rsidRDefault="00F352C3" w:rsidP="00F352C3">
            <w:pPr>
              <w:spacing w:before="20" w:after="20"/>
              <w:rPr>
                <w:color w:val="000000" w:themeColor="text1"/>
              </w:rPr>
            </w:pPr>
            <w:proofErr w:type="spellStart"/>
            <w:r w:rsidRPr="00F352C3">
              <w:rPr>
                <w:color w:val="000000" w:themeColor="text1"/>
                <w:sz w:val="15"/>
              </w:rPr>
              <w:t>Kompatybilność</w:t>
            </w:r>
            <w:proofErr w:type="spellEnd"/>
          </w:p>
        </w:tc>
        <w:tc>
          <w:tcPr>
            <w:tcW w:w="0" w:type="auto"/>
          </w:tcPr>
          <w:p w14:paraId="7A5ED575" w14:textId="77777777" w:rsidR="00F352C3" w:rsidRPr="00F352C3" w:rsidRDefault="00F352C3" w:rsidP="00F352C3">
            <w:pPr>
              <w:spacing w:before="20"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proofErr w:type="spellStart"/>
            <w:r w:rsidRPr="00F352C3">
              <w:rPr>
                <w:color w:val="000000" w:themeColor="text1"/>
                <w:sz w:val="15"/>
              </w:rPr>
              <w:t>Urządzenia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muszą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być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kompatybilne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wzajemnie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i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z </w:t>
            </w:r>
            <w:proofErr w:type="spellStart"/>
            <w:r w:rsidRPr="00F352C3">
              <w:rPr>
                <w:color w:val="000000" w:themeColor="text1"/>
                <w:sz w:val="15"/>
              </w:rPr>
              <w:t>wyposażeniem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istniejącym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w </w:t>
            </w:r>
            <w:proofErr w:type="spellStart"/>
            <w:r w:rsidRPr="00F352C3">
              <w:rPr>
                <w:color w:val="000000" w:themeColor="text1"/>
                <w:sz w:val="15"/>
              </w:rPr>
              <w:t>sali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. </w:t>
            </w:r>
            <w:proofErr w:type="spellStart"/>
            <w:r w:rsidRPr="00F352C3">
              <w:rPr>
                <w:color w:val="000000" w:themeColor="text1"/>
                <w:sz w:val="15"/>
              </w:rPr>
              <w:t>Elementy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dodatkowe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konieczne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do </w:t>
            </w:r>
            <w:proofErr w:type="spellStart"/>
            <w:r w:rsidRPr="00F352C3">
              <w:rPr>
                <w:color w:val="000000" w:themeColor="text1"/>
                <w:sz w:val="15"/>
              </w:rPr>
              <w:t>realizacji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opisanych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funkcji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należy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ująć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w </w:t>
            </w:r>
            <w:proofErr w:type="spellStart"/>
            <w:r w:rsidRPr="00F352C3">
              <w:rPr>
                <w:color w:val="000000" w:themeColor="text1"/>
                <w:sz w:val="15"/>
              </w:rPr>
              <w:t>cenie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dostawy</w:t>
            </w:r>
            <w:proofErr w:type="spellEnd"/>
            <w:r w:rsidRPr="00F352C3">
              <w:rPr>
                <w:color w:val="000000" w:themeColor="text1"/>
                <w:sz w:val="15"/>
              </w:rPr>
              <w:t>.</w:t>
            </w:r>
          </w:p>
        </w:tc>
        <w:tc>
          <w:tcPr>
            <w:tcW w:w="0" w:type="auto"/>
            <w:shd w:val="clear" w:color="auto" w:fill="FFFF99"/>
          </w:tcPr>
          <w:p w14:paraId="232FE6F0" w14:textId="77777777" w:rsidR="00F352C3" w:rsidRPr="00F352C3" w:rsidRDefault="00F352C3" w:rsidP="00F352C3">
            <w:pPr>
              <w:spacing w:before="20"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F352C3" w:rsidRPr="00F352C3" w14:paraId="616514B3" w14:textId="77777777" w:rsidTr="00D8712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4CE11EC6" w14:textId="77777777" w:rsidR="00F352C3" w:rsidRPr="00F352C3" w:rsidRDefault="00F352C3" w:rsidP="00F352C3">
            <w:pPr>
              <w:spacing w:before="20" w:after="20"/>
              <w:rPr>
                <w:color w:val="000000" w:themeColor="text1"/>
              </w:rPr>
            </w:pPr>
            <w:proofErr w:type="spellStart"/>
            <w:r w:rsidRPr="00F352C3">
              <w:rPr>
                <w:color w:val="000000" w:themeColor="text1"/>
                <w:sz w:val="15"/>
              </w:rPr>
              <w:t>Gwarancja</w:t>
            </w:r>
            <w:proofErr w:type="spellEnd"/>
          </w:p>
        </w:tc>
        <w:tc>
          <w:tcPr>
            <w:tcW w:w="0" w:type="auto"/>
          </w:tcPr>
          <w:p w14:paraId="73667090" w14:textId="77777777" w:rsidR="00F352C3" w:rsidRPr="00F352C3" w:rsidRDefault="00F352C3" w:rsidP="00F352C3">
            <w:pPr>
              <w:spacing w:before="20"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F352C3">
              <w:rPr>
                <w:color w:val="000000" w:themeColor="text1"/>
                <w:sz w:val="15"/>
              </w:rPr>
              <w:t xml:space="preserve">Minimum 24 </w:t>
            </w:r>
            <w:proofErr w:type="spellStart"/>
            <w:r w:rsidRPr="00F352C3">
              <w:rPr>
                <w:color w:val="000000" w:themeColor="text1"/>
                <w:sz w:val="15"/>
              </w:rPr>
              <w:t>miesiące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gwarancji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na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wszystkie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dostarczone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urządzenia</w:t>
            </w:r>
            <w:proofErr w:type="spellEnd"/>
            <w:r w:rsidRPr="00F352C3">
              <w:rPr>
                <w:color w:val="000000" w:themeColor="text1"/>
                <w:sz w:val="15"/>
              </w:rPr>
              <w:t>.</w:t>
            </w:r>
          </w:p>
        </w:tc>
        <w:tc>
          <w:tcPr>
            <w:tcW w:w="0" w:type="auto"/>
            <w:shd w:val="clear" w:color="auto" w:fill="FFFF99"/>
          </w:tcPr>
          <w:p w14:paraId="3BF92DF6" w14:textId="77777777" w:rsidR="00F352C3" w:rsidRPr="00F352C3" w:rsidRDefault="00F352C3" w:rsidP="00F352C3">
            <w:pPr>
              <w:spacing w:before="20"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F352C3" w:rsidRPr="00F352C3" w14:paraId="743136FA" w14:textId="77777777" w:rsidTr="00D871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7DD80B2A" w14:textId="77777777" w:rsidR="00F352C3" w:rsidRPr="00F352C3" w:rsidRDefault="00F352C3" w:rsidP="00F352C3">
            <w:pPr>
              <w:spacing w:before="20" w:after="20"/>
              <w:rPr>
                <w:color w:val="000000" w:themeColor="text1"/>
              </w:rPr>
            </w:pPr>
            <w:proofErr w:type="spellStart"/>
            <w:r w:rsidRPr="00F352C3">
              <w:rPr>
                <w:color w:val="000000" w:themeColor="text1"/>
                <w:sz w:val="15"/>
              </w:rPr>
              <w:t>Charakter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zamówienia</w:t>
            </w:r>
            <w:proofErr w:type="spellEnd"/>
          </w:p>
        </w:tc>
        <w:tc>
          <w:tcPr>
            <w:tcW w:w="0" w:type="auto"/>
          </w:tcPr>
          <w:p w14:paraId="643138ED" w14:textId="77777777" w:rsidR="00F352C3" w:rsidRPr="00F352C3" w:rsidRDefault="00F352C3" w:rsidP="00F352C3">
            <w:pPr>
              <w:spacing w:before="20"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proofErr w:type="spellStart"/>
            <w:r w:rsidRPr="00F352C3">
              <w:rPr>
                <w:color w:val="000000" w:themeColor="text1"/>
                <w:sz w:val="15"/>
              </w:rPr>
              <w:t>Dostawa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sprzętu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i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akcesoriów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; bez </w:t>
            </w:r>
            <w:proofErr w:type="spellStart"/>
            <w:r w:rsidRPr="00F352C3">
              <w:rPr>
                <w:color w:val="000000" w:themeColor="text1"/>
                <w:sz w:val="15"/>
              </w:rPr>
              <w:t>montażu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, </w:t>
            </w:r>
            <w:proofErr w:type="spellStart"/>
            <w:r w:rsidRPr="00F352C3">
              <w:rPr>
                <w:color w:val="000000" w:themeColor="text1"/>
                <w:sz w:val="15"/>
              </w:rPr>
              <w:t>okablowania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instalacyjnego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w </w:t>
            </w:r>
            <w:proofErr w:type="spellStart"/>
            <w:r w:rsidRPr="00F352C3">
              <w:rPr>
                <w:color w:val="000000" w:themeColor="text1"/>
                <w:sz w:val="15"/>
              </w:rPr>
              <w:t>pomieszczeniu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, </w:t>
            </w:r>
            <w:proofErr w:type="spellStart"/>
            <w:r w:rsidRPr="00F352C3">
              <w:rPr>
                <w:color w:val="000000" w:themeColor="text1"/>
                <w:sz w:val="15"/>
              </w:rPr>
              <w:t>konfiguracji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sieci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, </w:t>
            </w:r>
            <w:proofErr w:type="spellStart"/>
            <w:r w:rsidRPr="00F352C3">
              <w:rPr>
                <w:color w:val="000000" w:themeColor="text1"/>
                <w:sz w:val="15"/>
              </w:rPr>
              <w:t>uruchomienia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, </w:t>
            </w:r>
            <w:proofErr w:type="spellStart"/>
            <w:r w:rsidRPr="00F352C3">
              <w:rPr>
                <w:color w:val="000000" w:themeColor="text1"/>
                <w:sz w:val="15"/>
              </w:rPr>
              <w:t>testów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odbiorowych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, </w:t>
            </w:r>
            <w:proofErr w:type="spellStart"/>
            <w:r w:rsidRPr="00F352C3">
              <w:rPr>
                <w:color w:val="000000" w:themeColor="text1"/>
                <w:sz w:val="15"/>
              </w:rPr>
              <w:t>szkoleń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i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innych</w:t>
            </w:r>
            <w:proofErr w:type="spellEnd"/>
            <w:r w:rsidRPr="00F352C3">
              <w:rPr>
                <w:color w:val="000000" w:themeColor="text1"/>
                <w:sz w:val="15"/>
              </w:rPr>
              <w:t xml:space="preserve"> </w:t>
            </w:r>
            <w:proofErr w:type="spellStart"/>
            <w:r w:rsidRPr="00F352C3">
              <w:rPr>
                <w:color w:val="000000" w:themeColor="text1"/>
                <w:sz w:val="15"/>
              </w:rPr>
              <w:t>usług</w:t>
            </w:r>
            <w:proofErr w:type="spellEnd"/>
            <w:r w:rsidRPr="00F352C3">
              <w:rPr>
                <w:color w:val="000000" w:themeColor="text1"/>
                <w:sz w:val="15"/>
              </w:rPr>
              <w:t>.</w:t>
            </w:r>
          </w:p>
        </w:tc>
        <w:tc>
          <w:tcPr>
            <w:tcW w:w="0" w:type="auto"/>
            <w:shd w:val="clear" w:color="auto" w:fill="FFFF99"/>
          </w:tcPr>
          <w:p w14:paraId="4F61C0E0" w14:textId="77777777" w:rsidR="00F352C3" w:rsidRPr="00F352C3" w:rsidRDefault="00F352C3" w:rsidP="00F352C3">
            <w:pPr>
              <w:spacing w:before="20"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</w:tbl>
    <w:bookmarkEnd w:id="1"/>
    <w:p w14:paraId="1F16FA5A" w14:textId="77777777" w:rsidR="00F352C3" w:rsidRPr="00F352C3" w:rsidRDefault="00F352C3" w:rsidP="00F352C3">
      <w:pPr>
        <w:keepNext/>
        <w:keepLines/>
        <w:spacing w:before="480" w:after="0"/>
        <w:outlineLvl w:val="0"/>
        <w:rPr>
          <w:rFonts w:asciiTheme="majorHAnsi" w:eastAsiaTheme="majorEastAsia" w:hAnsiTheme="majorHAnsi" w:cstheme="majorBidi"/>
          <w:b/>
          <w:bCs/>
          <w:color w:val="143D62"/>
          <w:sz w:val="22"/>
          <w:szCs w:val="28"/>
        </w:rPr>
      </w:pPr>
      <w:proofErr w:type="spellStart"/>
      <w:r w:rsidRPr="00F352C3">
        <w:rPr>
          <w:rFonts w:asciiTheme="majorHAnsi" w:eastAsiaTheme="majorEastAsia" w:hAnsiTheme="majorHAnsi" w:cstheme="majorBidi"/>
          <w:b/>
          <w:bCs/>
          <w:color w:val="143D62"/>
          <w:sz w:val="22"/>
          <w:szCs w:val="28"/>
        </w:rPr>
        <w:t>Postanowienia</w:t>
      </w:r>
      <w:proofErr w:type="spellEnd"/>
      <w:r w:rsidRPr="00F352C3">
        <w:rPr>
          <w:rFonts w:asciiTheme="majorHAnsi" w:eastAsiaTheme="majorEastAsia" w:hAnsiTheme="majorHAnsi" w:cstheme="majorBidi"/>
          <w:b/>
          <w:bCs/>
          <w:color w:val="143D62"/>
          <w:sz w:val="22"/>
          <w:szCs w:val="28"/>
        </w:rPr>
        <w:t xml:space="preserve"> </w:t>
      </w:r>
      <w:proofErr w:type="spellStart"/>
      <w:r w:rsidRPr="00F352C3">
        <w:rPr>
          <w:rFonts w:asciiTheme="majorHAnsi" w:eastAsiaTheme="majorEastAsia" w:hAnsiTheme="majorHAnsi" w:cstheme="majorBidi"/>
          <w:b/>
          <w:bCs/>
          <w:color w:val="143D62"/>
          <w:sz w:val="22"/>
          <w:szCs w:val="28"/>
        </w:rPr>
        <w:t>dotyczące</w:t>
      </w:r>
      <w:proofErr w:type="spellEnd"/>
      <w:r w:rsidRPr="00F352C3">
        <w:rPr>
          <w:rFonts w:asciiTheme="majorHAnsi" w:eastAsiaTheme="majorEastAsia" w:hAnsiTheme="majorHAnsi" w:cstheme="majorBidi"/>
          <w:b/>
          <w:bCs/>
          <w:color w:val="143D62"/>
          <w:sz w:val="22"/>
          <w:szCs w:val="28"/>
        </w:rPr>
        <w:t xml:space="preserve"> </w:t>
      </w:r>
      <w:proofErr w:type="spellStart"/>
      <w:r w:rsidRPr="00F352C3">
        <w:rPr>
          <w:rFonts w:asciiTheme="majorHAnsi" w:eastAsiaTheme="majorEastAsia" w:hAnsiTheme="majorHAnsi" w:cstheme="majorBidi"/>
          <w:b/>
          <w:bCs/>
          <w:color w:val="143D62"/>
          <w:sz w:val="22"/>
          <w:szCs w:val="28"/>
        </w:rPr>
        <w:t>schematu</w:t>
      </w:r>
      <w:proofErr w:type="spellEnd"/>
    </w:p>
    <w:p w14:paraId="4F8F06F7" w14:textId="77777777" w:rsidR="00F352C3" w:rsidRPr="00F352C3" w:rsidRDefault="00F352C3" w:rsidP="00F352C3">
      <w:pPr>
        <w:spacing w:after="80"/>
      </w:pPr>
      <w:proofErr w:type="spellStart"/>
      <w:r w:rsidRPr="00F352C3">
        <w:t>Załączony</w:t>
      </w:r>
      <w:proofErr w:type="spellEnd"/>
      <w:r w:rsidRPr="00F352C3">
        <w:t xml:space="preserve"> </w:t>
      </w:r>
      <w:proofErr w:type="spellStart"/>
      <w:r w:rsidRPr="00F352C3">
        <w:t>schemat</w:t>
      </w:r>
      <w:proofErr w:type="spellEnd"/>
      <w:r w:rsidRPr="00F352C3">
        <w:t xml:space="preserve"> </w:t>
      </w:r>
      <w:proofErr w:type="spellStart"/>
      <w:r w:rsidRPr="00F352C3">
        <w:t>połączeń</w:t>
      </w:r>
      <w:proofErr w:type="spellEnd"/>
      <w:r w:rsidRPr="00F352C3">
        <w:t xml:space="preserve"> jest </w:t>
      </w:r>
      <w:proofErr w:type="spellStart"/>
      <w:r w:rsidRPr="00F352C3">
        <w:t>poglądowy</w:t>
      </w:r>
      <w:proofErr w:type="spellEnd"/>
      <w:r w:rsidRPr="00F352C3">
        <w:t xml:space="preserve"> </w:t>
      </w:r>
      <w:proofErr w:type="spellStart"/>
      <w:r w:rsidRPr="00F352C3">
        <w:t>i</w:t>
      </w:r>
      <w:proofErr w:type="spellEnd"/>
      <w:r w:rsidRPr="00F352C3">
        <w:t xml:space="preserve"> </w:t>
      </w:r>
      <w:proofErr w:type="spellStart"/>
      <w:r w:rsidRPr="00F352C3">
        <w:t>przedstawia</w:t>
      </w:r>
      <w:proofErr w:type="spellEnd"/>
      <w:r w:rsidRPr="00F352C3">
        <w:t xml:space="preserve"> </w:t>
      </w:r>
      <w:proofErr w:type="spellStart"/>
      <w:r w:rsidRPr="00F352C3">
        <w:t>wymaganą</w:t>
      </w:r>
      <w:proofErr w:type="spellEnd"/>
      <w:r w:rsidRPr="00F352C3">
        <w:t xml:space="preserve"> </w:t>
      </w:r>
      <w:proofErr w:type="spellStart"/>
      <w:r w:rsidRPr="00F352C3">
        <w:t>funkcjonalność</w:t>
      </w:r>
      <w:proofErr w:type="spellEnd"/>
      <w:r w:rsidRPr="00F352C3">
        <w:t xml:space="preserve">. </w:t>
      </w:r>
      <w:proofErr w:type="spellStart"/>
      <w:r w:rsidRPr="00F352C3">
        <w:t>Dopuszcza</w:t>
      </w:r>
      <w:proofErr w:type="spellEnd"/>
      <w:r w:rsidRPr="00F352C3">
        <w:t xml:space="preserve"> </w:t>
      </w:r>
      <w:proofErr w:type="spellStart"/>
      <w:r w:rsidRPr="00F352C3">
        <w:t>się</w:t>
      </w:r>
      <w:proofErr w:type="spellEnd"/>
      <w:r w:rsidRPr="00F352C3">
        <w:t xml:space="preserve"> </w:t>
      </w:r>
      <w:proofErr w:type="spellStart"/>
      <w:r w:rsidRPr="00F352C3">
        <w:t>inne</w:t>
      </w:r>
      <w:proofErr w:type="spellEnd"/>
      <w:r w:rsidRPr="00F352C3">
        <w:t xml:space="preserve"> </w:t>
      </w:r>
      <w:proofErr w:type="spellStart"/>
      <w:r w:rsidRPr="00F352C3">
        <w:t>rozwiązania</w:t>
      </w:r>
      <w:proofErr w:type="spellEnd"/>
      <w:r w:rsidRPr="00F352C3">
        <w:t xml:space="preserve"> </w:t>
      </w:r>
      <w:proofErr w:type="spellStart"/>
      <w:r w:rsidRPr="00F352C3">
        <w:t>techniczne</w:t>
      </w:r>
      <w:proofErr w:type="spellEnd"/>
      <w:r w:rsidRPr="00F352C3">
        <w:t xml:space="preserve"> </w:t>
      </w:r>
      <w:proofErr w:type="spellStart"/>
      <w:r w:rsidRPr="00F352C3">
        <w:t>oraz</w:t>
      </w:r>
      <w:proofErr w:type="spellEnd"/>
      <w:r w:rsidRPr="00F352C3">
        <w:t xml:space="preserve"> </w:t>
      </w:r>
      <w:proofErr w:type="spellStart"/>
      <w:r w:rsidRPr="00F352C3">
        <w:t>urządzenia</w:t>
      </w:r>
      <w:proofErr w:type="spellEnd"/>
      <w:r w:rsidRPr="00F352C3">
        <w:t xml:space="preserve"> </w:t>
      </w:r>
      <w:proofErr w:type="spellStart"/>
      <w:r w:rsidRPr="00F352C3">
        <w:t>równoważne</w:t>
      </w:r>
      <w:proofErr w:type="spellEnd"/>
      <w:r w:rsidRPr="00F352C3">
        <w:t xml:space="preserve">, pod </w:t>
      </w:r>
      <w:proofErr w:type="spellStart"/>
      <w:r w:rsidRPr="00F352C3">
        <w:t>warunkiem</w:t>
      </w:r>
      <w:proofErr w:type="spellEnd"/>
      <w:r w:rsidRPr="00F352C3">
        <w:t xml:space="preserve"> </w:t>
      </w:r>
      <w:proofErr w:type="spellStart"/>
      <w:r w:rsidRPr="00F352C3">
        <w:t>zapewnienia</w:t>
      </w:r>
      <w:proofErr w:type="spellEnd"/>
      <w:r w:rsidRPr="00F352C3">
        <w:t xml:space="preserve"> co </w:t>
      </w:r>
      <w:proofErr w:type="spellStart"/>
      <w:r w:rsidRPr="00F352C3">
        <w:t>najmniej</w:t>
      </w:r>
      <w:proofErr w:type="spellEnd"/>
      <w:r w:rsidRPr="00F352C3">
        <w:t xml:space="preserve"> </w:t>
      </w:r>
      <w:proofErr w:type="spellStart"/>
      <w:r w:rsidRPr="00F352C3">
        <w:t>opisanych</w:t>
      </w:r>
      <w:proofErr w:type="spellEnd"/>
      <w:r w:rsidRPr="00F352C3">
        <w:t xml:space="preserve"> </w:t>
      </w:r>
      <w:proofErr w:type="spellStart"/>
      <w:r w:rsidRPr="00F352C3">
        <w:t>parametrów</w:t>
      </w:r>
      <w:proofErr w:type="spellEnd"/>
      <w:r w:rsidRPr="00F352C3">
        <w:t xml:space="preserve"> </w:t>
      </w:r>
      <w:proofErr w:type="spellStart"/>
      <w:r w:rsidRPr="00F352C3">
        <w:t>i</w:t>
      </w:r>
      <w:proofErr w:type="spellEnd"/>
      <w:r w:rsidRPr="00F352C3">
        <w:t xml:space="preserve"> </w:t>
      </w:r>
      <w:proofErr w:type="spellStart"/>
      <w:r w:rsidRPr="00F352C3">
        <w:t>wszystkich</w:t>
      </w:r>
      <w:proofErr w:type="spellEnd"/>
      <w:r w:rsidRPr="00F352C3">
        <w:t xml:space="preserve"> </w:t>
      </w:r>
      <w:proofErr w:type="spellStart"/>
      <w:r w:rsidRPr="00F352C3">
        <w:t>czterech</w:t>
      </w:r>
      <w:proofErr w:type="spellEnd"/>
      <w:r w:rsidRPr="00F352C3">
        <w:t xml:space="preserve"> </w:t>
      </w:r>
      <w:proofErr w:type="spellStart"/>
      <w:r w:rsidRPr="00F352C3">
        <w:t>trybów</w:t>
      </w:r>
      <w:proofErr w:type="spellEnd"/>
      <w:r w:rsidRPr="00F352C3">
        <w:t xml:space="preserve"> </w:t>
      </w:r>
      <w:proofErr w:type="spellStart"/>
      <w:r w:rsidRPr="00F352C3">
        <w:t>pracy</w:t>
      </w:r>
      <w:proofErr w:type="spellEnd"/>
      <w:r w:rsidRPr="00F352C3">
        <w:t xml:space="preserve">. </w:t>
      </w:r>
      <w:proofErr w:type="spellStart"/>
      <w:r w:rsidRPr="00F352C3">
        <w:t>Oferent</w:t>
      </w:r>
      <w:proofErr w:type="spellEnd"/>
      <w:r w:rsidRPr="00F352C3">
        <w:t xml:space="preserve"> </w:t>
      </w:r>
      <w:proofErr w:type="spellStart"/>
      <w:r w:rsidRPr="00F352C3">
        <w:t>powinien</w:t>
      </w:r>
      <w:proofErr w:type="spellEnd"/>
      <w:r w:rsidRPr="00F352C3">
        <w:t xml:space="preserve"> </w:t>
      </w:r>
      <w:proofErr w:type="spellStart"/>
      <w:r w:rsidRPr="00F352C3">
        <w:t>podać</w:t>
      </w:r>
      <w:proofErr w:type="spellEnd"/>
      <w:r w:rsidRPr="00F352C3">
        <w:t xml:space="preserve"> </w:t>
      </w:r>
      <w:proofErr w:type="spellStart"/>
      <w:r w:rsidRPr="00F352C3">
        <w:t>producenta</w:t>
      </w:r>
      <w:proofErr w:type="spellEnd"/>
      <w:r w:rsidRPr="00F352C3">
        <w:t xml:space="preserve"> </w:t>
      </w:r>
      <w:proofErr w:type="spellStart"/>
      <w:r w:rsidRPr="00F352C3">
        <w:t>i</w:t>
      </w:r>
      <w:proofErr w:type="spellEnd"/>
      <w:r w:rsidRPr="00F352C3">
        <w:t xml:space="preserve"> model </w:t>
      </w:r>
      <w:proofErr w:type="spellStart"/>
      <w:r w:rsidRPr="00F352C3">
        <w:t>proponowanych</w:t>
      </w:r>
      <w:proofErr w:type="spellEnd"/>
      <w:r w:rsidRPr="00F352C3">
        <w:t xml:space="preserve"> </w:t>
      </w:r>
      <w:proofErr w:type="spellStart"/>
      <w:r w:rsidRPr="00F352C3">
        <w:t>urządzeń</w:t>
      </w:r>
      <w:proofErr w:type="spellEnd"/>
      <w:r w:rsidRPr="00F352C3">
        <w:t xml:space="preserve"> w </w:t>
      </w:r>
      <w:proofErr w:type="spellStart"/>
      <w:r w:rsidRPr="00F352C3">
        <w:t>ofercie</w:t>
      </w:r>
      <w:proofErr w:type="spellEnd"/>
      <w:r w:rsidRPr="00F352C3">
        <w:t>.</w:t>
      </w:r>
    </w:p>
    <w:p w14:paraId="3D0B1B61" w14:textId="77777777" w:rsidR="00F352C3" w:rsidRPr="00F352C3" w:rsidRDefault="00F352C3" w:rsidP="00F352C3">
      <w:pPr>
        <w:spacing w:after="80"/>
      </w:pPr>
      <w:proofErr w:type="spellStart"/>
      <w:r w:rsidRPr="00F352C3">
        <w:t>Wskazane</w:t>
      </w:r>
      <w:proofErr w:type="spellEnd"/>
      <w:r w:rsidRPr="00F352C3">
        <w:t xml:space="preserve"> </w:t>
      </w:r>
      <w:proofErr w:type="spellStart"/>
      <w:r w:rsidRPr="00F352C3">
        <w:t>wyposażenie</w:t>
      </w:r>
      <w:proofErr w:type="spellEnd"/>
      <w:r w:rsidRPr="00F352C3">
        <w:t xml:space="preserve"> </w:t>
      </w:r>
      <w:proofErr w:type="spellStart"/>
      <w:r w:rsidRPr="00F352C3">
        <w:t>istniejące</w:t>
      </w:r>
      <w:proofErr w:type="spellEnd"/>
      <w:r w:rsidRPr="00F352C3">
        <w:t xml:space="preserve"> </w:t>
      </w:r>
      <w:proofErr w:type="spellStart"/>
      <w:r w:rsidRPr="00F352C3">
        <w:t>służy</w:t>
      </w:r>
      <w:proofErr w:type="spellEnd"/>
      <w:r w:rsidRPr="00F352C3">
        <w:t xml:space="preserve"> </w:t>
      </w:r>
      <w:proofErr w:type="spellStart"/>
      <w:r w:rsidRPr="00F352C3">
        <w:t>wyłącznie</w:t>
      </w:r>
      <w:proofErr w:type="spellEnd"/>
      <w:r w:rsidRPr="00F352C3">
        <w:t xml:space="preserve"> </w:t>
      </w:r>
      <w:proofErr w:type="spellStart"/>
      <w:r w:rsidRPr="00F352C3">
        <w:t>określeniu</w:t>
      </w:r>
      <w:proofErr w:type="spellEnd"/>
      <w:r w:rsidRPr="00F352C3">
        <w:t xml:space="preserve"> </w:t>
      </w:r>
      <w:proofErr w:type="spellStart"/>
      <w:r w:rsidRPr="00F352C3">
        <w:t>warunków</w:t>
      </w:r>
      <w:proofErr w:type="spellEnd"/>
      <w:r w:rsidRPr="00F352C3">
        <w:t xml:space="preserve"> </w:t>
      </w:r>
      <w:proofErr w:type="spellStart"/>
      <w:r w:rsidRPr="00F352C3">
        <w:t>kompatybilności</w:t>
      </w:r>
      <w:proofErr w:type="spellEnd"/>
      <w:r w:rsidRPr="00F352C3">
        <w:t xml:space="preserve"> </w:t>
      </w:r>
      <w:proofErr w:type="spellStart"/>
      <w:r w:rsidRPr="00F352C3">
        <w:t>i</w:t>
      </w:r>
      <w:proofErr w:type="spellEnd"/>
      <w:r w:rsidRPr="00F352C3">
        <w:t xml:space="preserve"> </w:t>
      </w:r>
      <w:proofErr w:type="spellStart"/>
      <w:r w:rsidRPr="00F352C3">
        <w:t>nie</w:t>
      </w:r>
      <w:proofErr w:type="spellEnd"/>
      <w:r w:rsidRPr="00F352C3">
        <w:t xml:space="preserve"> </w:t>
      </w:r>
      <w:proofErr w:type="spellStart"/>
      <w:r w:rsidRPr="00F352C3">
        <w:t>stanowi</w:t>
      </w:r>
      <w:proofErr w:type="spellEnd"/>
      <w:r w:rsidRPr="00F352C3">
        <w:t xml:space="preserve"> </w:t>
      </w:r>
      <w:proofErr w:type="spellStart"/>
      <w:r w:rsidRPr="00F352C3">
        <w:t>przedmiotu</w:t>
      </w:r>
      <w:proofErr w:type="spellEnd"/>
      <w:r w:rsidRPr="00F352C3">
        <w:t xml:space="preserve"> </w:t>
      </w:r>
      <w:proofErr w:type="spellStart"/>
      <w:r w:rsidRPr="00F352C3">
        <w:t>dostawy</w:t>
      </w:r>
      <w:proofErr w:type="spellEnd"/>
      <w:r w:rsidRPr="00F352C3">
        <w:t>.</w:t>
      </w:r>
    </w:p>
    <w:p w14:paraId="6E26366C" w14:textId="77777777" w:rsidR="00F352C3" w:rsidRPr="00F352C3" w:rsidRDefault="00F352C3" w:rsidP="00F352C3">
      <w:pPr>
        <w:spacing w:after="80"/>
      </w:pPr>
    </w:p>
    <w:p w14:paraId="4B02B370" w14:textId="77777777" w:rsidR="00F352C3" w:rsidRPr="00F352C3" w:rsidRDefault="00F352C3" w:rsidP="00F352C3">
      <w:pPr>
        <w:spacing w:after="80"/>
      </w:pPr>
    </w:p>
    <w:p w14:paraId="41AAA03C" w14:textId="77777777" w:rsidR="00F352C3" w:rsidRPr="00F352C3" w:rsidRDefault="00F352C3" w:rsidP="00F352C3">
      <w:pPr>
        <w:spacing w:after="80"/>
      </w:pPr>
    </w:p>
    <w:p w14:paraId="189A086E" w14:textId="0E8B814A" w:rsidR="00F352C3" w:rsidRPr="00F352C3" w:rsidRDefault="00F352C3" w:rsidP="00F352C3">
      <w:pPr>
        <w:spacing w:after="80"/>
      </w:pPr>
      <w:r w:rsidRPr="00F352C3">
        <w:rPr>
          <w:noProof/>
        </w:rPr>
        <mc:AlternateContent>
          <mc:Choice Requires="wps">
            <w:drawing>
              <wp:inline distT="0" distB="0" distL="0" distR="0" wp14:anchorId="324E5CE4" wp14:editId="034E6BBA">
                <wp:extent cx="304800" cy="304800"/>
                <wp:effectExtent l="0" t="0" r="0" b="0"/>
                <wp:docPr id="1092457674" name="Prostokąt 1" descr="Wygenerowany obraz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108FB88" id="Prostokąt 1" o:spid="_x0000_s1026" alt="Wygenerowany obraz 1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</w:p>
    <w:p w14:paraId="68422A17" w14:textId="77777777" w:rsidR="00F352C3" w:rsidRPr="00F352C3" w:rsidRDefault="00F352C3" w:rsidP="00F352C3">
      <w:pPr>
        <w:spacing w:after="80"/>
      </w:pPr>
    </w:p>
    <w:tbl>
      <w:tblPr>
        <w:tblStyle w:val="Tabela-Siatka"/>
        <w:tblW w:w="0" w:type="auto"/>
        <w:tblInd w:w="38" w:type="dxa"/>
        <w:tblLook w:val="04A0" w:firstRow="1" w:lastRow="0" w:firstColumn="1" w:lastColumn="0" w:noHBand="0" w:noVBand="1"/>
      </w:tblPr>
      <w:tblGrid>
        <w:gridCol w:w="3446"/>
        <w:gridCol w:w="1444"/>
        <w:gridCol w:w="2410"/>
      </w:tblGrid>
      <w:tr w:rsidR="00D8712A" w14:paraId="5B47536B" w14:textId="77777777" w:rsidTr="00410A61">
        <w:tc>
          <w:tcPr>
            <w:tcW w:w="34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EBA291" w14:textId="77777777" w:rsidR="00D8712A" w:rsidRDefault="00D8712A" w:rsidP="00410A61">
            <w:r>
              <w:t xml:space="preserve">Cena za 1 </w:t>
            </w:r>
            <w:proofErr w:type="spellStart"/>
            <w:r>
              <w:t>szt</w:t>
            </w:r>
            <w:proofErr w:type="spellEnd"/>
            <w:r>
              <w:t>.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C84E5F" w14:textId="77777777" w:rsidR="00D8712A" w:rsidRDefault="00D8712A" w:rsidP="00410A61">
            <w:r>
              <w:t xml:space="preserve">Netto w </w:t>
            </w:r>
            <w:proofErr w:type="spellStart"/>
            <w:r>
              <w:t>zł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7973671A" w14:textId="77777777" w:rsidR="00D8712A" w:rsidRDefault="00D8712A" w:rsidP="00410A61">
            <w:pPr>
              <w:rPr>
                <w:highlight w:val="yellow"/>
              </w:rPr>
            </w:pPr>
          </w:p>
        </w:tc>
      </w:tr>
      <w:tr w:rsidR="00D8712A" w14:paraId="43FF10E0" w14:textId="77777777" w:rsidTr="00410A61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581D31" w14:textId="77777777" w:rsidR="00D8712A" w:rsidRDefault="00D8712A" w:rsidP="00410A61">
            <w:pPr>
              <w:spacing w:after="0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64BB2B" w14:textId="77777777" w:rsidR="00D8712A" w:rsidRDefault="00D8712A" w:rsidP="00410A61">
            <w:r>
              <w:t xml:space="preserve">Brutto w </w:t>
            </w:r>
            <w:proofErr w:type="spellStart"/>
            <w:r>
              <w:t>zł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106D1659" w14:textId="77777777" w:rsidR="00D8712A" w:rsidRDefault="00D8712A" w:rsidP="00410A61">
            <w:pPr>
              <w:rPr>
                <w:highlight w:val="yellow"/>
              </w:rPr>
            </w:pPr>
          </w:p>
        </w:tc>
      </w:tr>
      <w:tr w:rsidR="00D8712A" w14:paraId="1C790F6B" w14:textId="77777777" w:rsidTr="00410A61">
        <w:tc>
          <w:tcPr>
            <w:tcW w:w="34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373DBA" w14:textId="6EF3740C" w:rsidR="00D8712A" w:rsidRDefault="00D8712A" w:rsidP="00410A61">
            <w:proofErr w:type="spellStart"/>
            <w:r>
              <w:t>Łączna</w:t>
            </w:r>
            <w:proofErr w:type="spellEnd"/>
            <w:r>
              <w:t xml:space="preserve"> </w:t>
            </w:r>
            <w:proofErr w:type="spellStart"/>
            <w:r>
              <w:t>Kwota</w:t>
            </w:r>
            <w:proofErr w:type="spellEnd"/>
            <w:r>
              <w:t xml:space="preserve"> za: 1 </w:t>
            </w:r>
            <w:proofErr w:type="spellStart"/>
            <w:r>
              <w:t>szt</w:t>
            </w:r>
            <w:proofErr w:type="spellEnd"/>
            <w:r>
              <w:t>.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47CA5D" w14:textId="77777777" w:rsidR="00D8712A" w:rsidRDefault="00D8712A" w:rsidP="00410A61">
            <w:r>
              <w:t xml:space="preserve">Netto w </w:t>
            </w:r>
            <w:proofErr w:type="spellStart"/>
            <w:r>
              <w:t>zł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3A2AF155" w14:textId="77777777" w:rsidR="00D8712A" w:rsidRDefault="00D8712A" w:rsidP="00410A61">
            <w:pPr>
              <w:rPr>
                <w:highlight w:val="yellow"/>
              </w:rPr>
            </w:pPr>
          </w:p>
        </w:tc>
      </w:tr>
      <w:tr w:rsidR="00D8712A" w14:paraId="23F451D1" w14:textId="77777777" w:rsidTr="00410A61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512A06" w14:textId="77777777" w:rsidR="00D8712A" w:rsidRDefault="00D8712A" w:rsidP="00410A61">
            <w:pPr>
              <w:spacing w:after="0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C62430" w14:textId="77777777" w:rsidR="00D8712A" w:rsidRDefault="00D8712A" w:rsidP="00410A61">
            <w:r>
              <w:t xml:space="preserve">Brutto w </w:t>
            </w:r>
            <w:proofErr w:type="spellStart"/>
            <w:r>
              <w:t>zł</w:t>
            </w:r>
            <w:proofErr w:type="spellEnd"/>
            <w:r>
              <w:t>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03671098" w14:textId="77777777" w:rsidR="00D8712A" w:rsidRDefault="00D8712A" w:rsidP="00410A61">
            <w:pPr>
              <w:rPr>
                <w:highlight w:val="yellow"/>
              </w:rPr>
            </w:pPr>
          </w:p>
        </w:tc>
      </w:tr>
    </w:tbl>
    <w:p w14:paraId="4D55B528" w14:textId="77777777" w:rsidR="00F352C3" w:rsidRPr="00F352C3" w:rsidRDefault="00F352C3" w:rsidP="00F352C3">
      <w:pPr>
        <w:spacing w:after="80"/>
      </w:pPr>
    </w:p>
    <w:p w14:paraId="6C13A296" w14:textId="77777777" w:rsidR="00F352C3" w:rsidRPr="00F352C3" w:rsidRDefault="00F352C3" w:rsidP="00F352C3">
      <w:pPr>
        <w:spacing w:after="80"/>
      </w:pPr>
    </w:p>
    <w:p w14:paraId="48513347" w14:textId="77777777" w:rsidR="00F352C3" w:rsidRPr="00F352C3" w:rsidRDefault="00F352C3" w:rsidP="00F352C3">
      <w:pPr>
        <w:spacing w:after="80"/>
      </w:pPr>
      <w:r w:rsidRPr="00F352C3">
        <w:t xml:space="preserve">Oświadczamy, </w:t>
      </w:r>
      <w:proofErr w:type="spellStart"/>
      <w:r w:rsidRPr="00F352C3">
        <w:t>że</w:t>
      </w:r>
      <w:proofErr w:type="spellEnd"/>
      <w:r w:rsidRPr="00F352C3">
        <w:t xml:space="preserve"> </w:t>
      </w:r>
      <w:proofErr w:type="spellStart"/>
      <w:r w:rsidRPr="00F352C3">
        <w:t>oferowany</w:t>
      </w:r>
      <w:proofErr w:type="spellEnd"/>
      <w:r w:rsidRPr="00F352C3">
        <w:t xml:space="preserve"> </w:t>
      </w:r>
      <w:proofErr w:type="spellStart"/>
      <w:r w:rsidRPr="00F352C3">
        <w:t>sprzęt</w:t>
      </w:r>
      <w:proofErr w:type="spellEnd"/>
      <w:r w:rsidRPr="00F352C3">
        <w:t xml:space="preserve"> </w:t>
      </w:r>
      <w:proofErr w:type="spellStart"/>
      <w:r w:rsidRPr="00F352C3">
        <w:t>spełnia</w:t>
      </w:r>
      <w:proofErr w:type="spellEnd"/>
      <w:r w:rsidRPr="00F352C3">
        <w:t xml:space="preserve"> </w:t>
      </w:r>
      <w:proofErr w:type="spellStart"/>
      <w:r w:rsidRPr="00F352C3">
        <w:t>powyższe</w:t>
      </w:r>
      <w:proofErr w:type="spellEnd"/>
      <w:r w:rsidRPr="00F352C3">
        <w:t xml:space="preserve"> </w:t>
      </w:r>
      <w:proofErr w:type="spellStart"/>
      <w:r w:rsidRPr="00F352C3">
        <w:t>wymagania</w:t>
      </w:r>
      <w:proofErr w:type="spellEnd"/>
      <w:r w:rsidRPr="00F352C3">
        <w:t>.</w:t>
      </w:r>
    </w:p>
    <w:p w14:paraId="6E28FC16" w14:textId="77777777" w:rsidR="00F352C3" w:rsidRPr="00F352C3" w:rsidRDefault="00F352C3" w:rsidP="00F352C3">
      <w:pPr>
        <w:spacing w:after="80"/>
      </w:pPr>
      <w:r w:rsidRPr="00F352C3">
        <w:t xml:space="preserve">Data </w:t>
      </w:r>
      <w:proofErr w:type="spellStart"/>
      <w:r w:rsidRPr="00F352C3">
        <w:t>i</w:t>
      </w:r>
      <w:proofErr w:type="spellEnd"/>
      <w:r w:rsidRPr="00F352C3">
        <w:t xml:space="preserve"> </w:t>
      </w:r>
      <w:proofErr w:type="spellStart"/>
      <w:r w:rsidRPr="00F352C3">
        <w:t>podpis</w:t>
      </w:r>
      <w:proofErr w:type="spellEnd"/>
      <w:r w:rsidRPr="00F352C3">
        <w:t xml:space="preserve"> </w:t>
      </w:r>
      <w:proofErr w:type="spellStart"/>
      <w:r w:rsidRPr="00F352C3">
        <w:t>osoby</w:t>
      </w:r>
      <w:proofErr w:type="spellEnd"/>
      <w:r w:rsidRPr="00F352C3">
        <w:t xml:space="preserve"> </w:t>
      </w:r>
      <w:proofErr w:type="spellStart"/>
      <w:r w:rsidRPr="00F352C3">
        <w:t>upoważnionej</w:t>
      </w:r>
      <w:proofErr w:type="spellEnd"/>
      <w:r w:rsidRPr="00F352C3">
        <w:t>: ........................................................................................</w:t>
      </w:r>
    </w:p>
    <w:p w14:paraId="355BDB44" w14:textId="77777777" w:rsidR="00F352C3" w:rsidRPr="00F352C3" w:rsidRDefault="00F352C3" w:rsidP="00F352C3">
      <w:pPr>
        <w:spacing w:after="80"/>
      </w:pPr>
    </w:p>
    <w:p w14:paraId="1FF7A289" w14:textId="77777777" w:rsidR="00F352C3" w:rsidRPr="00F352C3" w:rsidRDefault="00F352C3" w:rsidP="00F352C3">
      <w:pPr>
        <w:spacing w:after="80"/>
      </w:pPr>
    </w:p>
    <w:p w14:paraId="7A232BA5" w14:textId="77777777" w:rsidR="00F352C3" w:rsidRPr="00F352C3" w:rsidRDefault="00F352C3" w:rsidP="00F352C3">
      <w:pPr>
        <w:spacing w:after="80"/>
      </w:pPr>
      <w:r w:rsidRPr="00F352C3">
        <w:rPr>
          <w:noProof/>
        </w:rPr>
        <w:lastRenderedPageBreak/>
        <w:drawing>
          <wp:inline distT="0" distB="0" distL="0" distR="0" wp14:anchorId="72876A53" wp14:editId="5006F55A">
            <wp:extent cx="6638925" cy="9391650"/>
            <wp:effectExtent l="0" t="0" r="9525" b="0"/>
            <wp:docPr id="9800806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8925" cy="9391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1C881C" w14:textId="77777777" w:rsidR="00F352C3" w:rsidRDefault="00F352C3" w:rsidP="00F352C3">
      <w:pPr>
        <w:jc w:val="right"/>
      </w:pPr>
      <w:proofErr w:type="spellStart"/>
      <w:r>
        <w:rPr>
          <w:b/>
        </w:rPr>
        <w:lastRenderedPageBreak/>
        <w:t>Załącznik</w:t>
      </w:r>
      <w:proofErr w:type="spellEnd"/>
      <w:r>
        <w:rPr>
          <w:b/>
        </w:rPr>
        <w:t xml:space="preserve"> nr 4.18</w:t>
      </w:r>
    </w:p>
    <w:p w14:paraId="139E8F23" w14:textId="77777777" w:rsidR="00F352C3" w:rsidRDefault="00F352C3" w:rsidP="00F352C3">
      <w:pPr>
        <w:jc w:val="center"/>
      </w:pPr>
      <w:r>
        <w:rPr>
          <w:b/>
          <w:color w:val="1C324B"/>
          <w:sz w:val="28"/>
        </w:rPr>
        <w:t>OPIS PRZEDMIOTU ZAMÓWIENIA</w:t>
      </w:r>
    </w:p>
    <w:p w14:paraId="44E5F9F2" w14:textId="77777777" w:rsidR="00F352C3" w:rsidRDefault="00F352C3" w:rsidP="00F352C3">
      <w:pPr>
        <w:jc w:val="center"/>
      </w:pPr>
      <w:proofErr w:type="spellStart"/>
      <w:r>
        <w:rPr>
          <w:b/>
          <w:sz w:val="22"/>
        </w:rPr>
        <w:t>Specyfikacja</w:t>
      </w:r>
      <w:proofErr w:type="spellEnd"/>
      <w:r>
        <w:rPr>
          <w:b/>
          <w:sz w:val="22"/>
        </w:rPr>
        <w:t xml:space="preserve"> </w:t>
      </w:r>
      <w:proofErr w:type="spellStart"/>
      <w:r>
        <w:rPr>
          <w:b/>
          <w:sz w:val="22"/>
        </w:rPr>
        <w:t>techniczna</w:t>
      </w:r>
      <w:proofErr w:type="spellEnd"/>
      <w:r>
        <w:rPr>
          <w:b/>
          <w:sz w:val="22"/>
        </w:rPr>
        <w:t xml:space="preserve"> - </w:t>
      </w:r>
      <w:proofErr w:type="spellStart"/>
      <w:r>
        <w:rPr>
          <w:b/>
          <w:sz w:val="22"/>
        </w:rPr>
        <w:t>Pamięć</w:t>
      </w:r>
      <w:proofErr w:type="spellEnd"/>
      <w:r>
        <w:rPr>
          <w:b/>
          <w:sz w:val="22"/>
        </w:rPr>
        <w:t xml:space="preserve"> Ram </w:t>
      </w:r>
      <w:proofErr w:type="spellStart"/>
      <w:r>
        <w:rPr>
          <w:b/>
          <w:sz w:val="22"/>
        </w:rPr>
        <w:t>Typ</w:t>
      </w:r>
      <w:proofErr w:type="spellEnd"/>
      <w:r>
        <w:rPr>
          <w:b/>
          <w:sz w:val="22"/>
        </w:rPr>
        <w:t xml:space="preserve"> A - 6 </w:t>
      </w:r>
      <w:proofErr w:type="spellStart"/>
      <w:r>
        <w:rPr>
          <w:b/>
          <w:sz w:val="22"/>
        </w:rPr>
        <w:t>szt</w:t>
      </w:r>
      <w:proofErr w:type="spellEnd"/>
      <w:r>
        <w:rPr>
          <w:b/>
          <w:sz w:val="22"/>
        </w:rPr>
        <w:t>.</w:t>
      </w:r>
    </w:p>
    <w:p w14:paraId="45B296A6" w14:textId="77777777" w:rsidR="00F352C3" w:rsidRDefault="00F352C3" w:rsidP="00F352C3">
      <w:r>
        <w:t xml:space="preserve">Producent: ........................................................................     Model / </w:t>
      </w:r>
      <w:proofErr w:type="spellStart"/>
      <w:r>
        <w:t>oznaczenie</w:t>
      </w:r>
      <w:proofErr w:type="spellEnd"/>
      <w:r>
        <w:t>: ........................................................................</w:t>
      </w:r>
    </w:p>
    <w:tbl>
      <w:tblPr>
        <w:tblStyle w:val="Tabela-Siatka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438"/>
        <w:gridCol w:w="4762"/>
        <w:gridCol w:w="2324"/>
      </w:tblGrid>
      <w:tr w:rsidR="00F352C3" w14:paraId="09786454" w14:textId="77777777" w:rsidTr="00D8712A">
        <w:trPr>
          <w:cantSplit/>
          <w:tblHeader/>
          <w:jc w:val="center"/>
        </w:trPr>
        <w:tc>
          <w:tcPr>
            <w:tcW w:w="2438" w:type="dxa"/>
            <w:shd w:val="clear" w:color="auto" w:fill="E8EEF5"/>
          </w:tcPr>
          <w:p w14:paraId="6F4A410F" w14:textId="77777777" w:rsidR="00F352C3" w:rsidRDefault="00F352C3" w:rsidP="00E73126">
            <w:pPr>
              <w:spacing w:after="0"/>
            </w:pPr>
            <w:proofErr w:type="spellStart"/>
            <w:r>
              <w:rPr>
                <w:b/>
                <w:sz w:val="17"/>
              </w:rPr>
              <w:t>Cecha</w:t>
            </w:r>
            <w:proofErr w:type="spellEnd"/>
            <w:r>
              <w:rPr>
                <w:b/>
                <w:sz w:val="17"/>
              </w:rPr>
              <w:t xml:space="preserve"> / </w:t>
            </w:r>
            <w:proofErr w:type="spellStart"/>
            <w:r>
              <w:rPr>
                <w:b/>
                <w:sz w:val="17"/>
              </w:rPr>
              <w:t>parametr</w:t>
            </w:r>
            <w:proofErr w:type="spellEnd"/>
          </w:p>
        </w:tc>
        <w:tc>
          <w:tcPr>
            <w:tcW w:w="4762" w:type="dxa"/>
            <w:shd w:val="clear" w:color="auto" w:fill="E8EEF5"/>
          </w:tcPr>
          <w:p w14:paraId="0EAEC5BA" w14:textId="77777777" w:rsidR="00F352C3" w:rsidRDefault="00F352C3" w:rsidP="00E73126">
            <w:pPr>
              <w:spacing w:after="0"/>
            </w:pPr>
            <w:proofErr w:type="spellStart"/>
            <w:r>
              <w:rPr>
                <w:b/>
                <w:sz w:val="17"/>
              </w:rPr>
              <w:t>Wymagane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minimalne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parametry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techniczne</w:t>
            </w:r>
            <w:proofErr w:type="spellEnd"/>
          </w:p>
        </w:tc>
        <w:tc>
          <w:tcPr>
            <w:tcW w:w="2324" w:type="dxa"/>
            <w:shd w:val="clear" w:color="auto" w:fill="FFFF99"/>
          </w:tcPr>
          <w:p w14:paraId="61E42BFD" w14:textId="77777777" w:rsidR="00F352C3" w:rsidRDefault="00F352C3" w:rsidP="00E73126">
            <w:pPr>
              <w:spacing w:after="0"/>
            </w:pPr>
            <w:proofErr w:type="spellStart"/>
            <w:r>
              <w:rPr>
                <w:b/>
                <w:sz w:val="17"/>
              </w:rPr>
              <w:t>Oferowane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parametry</w:t>
            </w:r>
            <w:proofErr w:type="spellEnd"/>
            <w:r>
              <w:rPr>
                <w:b/>
                <w:sz w:val="17"/>
              </w:rPr>
              <w:t xml:space="preserve"> (</w:t>
            </w:r>
            <w:proofErr w:type="spellStart"/>
            <w:r>
              <w:rPr>
                <w:b/>
                <w:sz w:val="17"/>
              </w:rPr>
              <w:t>wypełnia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Wykonawca</w:t>
            </w:r>
            <w:proofErr w:type="spellEnd"/>
            <w:r>
              <w:rPr>
                <w:b/>
                <w:sz w:val="17"/>
              </w:rPr>
              <w:t>)</w:t>
            </w:r>
          </w:p>
        </w:tc>
      </w:tr>
      <w:tr w:rsidR="00F352C3" w14:paraId="0E89D833" w14:textId="77777777" w:rsidTr="00D8712A">
        <w:trPr>
          <w:cantSplit/>
          <w:jc w:val="center"/>
        </w:trPr>
        <w:tc>
          <w:tcPr>
            <w:tcW w:w="2438" w:type="dxa"/>
            <w:vAlign w:val="center"/>
          </w:tcPr>
          <w:p w14:paraId="6AAD8EB4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Przedmiot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zamówienia</w:t>
            </w:r>
            <w:proofErr w:type="spellEnd"/>
          </w:p>
        </w:tc>
        <w:tc>
          <w:tcPr>
            <w:tcW w:w="4762" w:type="dxa"/>
            <w:vAlign w:val="center"/>
          </w:tcPr>
          <w:p w14:paraId="1F488554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Dostawa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pamięci</w:t>
            </w:r>
            <w:proofErr w:type="spellEnd"/>
            <w:r>
              <w:rPr>
                <w:sz w:val="17"/>
              </w:rPr>
              <w:t xml:space="preserve"> RAM </w:t>
            </w:r>
            <w:proofErr w:type="spellStart"/>
            <w:r>
              <w:rPr>
                <w:sz w:val="17"/>
              </w:rPr>
              <w:t>umożliwiającej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rozszerzenie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laptopa</w:t>
            </w:r>
            <w:proofErr w:type="spellEnd"/>
            <w:r>
              <w:rPr>
                <w:sz w:val="17"/>
              </w:rPr>
              <w:t xml:space="preserve"> Dell Vostro 15 3510 z 8 GB do minimum 16 GB RAM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3C2FBD9C" w14:textId="77777777" w:rsidR="00F352C3" w:rsidRDefault="00F352C3" w:rsidP="00E73126">
            <w:pPr>
              <w:keepLines/>
              <w:spacing w:after="0"/>
            </w:pPr>
          </w:p>
        </w:tc>
      </w:tr>
      <w:tr w:rsidR="00F352C3" w14:paraId="0A71B8EF" w14:textId="77777777" w:rsidTr="00D8712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5937DDCA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Kompatybilność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4F44703D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Pamięć</w:t>
            </w:r>
            <w:proofErr w:type="spellEnd"/>
            <w:r>
              <w:rPr>
                <w:sz w:val="17"/>
              </w:rPr>
              <w:t xml:space="preserve"> w </w:t>
            </w:r>
            <w:proofErr w:type="spellStart"/>
            <w:r>
              <w:rPr>
                <w:sz w:val="17"/>
              </w:rPr>
              <w:t>pełni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kompatybilna</w:t>
            </w:r>
            <w:proofErr w:type="spellEnd"/>
            <w:r>
              <w:rPr>
                <w:sz w:val="17"/>
              </w:rPr>
              <w:t xml:space="preserve"> z </w:t>
            </w:r>
            <w:proofErr w:type="spellStart"/>
            <w:r>
              <w:rPr>
                <w:sz w:val="17"/>
              </w:rPr>
              <w:t>laptopem</w:t>
            </w:r>
            <w:proofErr w:type="spellEnd"/>
            <w:r>
              <w:rPr>
                <w:sz w:val="17"/>
              </w:rPr>
              <w:t xml:space="preserve"> Dell Vostro 15 3510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0F92B68B" w14:textId="77777777" w:rsidR="00F352C3" w:rsidRDefault="00F352C3" w:rsidP="00E73126">
            <w:pPr>
              <w:keepLines/>
              <w:spacing w:after="0"/>
            </w:pPr>
          </w:p>
        </w:tc>
      </w:tr>
      <w:tr w:rsidR="00F352C3" w14:paraId="0178D658" w14:textId="77777777" w:rsidTr="00D8712A">
        <w:trPr>
          <w:cantSplit/>
          <w:jc w:val="center"/>
        </w:trPr>
        <w:tc>
          <w:tcPr>
            <w:tcW w:w="2438" w:type="dxa"/>
            <w:vAlign w:val="center"/>
          </w:tcPr>
          <w:p w14:paraId="47D05269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Docelowa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pojemność</w:t>
            </w:r>
            <w:proofErr w:type="spellEnd"/>
            <w:r>
              <w:rPr>
                <w:b/>
                <w:sz w:val="17"/>
              </w:rPr>
              <w:t xml:space="preserve"> RAM</w:t>
            </w:r>
          </w:p>
        </w:tc>
        <w:tc>
          <w:tcPr>
            <w:tcW w:w="4762" w:type="dxa"/>
            <w:vAlign w:val="center"/>
          </w:tcPr>
          <w:p w14:paraId="1DF658B8" w14:textId="77777777" w:rsidR="00F352C3" w:rsidRDefault="00F352C3" w:rsidP="00E73126">
            <w:pPr>
              <w:keepLines/>
              <w:spacing w:after="0"/>
            </w:pPr>
            <w:r>
              <w:rPr>
                <w:sz w:val="17"/>
              </w:rPr>
              <w:t xml:space="preserve">Minimum 16 GB </w:t>
            </w:r>
            <w:proofErr w:type="spellStart"/>
            <w:r>
              <w:rPr>
                <w:sz w:val="17"/>
              </w:rPr>
              <w:t>pamięci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operacyjnej</w:t>
            </w:r>
            <w:proofErr w:type="spellEnd"/>
            <w:r>
              <w:rPr>
                <w:sz w:val="17"/>
              </w:rPr>
              <w:t xml:space="preserve"> po </w:t>
            </w:r>
            <w:proofErr w:type="spellStart"/>
            <w:r>
              <w:rPr>
                <w:sz w:val="17"/>
              </w:rPr>
              <w:t>rozbudowie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0EB644C4" w14:textId="77777777" w:rsidR="00F352C3" w:rsidRDefault="00F352C3" w:rsidP="00E73126">
            <w:pPr>
              <w:keepLines/>
              <w:spacing w:after="0"/>
            </w:pPr>
          </w:p>
        </w:tc>
      </w:tr>
      <w:tr w:rsidR="00F352C3" w14:paraId="53A7950F" w14:textId="77777777" w:rsidTr="00D8712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13C397DB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Typ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pamięci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51A574A4" w14:textId="77777777" w:rsidR="00F352C3" w:rsidRDefault="00F352C3" w:rsidP="00E73126">
            <w:pPr>
              <w:keepLines/>
              <w:spacing w:after="0"/>
            </w:pPr>
            <w:r>
              <w:rPr>
                <w:sz w:val="17"/>
              </w:rPr>
              <w:t>DDR4 SO-DIMM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537892E1" w14:textId="77777777" w:rsidR="00F352C3" w:rsidRDefault="00F352C3" w:rsidP="00E73126">
            <w:pPr>
              <w:keepLines/>
              <w:spacing w:after="0"/>
            </w:pPr>
          </w:p>
        </w:tc>
      </w:tr>
      <w:tr w:rsidR="00F352C3" w14:paraId="3799AD6D" w14:textId="77777777" w:rsidTr="00D8712A">
        <w:trPr>
          <w:cantSplit/>
          <w:jc w:val="center"/>
        </w:trPr>
        <w:tc>
          <w:tcPr>
            <w:tcW w:w="2438" w:type="dxa"/>
            <w:vAlign w:val="center"/>
          </w:tcPr>
          <w:p w14:paraId="5F0E39B0" w14:textId="77777777" w:rsidR="00F352C3" w:rsidRDefault="00F352C3" w:rsidP="00E73126">
            <w:pPr>
              <w:keepLines/>
              <w:spacing w:after="0"/>
            </w:pPr>
            <w:r>
              <w:rPr>
                <w:b/>
                <w:sz w:val="17"/>
              </w:rPr>
              <w:t xml:space="preserve">Standard </w:t>
            </w:r>
            <w:proofErr w:type="spellStart"/>
            <w:r>
              <w:rPr>
                <w:b/>
                <w:sz w:val="17"/>
              </w:rPr>
              <w:t>modułu</w:t>
            </w:r>
            <w:proofErr w:type="spellEnd"/>
          </w:p>
        </w:tc>
        <w:tc>
          <w:tcPr>
            <w:tcW w:w="4762" w:type="dxa"/>
            <w:vAlign w:val="center"/>
          </w:tcPr>
          <w:p w14:paraId="3FC7FB97" w14:textId="77777777" w:rsidR="00F352C3" w:rsidRDefault="00F352C3" w:rsidP="00E73126">
            <w:pPr>
              <w:keepLines/>
              <w:spacing w:after="0"/>
            </w:pPr>
            <w:r>
              <w:rPr>
                <w:sz w:val="17"/>
              </w:rPr>
              <w:t>260-pin SO-DIMM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760BA3D9" w14:textId="77777777" w:rsidR="00F352C3" w:rsidRDefault="00F352C3" w:rsidP="00E73126">
            <w:pPr>
              <w:keepLines/>
              <w:spacing w:after="0"/>
            </w:pPr>
          </w:p>
        </w:tc>
      </w:tr>
      <w:tr w:rsidR="00F352C3" w14:paraId="309A642B" w14:textId="77777777" w:rsidTr="00D8712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1D9EF02A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Prędkość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pamięci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75702C42" w14:textId="77777777" w:rsidR="00F352C3" w:rsidRDefault="00F352C3" w:rsidP="00E73126">
            <w:pPr>
              <w:keepLines/>
              <w:spacing w:after="0"/>
            </w:pPr>
            <w:r>
              <w:rPr>
                <w:sz w:val="17"/>
              </w:rPr>
              <w:t xml:space="preserve">Minimum 2666 MHz; </w:t>
            </w:r>
            <w:proofErr w:type="spellStart"/>
            <w:r>
              <w:rPr>
                <w:sz w:val="17"/>
              </w:rPr>
              <w:t>dopuszczalne</w:t>
            </w:r>
            <w:proofErr w:type="spellEnd"/>
            <w:r>
              <w:rPr>
                <w:sz w:val="17"/>
              </w:rPr>
              <w:t xml:space="preserve"> 3200 MHz pod </w:t>
            </w:r>
            <w:proofErr w:type="spellStart"/>
            <w:r>
              <w:rPr>
                <w:sz w:val="17"/>
              </w:rPr>
              <w:t>warunkiem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pełnej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kompatybilności</w:t>
            </w:r>
            <w:proofErr w:type="spellEnd"/>
            <w:r>
              <w:rPr>
                <w:sz w:val="17"/>
              </w:rPr>
              <w:t xml:space="preserve"> z </w:t>
            </w:r>
            <w:proofErr w:type="spellStart"/>
            <w:r>
              <w:rPr>
                <w:sz w:val="17"/>
              </w:rPr>
              <w:t>urządzeniem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6B5ED83C" w14:textId="77777777" w:rsidR="00F352C3" w:rsidRDefault="00F352C3" w:rsidP="00E73126">
            <w:pPr>
              <w:keepLines/>
              <w:spacing w:after="0"/>
            </w:pPr>
          </w:p>
        </w:tc>
      </w:tr>
      <w:tr w:rsidR="00F352C3" w14:paraId="0DACBB15" w14:textId="77777777" w:rsidTr="00D8712A">
        <w:trPr>
          <w:cantSplit/>
          <w:jc w:val="center"/>
        </w:trPr>
        <w:tc>
          <w:tcPr>
            <w:tcW w:w="2438" w:type="dxa"/>
            <w:vAlign w:val="center"/>
          </w:tcPr>
          <w:p w14:paraId="2E018E87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Napięcie</w:t>
            </w:r>
            <w:proofErr w:type="spellEnd"/>
          </w:p>
        </w:tc>
        <w:tc>
          <w:tcPr>
            <w:tcW w:w="4762" w:type="dxa"/>
            <w:vAlign w:val="center"/>
          </w:tcPr>
          <w:p w14:paraId="0CC5A0C5" w14:textId="77777777" w:rsidR="00F352C3" w:rsidRDefault="00F352C3" w:rsidP="00E73126">
            <w:pPr>
              <w:keepLines/>
              <w:spacing w:after="0"/>
            </w:pPr>
            <w:r>
              <w:rPr>
                <w:sz w:val="17"/>
              </w:rPr>
              <w:t>1,2 V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14B5633C" w14:textId="77777777" w:rsidR="00F352C3" w:rsidRDefault="00F352C3" w:rsidP="00E73126">
            <w:pPr>
              <w:keepLines/>
              <w:spacing w:after="0"/>
            </w:pPr>
          </w:p>
        </w:tc>
      </w:tr>
      <w:tr w:rsidR="00F352C3" w14:paraId="7D710376" w14:textId="77777777" w:rsidTr="00D8712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3691D6A4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Typ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pamięci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13E42C65" w14:textId="77777777" w:rsidR="00F352C3" w:rsidRDefault="00F352C3" w:rsidP="00E73126">
            <w:pPr>
              <w:keepLines/>
              <w:spacing w:after="0"/>
            </w:pPr>
            <w:r>
              <w:rPr>
                <w:sz w:val="17"/>
              </w:rPr>
              <w:t>Non-ECC, unbuffered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3387D7DD" w14:textId="77777777" w:rsidR="00F352C3" w:rsidRDefault="00F352C3" w:rsidP="00E73126">
            <w:pPr>
              <w:keepLines/>
              <w:spacing w:after="0"/>
            </w:pPr>
          </w:p>
        </w:tc>
      </w:tr>
      <w:tr w:rsidR="00F352C3" w14:paraId="01504178" w14:textId="77777777" w:rsidTr="00D8712A">
        <w:trPr>
          <w:cantSplit/>
          <w:jc w:val="center"/>
        </w:trPr>
        <w:tc>
          <w:tcPr>
            <w:tcW w:w="2438" w:type="dxa"/>
            <w:vAlign w:val="center"/>
          </w:tcPr>
          <w:p w14:paraId="739EBF53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Konfiguracja</w:t>
            </w:r>
            <w:proofErr w:type="spellEnd"/>
          </w:p>
        </w:tc>
        <w:tc>
          <w:tcPr>
            <w:tcW w:w="4762" w:type="dxa"/>
            <w:vAlign w:val="center"/>
          </w:tcPr>
          <w:p w14:paraId="2C1EBDED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Moduł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lub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zestaw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modułów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umożliwiający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uzyskanie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łącznie</w:t>
            </w:r>
            <w:proofErr w:type="spellEnd"/>
            <w:r>
              <w:rPr>
                <w:sz w:val="17"/>
              </w:rPr>
              <w:t xml:space="preserve"> minimum 16 GB RAM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326900CB" w14:textId="77777777" w:rsidR="00F352C3" w:rsidRDefault="00F352C3" w:rsidP="00E73126">
            <w:pPr>
              <w:keepLines/>
              <w:spacing w:after="0"/>
            </w:pPr>
          </w:p>
        </w:tc>
      </w:tr>
      <w:tr w:rsidR="00F352C3" w14:paraId="21C8DEF3" w14:textId="77777777" w:rsidTr="00D8712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7EEC4446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Preferowana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konfiguracja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49042DA9" w14:textId="77777777" w:rsidR="00F352C3" w:rsidRDefault="00F352C3" w:rsidP="00E73126">
            <w:pPr>
              <w:keepLines/>
              <w:spacing w:after="0"/>
            </w:pPr>
            <w:r>
              <w:rPr>
                <w:sz w:val="17"/>
              </w:rPr>
              <w:t xml:space="preserve">2 × 8 GB DDR4 SO-DIMM </w:t>
            </w:r>
            <w:proofErr w:type="spellStart"/>
            <w:r>
              <w:rPr>
                <w:sz w:val="17"/>
              </w:rPr>
              <w:t>lub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rozwiązanie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równoważne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zapewniające</w:t>
            </w:r>
            <w:proofErr w:type="spellEnd"/>
            <w:r>
              <w:rPr>
                <w:sz w:val="17"/>
              </w:rPr>
              <w:t xml:space="preserve"> minimum 16 GB </w:t>
            </w:r>
            <w:proofErr w:type="spellStart"/>
            <w:r>
              <w:rPr>
                <w:sz w:val="17"/>
              </w:rPr>
              <w:t>i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pełną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kompatybilność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405897EB" w14:textId="77777777" w:rsidR="00F352C3" w:rsidRDefault="00F352C3" w:rsidP="00E73126">
            <w:pPr>
              <w:keepLines/>
              <w:spacing w:after="0"/>
            </w:pPr>
          </w:p>
        </w:tc>
      </w:tr>
      <w:tr w:rsidR="00F352C3" w14:paraId="28F1F879" w14:textId="77777777" w:rsidTr="00D8712A">
        <w:trPr>
          <w:cantSplit/>
          <w:jc w:val="center"/>
        </w:trPr>
        <w:tc>
          <w:tcPr>
            <w:tcW w:w="2438" w:type="dxa"/>
            <w:vAlign w:val="center"/>
          </w:tcPr>
          <w:p w14:paraId="321DDC2E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Zgodność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modułów</w:t>
            </w:r>
            <w:proofErr w:type="spellEnd"/>
          </w:p>
        </w:tc>
        <w:tc>
          <w:tcPr>
            <w:tcW w:w="4762" w:type="dxa"/>
            <w:vAlign w:val="center"/>
          </w:tcPr>
          <w:p w14:paraId="3E94AAA0" w14:textId="77777777" w:rsidR="00F352C3" w:rsidRDefault="00F352C3" w:rsidP="00E73126">
            <w:pPr>
              <w:keepLines/>
              <w:spacing w:after="0"/>
            </w:pPr>
            <w:r>
              <w:rPr>
                <w:sz w:val="17"/>
              </w:rPr>
              <w:t xml:space="preserve">W </w:t>
            </w:r>
            <w:proofErr w:type="spellStart"/>
            <w:r>
              <w:rPr>
                <w:sz w:val="17"/>
              </w:rPr>
              <w:t>przypadku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zastosowania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dwóch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modułów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powinny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posiadać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zgodne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parametry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pojemności</w:t>
            </w:r>
            <w:proofErr w:type="spellEnd"/>
            <w:r>
              <w:rPr>
                <w:sz w:val="17"/>
              </w:rPr>
              <w:t xml:space="preserve">, </w:t>
            </w:r>
            <w:proofErr w:type="spellStart"/>
            <w:r>
              <w:rPr>
                <w:sz w:val="17"/>
              </w:rPr>
              <w:t>taktowania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i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organizacji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pamięci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686294C3" w14:textId="77777777" w:rsidR="00F352C3" w:rsidRDefault="00F352C3" w:rsidP="00E73126">
            <w:pPr>
              <w:keepLines/>
              <w:spacing w:after="0"/>
            </w:pPr>
          </w:p>
        </w:tc>
      </w:tr>
      <w:tr w:rsidR="00F352C3" w14:paraId="0540002C" w14:textId="77777777" w:rsidTr="00D8712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65D6088E" w14:textId="77777777" w:rsidR="00F352C3" w:rsidRDefault="00F352C3" w:rsidP="00E73126">
            <w:pPr>
              <w:keepLines/>
              <w:spacing w:after="0"/>
            </w:pPr>
            <w:r>
              <w:rPr>
                <w:b/>
                <w:sz w:val="17"/>
              </w:rPr>
              <w:t xml:space="preserve">Stan </w:t>
            </w:r>
            <w:proofErr w:type="spellStart"/>
            <w:r>
              <w:rPr>
                <w:b/>
                <w:sz w:val="17"/>
              </w:rPr>
              <w:t>modułów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5F131E2E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Fabrycznie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nowe</w:t>
            </w:r>
            <w:proofErr w:type="spellEnd"/>
            <w:r>
              <w:rPr>
                <w:sz w:val="17"/>
              </w:rPr>
              <w:t xml:space="preserve">, </w:t>
            </w:r>
            <w:proofErr w:type="spellStart"/>
            <w:r>
              <w:rPr>
                <w:sz w:val="17"/>
              </w:rPr>
              <w:t>nieużywane</w:t>
            </w:r>
            <w:proofErr w:type="spellEnd"/>
            <w:r>
              <w:rPr>
                <w:sz w:val="17"/>
              </w:rPr>
              <w:t xml:space="preserve">, </w:t>
            </w:r>
            <w:proofErr w:type="spellStart"/>
            <w:r>
              <w:rPr>
                <w:sz w:val="17"/>
              </w:rPr>
              <w:t>nieregenerowane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7B79A871" w14:textId="77777777" w:rsidR="00F352C3" w:rsidRDefault="00F352C3" w:rsidP="00E73126">
            <w:pPr>
              <w:keepLines/>
              <w:spacing w:after="0"/>
            </w:pPr>
          </w:p>
        </w:tc>
      </w:tr>
      <w:tr w:rsidR="00F352C3" w14:paraId="62052615" w14:textId="77777777" w:rsidTr="00D8712A">
        <w:trPr>
          <w:cantSplit/>
          <w:jc w:val="center"/>
        </w:trPr>
        <w:tc>
          <w:tcPr>
            <w:tcW w:w="2438" w:type="dxa"/>
            <w:vAlign w:val="center"/>
          </w:tcPr>
          <w:p w14:paraId="03535B0D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Gwarancja</w:t>
            </w:r>
            <w:proofErr w:type="spellEnd"/>
          </w:p>
        </w:tc>
        <w:tc>
          <w:tcPr>
            <w:tcW w:w="4762" w:type="dxa"/>
            <w:vAlign w:val="center"/>
          </w:tcPr>
          <w:p w14:paraId="2FD8A4A4" w14:textId="77777777" w:rsidR="00F352C3" w:rsidRDefault="00F352C3" w:rsidP="00E73126">
            <w:pPr>
              <w:keepLines/>
              <w:spacing w:after="0"/>
            </w:pPr>
            <w:r>
              <w:rPr>
                <w:sz w:val="17"/>
              </w:rPr>
              <w:t xml:space="preserve">Minimum 24 </w:t>
            </w:r>
            <w:proofErr w:type="spellStart"/>
            <w:r>
              <w:rPr>
                <w:sz w:val="17"/>
              </w:rPr>
              <w:t>miesiące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2530F3C9" w14:textId="77777777" w:rsidR="00F352C3" w:rsidRDefault="00F352C3" w:rsidP="00E73126">
            <w:pPr>
              <w:keepLines/>
              <w:spacing w:after="0"/>
            </w:pPr>
          </w:p>
        </w:tc>
      </w:tr>
      <w:tr w:rsidR="00F352C3" w14:paraId="64B06E51" w14:textId="77777777" w:rsidTr="00D8712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7A92D914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Kompletność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dostawy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6E9ED238" w14:textId="77777777" w:rsidR="00F352C3" w:rsidRDefault="00F352C3" w:rsidP="00E73126">
            <w:pPr>
              <w:keepLines/>
              <w:spacing w:after="0"/>
            </w:pPr>
            <w:r>
              <w:rPr>
                <w:sz w:val="17"/>
              </w:rPr>
              <w:t xml:space="preserve">Cena </w:t>
            </w:r>
            <w:proofErr w:type="spellStart"/>
            <w:r>
              <w:rPr>
                <w:sz w:val="17"/>
              </w:rPr>
              <w:t>musi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obejmować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wszystkie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moduły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pamięci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niezbędne</w:t>
            </w:r>
            <w:proofErr w:type="spellEnd"/>
            <w:r>
              <w:rPr>
                <w:sz w:val="17"/>
              </w:rPr>
              <w:t xml:space="preserve"> do </w:t>
            </w:r>
            <w:proofErr w:type="spellStart"/>
            <w:r>
              <w:rPr>
                <w:sz w:val="17"/>
              </w:rPr>
              <w:t>uzyskania</w:t>
            </w:r>
            <w:proofErr w:type="spellEnd"/>
            <w:r>
              <w:rPr>
                <w:sz w:val="17"/>
              </w:rPr>
              <w:t xml:space="preserve"> minimum 16 GB RAM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5DF39538" w14:textId="77777777" w:rsidR="00F352C3" w:rsidRDefault="00F352C3" w:rsidP="00E73126">
            <w:pPr>
              <w:keepLines/>
              <w:spacing w:after="0"/>
            </w:pPr>
          </w:p>
        </w:tc>
      </w:tr>
    </w:tbl>
    <w:p w14:paraId="5F85059F" w14:textId="77777777" w:rsidR="00F352C3" w:rsidRDefault="00F352C3" w:rsidP="00F352C3"/>
    <w:tbl>
      <w:tblPr>
        <w:tblStyle w:val="Tabela-Siatka"/>
        <w:tblW w:w="0" w:type="auto"/>
        <w:tblInd w:w="38" w:type="dxa"/>
        <w:tblLook w:val="04A0" w:firstRow="1" w:lastRow="0" w:firstColumn="1" w:lastColumn="0" w:noHBand="0" w:noVBand="1"/>
      </w:tblPr>
      <w:tblGrid>
        <w:gridCol w:w="3446"/>
        <w:gridCol w:w="1444"/>
        <w:gridCol w:w="2410"/>
      </w:tblGrid>
      <w:tr w:rsidR="00D8712A" w14:paraId="65D867B3" w14:textId="77777777" w:rsidTr="00410A61">
        <w:tc>
          <w:tcPr>
            <w:tcW w:w="34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C2D413" w14:textId="77777777" w:rsidR="00D8712A" w:rsidRDefault="00D8712A" w:rsidP="00410A61">
            <w:r>
              <w:t xml:space="preserve">Cena za 1 </w:t>
            </w:r>
            <w:proofErr w:type="spellStart"/>
            <w:r>
              <w:t>szt</w:t>
            </w:r>
            <w:proofErr w:type="spellEnd"/>
            <w:r>
              <w:t>.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4EA7E7" w14:textId="77777777" w:rsidR="00D8712A" w:rsidRDefault="00D8712A" w:rsidP="00410A61">
            <w:r>
              <w:t xml:space="preserve">Netto w </w:t>
            </w:r>
            <w:proofErr w:type="spellStart"/>
            <w:r>
              <w:t>zł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7E8C424C" w14:textId="77777777" w:rsidR="00D8712A" w:rsidRDefault="00D8712A" w:rsidP="00410A61">
            <w:pPr>
              <w:rPr>
                <w:highlight w:val="yellow"/>
              </w:rPr>
            </w:pPr>
          </w:p>
        </w:tc>
      </w:tr>
      <w:tr w:rsidR="00D8712A" w14:paraId="63F2F27E" w14:textId="77777777" w:rsidTr="00410A61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0F353D" w14:textId="77777777" w:rsidR="00D8712A" w:rsidRDefault="00D8712A" w:rsidP="00410A61">
            <w:pPr>
              <w:spacing w:after="0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7A3E9F" w14:textId="77777777" w:rsidR="00D8712A" w:rsidRDefault="00D8712A" w:rsidP="00410A61">
            <w:r>
              <w:t xml:space="preserve">Brutto w </w:t>
            </w:r>
            <w:proofErr w:type="spellStart"/>
            <w:r>
              <w:t>zł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10C15552" w14:textId="77777777" w:rsidR="00D8712A" w:rsidRDefault="00D8712A" w:rsidP="00410A61">
            <w:pPr>
              <w:rPr>
                <w:highlight w:val="yellow"/>
              </w:rPr>
            </w:pPr>
          </w:p>
        </w:tc>
      </w:tr>
      <w:tr w:rsidR="00D8712A" w14:paraId="392F25B7" w14:textId="77777777" w:rsidTr="00410A61">
        <w:tc>
          <w:tcPr>
            <w:tcW w:w="34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4DC574" w14:textId="7783E8A3" w:rsidR="00D8712A" w:rsidRDefault="00D8712A" w:rsidP="00410A61">
            <w:proofErr w:type="spellStart"/>
            <w:r>
              <w:t>Łączna</w:t>
            </w:r>
            <w:proofErr w:type="spellEnd"/>
            <w:r>
              <w:t xml:space="preserve"> </w:t>
            </w:r>
            <w:proofErr w:type="spellStart"/>
            <w:r>
              <w:t>Kwota</w:t>
            </w:r>
            <w:proofErr w:type="spellEnd"/>
            <w:r>
              <w:t xml:space="preserve"> za: </w:t>
            </w:r>
            <w:r>
              <w:t>6</w:t>
            </w:r>
            <w:r>
              <w:t xml:space="preserve"> </w:t>
            </w:r>
            <w:proofErr w:type="spellStart"/>
            <w:r>
              <w:t>szt</w:t>
            </w:r>
            <w:proofErr w:type="spellEnd"/>
            <w:r>
              <w:t>.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9CF2BF" w14:textId="77777777" w:rsidR="00D8712A" w:rsidRDefault="00D8712A" w:rsidP="00410A61">
            <w:r>
              <w:t xml:space="preserve">Netto w </w:t>
            </w:r>
            <w:proofErr w:type="spellStart"/>
            <w:r>
              <w:t>zł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641949C0" w14:textId="77777777" w:rsidR="00D8712A" w:rsidRDefault="00D8712A" w:rsidP="00410A61">
            <w:pPr>
              <w:rPr>
                <w:highlight w:val="yellow"/>
              </w:rPr>
            </w:pPr>
          </w:p>
        </w:tc>
      </w:tr>
      <w:tr w:rsidR="00D8712A" w14:paraId="31568D83" w14:textId="77777777" w:rsidTr="00410A61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C6A496" w14:textId="77777777" w:rsidR="00D8712A" w:rsidRDefault="00D8712A" w:rsidP="00410A61">
            <w:pPr>
              <w:spacing w:after="0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A4F6CB" w14:textId="77777777" w:rsidR="00D8712A" w:rsidRDefault="00D8712A" w:rsidP="00410A61">
            <w:r>
              <w:t xml:space="preserve">Brutto w </w:t>
            </w:r>
            <w:proofErr w:type="spellStart"/>
            <w:r>
              <w:t>zł</w:t>
            </w:r>
            <w:proofErr w:type="spellEnd"/>
            <w:r>
              <w:t>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369C9D97" w14:textId="77777777" w:rsidR="00D8712A" w:rsidRDefault="00D8712A" w:rsidP="00410A61">
            <w:pPr>
              <w:rPr>
                <w:highlight w:val="yellow"/>
              </w:rPr>
            </w:pPr>
          </w:p>
        </w:tc>
      </w:tr>
    </w:tbl>
    <w:p w14:paraId="06558458" w14:textId="77777777" w:rsidR="00D8712A" w:rsidRDefault="00D8712A" w:rsidP="00F352C3"/>
    <w:p w14:paraId="0D3589B2" w14:textId="77777777" w:rsidR="00F352C3" w:rsidRDefault="00F352C3" w:rsidP="00F352C3">
      <w:r>
        <w:t xml:space="preserve">Oświadczamy, </w:t>
      </w:r>
      <w:proofErr w:type="spellStart"/>
      <w:r>
        <w:t>że</w:t>
      </w:r>
      <w:proofErr w:type="spellEnd"/>
      <w:r>
        <w:t xml:space="preserve"> </w:t>
      </w:r>
      <w:proofErr w:type="spellStart"/>
      <w:r>
        <w:t>oferowany</w:t>
      </w:r>
      <w:proofErr w:type="spellEnd"/>
      <w:r>
        <w:t xml:space="preserve"> </w:t>
      </w:r>
      <w:proofErr w:type="spellStart"/>
      <w:r>
        <w:t>przedmiot</w:t>
      </w:r>
      <w:proofErr w:type="spellEnd"/>
      <w:r>
        <w:t xml:space="preserve"> </w:t>
      </w:r>
      <w:proofErr w:type="spellStart"/>
      <w:r>
        <w:t>zamówienia</w:t>
      </w:r>
      <w:proofErr w:type="spellEnd"/>
      <w:r>
        <w:t xml:space="preserve"> </w:t>
      </w:r>
      <w:proofErr w:type="spellStart"/>
      <w:r>
        <w:t>spełnia</w:t>
      </w:r>
      <w:proofErr w:type="spellEnd"/>
      <w:r>
        <w:t xml:space="preserve"> </w:t>
      </w:r>
      <w:proofErr w:type="spellStart"/>
      <w:r>
        <w:t>wymagania</w:t>
      </w:r>
      <w:proofErr w:type="spellEnd"/>
      <w:r>
        <w:t xml:space="preserve"> </w:t>
      </w:r>
      <w:proofErr w:type="spellStart"/>
      <w:r>
        <w:t>wskazane</w:t>
      </w:r>
      <w:proofErr w:type="spellEnd"/>
      <w:r>
        <w:t xml:space="preserve"> w </w:t>
      </w:r>
      <w:proofErr w:type="spellStart"/>
      <w:r>
        <w:t>tabeli</w:t>
      </w:r>
      <w:proofErr w:type="spellEnd"/>
      <w:r>
        <w:t>.</w:t>
      </w:r>
    </w:p>
    <w:p w14:paraId="59F0187A" w14:textId="77777777" w:rsidR="00F352C3" w:rsidRDefault="00F352C3" w:rsidP="00F352C3">
      <w:r>
        <w:t>.....................................................................................</w:t>
      </w:r>
      <w:r>
        <w:br/>
        <w:t xml:space="preserve">Data </w:t>
      </w:r>
      <w:proofErr w:type="spellStart"/>
      <w:r>
        <w:t>i</w:t>
      </w:r>
      <w:proofErr w:type="spellEnd"/>
      <w:r>
        <w:t xml:space="preserve"> </w:t>
      </w:r>
      <w:proofErr w:type="spellStart"/>
      <w:r>
        <w:t>podpis</w:t>
      </w:r>
      <w:proofErr w:type="spellEnd"/>
      <w:r>
        <w:t xml:space="preserve"> </w:t>
      </w:r>
      <w:proofErr w:type="spellStart"/>
      <w:r>
        <w:t>osoby</w:t>
      </w:r>
      <w:proofErr w:type="spellEnd"/>
      <w:r>
        <w:t xml:space="preserve"> </w:t>
      </w:r>
      <w:proofErr w:type="spellStart"/>
      <w:r>
        <w:t>upoważnionej</w:t>
      </w:r>
      <w:proofErr w:type="spellEnd"/>
      <w:r>
        <w:t xml:space="preserve"> do </w:t>
      </w:r>
      <w:proofErr w:type="spellStart"/>
      <w:r>
        <w:t>złożenia</w:t>
      </w:r>
      <w:proofErr w:type="spellEnd"/>
      <w:r>
        <w:t xml:space="preserve"> </w:t>
      </w:r>
      <w:proofErr w:type="spellStart"/>
      <w:r>
        <w:t>oferty</w:t>
      </w:r>
      <w:proofErr w:type="spellEnd"/>
    </w:p>
    <w:p w14:paraId="2CF8F219" w14:textId="49178740" w:rsidR="00F352C3" w:rsidRDefault="00F352C3">
      <w:pPr>
        <w:spacing w:after="200"/>
      </w:pPr>
      <w:r>
        <w:br w:type="page"/>
      </w:r>
    </w:p>
    <w:p w14:paraId="2D672F46" w14:textId="77777777" w:rsidR="00F352C3" w:rsidRDefault="00F352C3" w:rsidP="00F352C3">
      <w:pPr>
        <w:jc w:val="right"/>
      </w:pPr>
      <w:proofErr w:type="spellStart"/>
      <w:r>
        <w:rPr>
          <w:b/>
        </w:rPr>
        <w:lastRenderedPageBreak/>
        <w:t>Załącznik</w:t>
      </w:r>
      <w:proofErr w:type="spellEnd"/>
      <w:r>
        <w:rPr>
          <w:b/>
        </w:rPr>
        <w:t xml:space="preserve"> nr 4.19</w:t>
      </w:r>
    </w:p>
    <w:p w14:paraId="6A8D6D0A" w14:textId="77777777" w:rsidR="00F352C3" w:rsidRDefault="00F352C3" w:rsidP="00F352C3">
      <w:pPr>
        <w:jc w:val="center"/>
      </w:pPr>
      <w:r>
        <w:rPr>
          <w:b/>
          <w:color w:val="1C324B"/>
          <w:sz w:val="28"/>
        </w:rPr>
        <w:t>OPIS PRZEDMIOTU ZAMÓWIENIA</w:t>
      </w:r>
    </w:p>
    <w:p w14:paraId="4E9D05F4" w14:textId="77777777" w:rsidR="00F352C3" w:rsidRDefault="00F352C3" w:rsidP="00F352C3">
      <w:pPr>
        <w:jc w:val="center"/>
      </w:pPr>
      <w:proofErr w:type="spellStart"/>
      <w:r>
        <w:rPr>
          <w:b/>
          <w:sz w:val="22"/>
        </w:rPr>
        <w:t>Specyfikacja</w:t>
      </w:r>
      <w:proofErr w:type="spellEnd"/>
      <w:r>
        <w:rPr>
          <w:b/>
          <w:sz w:val="22"/>
        </w:rPr>
        <w:t xml:space="preserve"> </w:t>
      </w:r>
      <w:proofErr w:type="spellStart"/>
      <w:r>
        <w:rPr>
          <w:b/>
          <w:sz w:val="22"/>
        </w:rPr>
        <w:t>techniczna</w:t>
      </w:r>
      <w:proofErr w:type="spellEnd"/>
      <w:r>
        <w:rPr>
          <w:b/>
          <w:sz w:val="22"/>
        </w:rPr>
        <w:t xml:space="preserve"> - </w:t>
      </w:r>
      <w:proofErr w:type="spellStart"/>
      <w:r>
        <w:rPr>
          <w:b/>
          <w:sz w:val="22"/>
        </w:rPr>
        <w:t>Pamięć</w:t>
      </w:r>
      <w:proofErr w:type="spellEnd"/>
      <w:r>
        <w:rPr>
          <w:b/>
          <w:sz w:val="22"/>
        </w:rPr>
        <w:t xml:space="preserve"> Ram </w:t>
      </w:r>
      <w:proofErr w:type="spellStart"/>
      <w:r>
        <w:rPr>
          <w:b/>
          <w:sz w:val="22"/>
        </w:rPr>
        <w:t>Typ</w:t>
      </w:r>
      <w:proofErr w:type="spellEnd"/>
      <w:r>
        <w:rPr>
          <w:b/>
          <w:sz w:val="22"/>
        </w:rPr>
        <w:t xml:space="preserve"> B - 5 </w:t>
      </w:r>
      <w:proofErr w:type="spellStart"/>
      <w:r>
        <w:rPr>
          <w:b/>
          <w:sz w:val="22"/>
        </w:rPr>
        <w:t>szt</w:t>
      </w:r>
      <w:proofErr w:type="spellEnd"/>
      <w:r>
        <w:rPr>
          <w:b/>
          <w:sz w:val="22"/>
        </w:rPr>
        <w:t>.</w:t>
      </w:r>
    </w:p>
    <w:p w14:paraId="78FA3C00" w14:textId="77777777" w:rsidR="00F352C3" w:rsidRDefault="00F352C3" w:rsidP="00F352C3">
      <w:r>
        <w:t xml:space="preserve">Producent: ........................................................................     Model / </w:t>
      </w:r>
      <w:proofErr w:type="spellStart"/>
      <w:r>
        <w:t>oznaczenie</w:t>
      </w:r>
      <w:proofErr w:type="spellEnd"/>
      <w:r>
        <w:t>: ........................................................................</w:t>
      </w:r>
    </w:p>
    <w:tbl>
      <w:tblPr>
        <w:tblStyle w:val="Tabela-Siatka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438"/>
        <w:gridCol w:w="4762"/>
        <w:gridCol w:w="2324"/>
      </w:tblGrid>
      <w:tr w:rsidR="00F352C3" w14:paraId="6419A896" w14:textId="77777777" w:rsidTr="00D8712A">
        <w:trPr>
          <w:cantSplit/>
          <w:tblHeader/>
          <w:jc w:val="center"/>
        </w:trPr>
        <w:tc>
          <w:tcPr>
            <w:tcW w:w="2438" w:type="dxa"/>
            <w:shd w:val="clear" w:color="auto" w:fill="E8EEF5"/>
          </w:tcPr>
          <w:p w14:paraId="32DCCE74" w14:textId="77777777" w:rsidR="00F352C3" w:rsidRDefault="00F352C3" w:rsidP="00E73126">
            <w:pPr>
              <w:spacing w:after="0"/>
            </w:pPr>
            <w:proofErr w:type="spellStart"/>
            <w:r>
              <w:rPr>
                <w:b/>
                <w:sz w:val="17"/>
              </w:rPr>
              <w:t>Cecha</w:t>
            </w:r>
            <w:proofErr w:type="spellEnd"/>
            <w:r>
              <w:rPr>
                <w:b/>
                <w:sz w:val="17"/>
              </w:rPr>
              <w:t xml:space="preserve"> / </w:t>
            </w:r>
            <w:proofErr w:type="spellStart"/>
            <w:r>
              <w:rPr>
                <w:b/>
                <w:sz w:val="17"/>
              </w:rPr>
              <w:t>parametr</w:t>
            </w:r>
            <w:proofErr w:type="spellEnd"/>
          </w:p>
        </w:tc>
        <w:tc>
          <w:tcPr>
            <w:tcW w:w="4762" w:type="dxa"/>
            <w:shd w:val="clear" w:color="auto" w:fill="E8EEF5"/>
          </w:tcPr>
          <w:p w14:paraId="5BE8F4C2" w14:textId="77777777" w:rsidR="00F352C3" w:rsidRDefault="00F352C3" w:rsidP="00E73126">
            <w:pPr>
              <w:spacing w:after="0"/>
            </w:pPr>
            <w:proofErr w:type="spellStart"/>
            <w:r>
              <w:rPr>
                <w:b/>
                <w:sz w:val="17"/>
              </w:rPr>
              <w:t>Wymagane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minimalne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parametry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techniczne</w:t>
            </w:r>
            <w:proofErr w:type="spellEnd"/>
          </w:p>
        </w:tc>
        <w:tc>
          <w:tcPr>
            <w:tcW w:w="2324" w:type="dxa"/>
            <w:shd w:val="clear" w:color="auto" w:fill="FFFF99"/>
          </w:tcPr>
          <w:p w14:paraId="13028E4C" w14:textId="77777777" w:rsidR="00F352C3" w:rsidRDefault="00F352C3" w:rsidP="00E73126">
            <w:pPr>
              <w:spacing w:after="0"/>
            </w:pPr>
            <w:proofErr w:type="spellStart"/>
            <w:r>
              <w:rPr>
                <w:b/>
                <w:sz w:val="17"/>
              </w:rPr>
              <w:t>Oferowane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parametry</w:t>
            </w:r>
            <w:proofErr w:type="spellEnd"/>
            <w:r>
              <w:rPr>
                <w:b/>
                <w:sz w:val="17"/>
              </w:rPr>
              <w:t xml:space="preserve"> (</w:t>
            </w:r>
            <w:proofErr w:type="spellStart"/>
            <w:r>
              <w:rPr>
                <w:b/>
                <w:sz w:val="17"/>
              </w:rPr>
              <w:t>wypełnia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Wykonawca</w:t>
            </w:r>
            <w:proofErr w:type="spellEnd"/>
            <w:r>
              <w:rPr>
                <w:b/>
                <w:sz w:val="17"/>
              </w:rPr>
              <w:t>)</w:t>
            </w:r>
          </w:p>
        </w:tc>
      </w:tr>
      <w:tr w:rsidR="00F352C3" w14:paraId="5DFBFD84" w14:textId="77777777" w:rsidTr="00D8712A">
        <w:trPr>
          <w:cantSplit/>
          <w:jc w:val="center"/>
        </w:trPr>
        <w:tc>
          <w:tcPr>
            <w:tcW w:w="2438" w:type="dxa"/>
            <w:vAlign w:val="center"/>
          </w:tcPr>
          <w:p w14:paraId="47657E6C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Przedmiot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zamówienia</w:t>
            </w:r>
            <w:proofErr w:type="spellEnd"/>
          </w:p>
        </w:tc>
        <w:tc>
          <w:tcPr>
            <w:tcW w:w="4762" w:type="dxa"/>
            <w:vAlign w:val="center"/>
          </w:tcPr>
          <w:p w14:paraId="1BAFDFB6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Dostawa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pamięci</w:t>
            </w:r>
            <w:proofErr w:type="spellEnd"/>
            <w:r>
              <w:rPr>
                <w:sz w:val="17"/>
              </w:rPr>
              <w:t xml:space="preserve"> RAM </w:t>
            </w:r>
            <w:proofErr w:type="spellStart"/>
            <w:r>
              <w:rPr>
                <w:sz w:val="17"/>
              </w:rPr>
              <w:t>umożliwiającej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rozszerzenie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komputera</w:t>
            </w:r>
            <w:proofErr w:type="spellEnd"/>
            <w:r>
              <w:rPr>
                <w:sz w:val="17"/>
              </w:rPr>
              <w:t xml:space="preserve"> Dell Vostro 3710 z 8 GB do minimum 16 GB RAM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452600DD" w14:textId="77777777" w:rsidR="00F352C3" w:rsidRDefault="00F352C3" w:rsidP="00E73126">
            <w:pPr>
              <w:keepLines/>
              <w:spacing w:after="0"/>
            </w:pPr>
          </w:p>
        </w:tc>
      </w:tr>
      <w:tr w:rsidR="00F352C3" w14:paraId="2D1B5364" w14:textId="77777777" w:rsidTr="00D8712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2739ABFD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Kompatybilność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6A87C620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Pamięć</w:t>
            </w:r>
            <w:proofErr w:type="spellEnd"/>
            <w:r>
              <w:rPr>
                <w:sz w:val="17"/>
              </w:rPr>
              <w:t xml:space="preserve"> w </w:t>
            </w:r>
            <w:proofErr w:type="spellStart"/>
            <w:r>
              <w:rPr>
                <w:sz w:val="17"/>
              </w:rPr>
              <w:t>pełni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kompatybilna</w:t>
            </w:r>
            <w:proofErr w:type="spellEnd"/>
            <w:r>
              <w:rPr>
                <w:sz w:val="17"/>
              </w:rPr>
              <w:t xml:space="preserve"> z </w:t>
            </w:r>
            <w:proofErr w:type="spellStart"/>
            <w:r>
              <w:rPr>
                <w:sz w:val="17"/>
              </w:rPr>
              <w:t>komputerem</w:t>
            </w:r>
            <w:proofErr w:type="spellEnd"/>
            <w:r>
              <w:rPr>
                <w:sz w:val="17"/>
              </w:rPr>
              <w:t xml:space="preserve"> Dell Vostro 3710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75C8A2D2" w14:textId="77777777" w:rsidR="00F352C3" w:rsidRDefault="00F352C3" w:rsidP="00E73126">
            <w:pPr>
              <w:keepLines/>
              <w:spacing w:after="0"/>
            </w:pPr>
          </w:p>
        </w:tc>
      </w:tr>
      <w:tr w:rsidR="00F352C3" w14:paraId="2369C233" w14:textId="77777777" w:rsidTr="00D8712A">
        <w:trPr>
          <w:cantSplit/>
          <w:jc w:val="center"/>
        </w:trPr>
        <w:tc>
          <w:tcPr>
            <w:tcW w:w="2438" w:type="dxa"/>
            <w:vAlign w:val="center"/>
          </w:tcPr>
          <w:p w14:paraId="0C5AFBF9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Docelowa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pojemność</w:t>
            </w:r>
            <w:proofErr w:type="spellEnd"/>
            <w:r>
              <w:rPr>
                <w:b/>
                <w:sz w:val="17"/>
              </w:rPr>
              <w:t xml:space="preserve"> RAM</w:t>
            </w:r>
          </w:p>
        </w:tc>
        <w:tc>
          <w:tcPr>
            <w:tcW w:w="4762" w:type="dxa"/>
            <w:vAlign w:val="center"/>
          </w:tcPr>
          <w:p w14:paraId="19812E5D" w14:textId="77777777" w:rsidR="00F352C3" w:rsidRDefault="00F352C3" w:rsidP="00E73126">
            <w:pPr>
              <w:keepLines/>
              <w:spacing w:after="0"/>
            </w:pPr>
            <w:r>
              <w:rPr>
                <w:sz w:val="17"/>
              </w:rPr>
              <w:t xml:space="preserve">Minimum 16 GB </w:t>
            </w:r>
            <w:proofErr w:type="spellStart"/>
            <w:r>
              <w:rPr>
                <w:sz w:val="17"/>
              </w:rPr>
              <w:t>pamięci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operacyjnej</w:t>
            </w:r>
            <w:proofErr w:type="spellEnd"/>
            <w:r>
              <w:rPr>
                <w:sz w:val="17"/>
              </w:rPr>
              <w:t xml:space="preserve"> po </w:t>
            </w:r>
            <w:proofErr w:type="spellStart"/>
            <w:r>
              <w:rPr>
                <w:sz w:val="17"/>
              </w:rPr>
              <w:t>rozbudowie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0BDC7463" w14:textId="77777777" w:rsidR="00F352C3" w:rsidRDefault="00F352C3" w:rsidP="00E73126">
            <w:pPr>
              <w:keepLines/>
              <w:spacing w:after="0"/>
            </w:pPr>
          </w:p>
        </w:tc>
      </w:tr>
      <w:tr w:rsidR="00F352C3" w14:paraId="390C682A" w14:textId="77777777" w:rsidTr="00D8712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2B4BD5E7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Typ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pamięci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1759BB50" w14:textId="77777777" w:rsidR="00F352C3" w:rsidRDefault="00F352C3" w:rsidP="00E73126">
            <w:pPr>
              <w:keepLines/>
              <w:spacing w:after="0"/>
            </w:pPr>
            <w:r>
              <w:rPr>
                <w:sz w:val="17"/>
              </w:rPr>
              <w:t>DDR4 UDIMM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6873AEF9" w14:textId="77777777" w:rsidR="00F352C3" w:rsidRDefault="00F352C3" w:rsidP="00E73126">
            <w:pPr>
              <w:keepLines/>
              <w:spacing w:after="0"/>
            </w:pPr>
          </w:p>
        </w:tc>
      </w:tr>
      <w:tr w:rsidR="00F352C3" w14:paraId="35A5D67D" w14:textId="77777777" w:rsidTr="00D8712A">
        <w:trPr>
          <w:cantSplit/>
          <w:jc w:val="center"/>
        </w:trPr>
        <w:tc>
          <w:tcPr>
            <w:tcW w:w="2438" w:type="dxa"/>
            <w:vAlign w:val="center"/>
          </w:tcPr>
          <w:p w14:paraId="2C04E7B4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Prędkość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pamięci</w:t>
            </w:r>
            <w:proofErr w:type="spellEnd"/>
          </w:p>
        </w:tc>
        <w:tc>
          <w:tcPr>
            <w:tcW w:w="4762" w:type="dxa"/>
            <w:vAlign w:val="center"/>
          </w:tcPr>
          <w:p w14:paraId="5339B311" w14:textId="77777777" w:rsidR="00F352C3" w:rsidRDefault="00F352C3" w:rsidP="00E73126">
            <w:pPr>
              <w:keepLines/>
              <w:spacing w:after="0"/>
            </w:pPr>
            <w:r>
              <w:rPr>
                <w:sz w:val="17"/>
              </w:rPr>
              <w:t>3200 MHz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6797625F" w14:textId="77777777" w:rsidR="00F352C3" w:rsidRDefault="00F352C3" w:rsidP="00E73126">
            <w:pPr>
              <w:keepLines/>
              <w:spacing w:after="0"/>
            </w:pPr>
          </w:p>
        </w:tc>
      </w:tr>
      <w:tr w:rsidR="00F352C3" w14:paraId="6C99B4FE" w14:textId="77777777" w:rsidTr="00D8712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36225C8B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Konfiguracja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5F44FFE2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Moduł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lub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zestaw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modułów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umożliwiający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uzyskanie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łącznie</w:t>
            </w:r>
            <w:proofErr w:type="spellEnd"/>
            <w:r>
              <w:rPr>
                <w:sz w:val="17"/>
              </w:rPr>
              <w:t xml:space="preserve"> minimum 16 GB RAM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75197490" w14:textId="77777777" w:rsidR="00F352C3" w:rsidRDefault="00F352C3" w:rsidP="00E73126">
            <w:pPr>
              <w:keepLines/>
              <w:spacing w:after="0"/>
            </w:pPr>
          </w:p>
        </w:tc>
      </w:tr>
      <w:tr w:rsidR="00F352C3" w14:paraId="0C4FEE04" w14:textId="77777777" w:rsidTr="00D8712A">
        <w:trPr>
          <w:cantSplit/>
          <w:jc w:val="center"/>
        </w:trPr>
        <w:tc>
          <w:tcPr>
            <w:tcW w:w="2438" w:type="dxa"/>
            <w:vAlign w:val="center"/>
          </w:tcPr>
          <w:p w14:paraId="5FC157B4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Preferowana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konfiguracja</w:t>
            </w:r>
            <w:proofErr w:type="spellEnd"/>
          </w:p>
        </w:tc>
        <w:tc>
          <w:tcPr>
            <w:tcW w:w="4762" w:type="dxa"/>
            <w:vAlign w:val="center"/>
          </w:tcPr>
          <w:p w14:paraId="174E6FBB" w14:textId="77777777" w:rsidR="00F352C3" w:rsidRDefault="00F352C3" w:rsidP="00E73126">
            <w:pPr>
              <w:keepLines/>
              <w:spacing w:after="0"/>
            </w:pPr>
            <w:r>
              <w:rPr>
                <w:sz w:val="17"/>
              </w:rPr>
              <w:t xml:space="preserve">2 × 8 GB DDR4 3200 MHz UDIMM </w:t>
            </w:r>
            <w:proofErr w:type="spellStart"/>
            <w:r>
              <w:rPr>
                <w:sz w:val="17"/>
              </w:rPr>
              <w:t>lub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rozwiązanie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równoważne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zapewniające</w:t>
            </w:r>
            <w:proofErr w:type="spellEnd"/>
            <w:r>
              <w:rPr>
                <w:sz w:val="17"/>
              </w:rPr>
              <w:t xml:space="preserve"> minimum 16 GB </w:t>
            </w:r>
            <w:proofErr w:type="spellStart"/>
            <w:r>
              <w:rPr>
                <w:sz w:val="17"/>
              </w:rPr>
              <w:t>i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pełną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kompatybilność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37211C85" w14:textId="77777777" w:rsidR="00F352C3" w:rsidRDefault="00F352C3" w:rsidP="00E73126">
            <w:pPr>
              <w:keepLines/>
              <w:spacing w:after="0"/>
            </w:pPr>
          </w:p>
        </w:tc>
      </w:tr>
      <w:tr w:rsidR="00F352C3" w14:paraId="12549EF8" w14:textId="77777777" w:rsidTr="00D8712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716ABECE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Tryb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pracy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2726DD3F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Obsługa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pracy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dwukanałowej</w:t>
            </w:r>
            <w:proofErr w:type="spellEnd"/>
            <w:r>
              <w:rPr>
                <w:sz w:val="17"/>
              </w:rPr>
              <w:t xml:space="preserve"> w </w:t>
            </w:r>
            <w:proofErr w:type="spellStart"/>
            <w:r>
              <w:rPr>
                <w:sz w:val="17"/>
              </w:rPr>
              <w:t>przypadku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zastosowania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dwóch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kompatybilnych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modułów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19028FD5" w14:textId="77777777" w:rsidR="00F352C3" w:rsidRDefault="00F352C3" w:rsidP="00E73126">
            <w:pPr>
              <w:keepLines/>
              <w:spacing w:after="0"/>
            </w:pPr>
          </w:p>
        </w:tc>
      </w:tr>
      <w:tr w:rsidR="00F352C3" w14:paraId="56E1B910" w14:textId="77777777" w:rsidTr="00D8712A">
        <w:trPr>
          <w:cantSplit/>
          <w:jc w:val="center"/>
        </w:trPr>
        <w:tc>
          <w:tcPr>
            <w:tcW w:w="2438" w:type="dxa"/>
            <w:vAlign w:val="center"/>
          </w:tcPr>
          <w:p w14:paraId="53635999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Typ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pamięci</w:t>
            </w:r>
            <w:proofErr w:type="spellEnd"/>
          </w:p>
        </w:tc>
        <w:tc>
          <w:tcPr>
            <w:tcW w:w="4762" w:type="dxa"/>
            <w:vAlign w:val="center"/>
          </w:tcPr>
          <w:p w14:paraId="257123B1" w14:textId="77777777" w:rsidR="00F352C3" w:rsidRDefault="00F352C3" w:rsidP="00E73126">
            <w:pPr>
              <w:keepLines/>
              <w:spacing w:after="0"/>
            </w:pPr>
            <w:r>
              <w:rPr>
                <w:sz w:val="17"/>
              </w:rPr>
              <w:t>Non-ECC, unbuffered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0073005E" w14:textId="77777777" w:rsidR="00F352C3" w:rsidRDefault="00F352C3" w:rsidP="00E73126">
            <w:pPr>
              <w:keepLines/>
              <w:spacing w:after="0"/>
            </w:pPr>
          </w:p>
        </w:tc>
      </w:tr>
      <w:tr w:rsidR="00F352C3" w14:paraId="1A04A70D" w14:textId="77777777" w:rsidTr="00D8712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2C858D61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Zgodność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modułów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1A8D9D21" w14:textId="77777777" w:rsidR="00F352C3" w:rsidRDefault="00F352C3" w:rsidP="00E73126">
            <w:pPr>
              <w:keepLines/>
              <w:spacing w:after="0"/>
            </w:pPr>
            <w:r>
              <w:rPr>
                <w:sz w:val="17"/>
              </w:rPr>
              <w:t xml:space="preserve">W </w:t>
            </w:r>
            <w:proofErr w:type="spellStart"/>
            <w:r>
              <w:rPr>
                <w:sz w:val="17"/>
              </w:rPr>
              <w:t>przypadku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zastosowania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dwóch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modułów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powinny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posiadać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zgodne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parametry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pojemności</w:t>
            </w:r>
            <w:proofErr w:type="spellEnd"/>
            <w:r>
              <w:rPr>
                <w:sz w:val="17"/>
              </w:rPr>
              <w:t xml:space="preserve">, </w:t>
            </w:r>
            <w:proofErr w:type="spellStart"/>
            <w:r>
              <w:rPr>
                <w:sz w:val="17"/>
              </w:rPr>
              <w:t>taktowania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i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organizacji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pamięci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45D1BB20" w14:textId="77777777" w:rsidR="00F352C3" w:rsidRDefault="00F352C3" w:rsidP="00E73126">
            <w:pPr>
              <w:keepLines/>
              <w:spacing w:after="0"/>
            </w:pPr>
          </w:p>
        </w:tc>
      </w:tr>
      <w:tr w:rsidR="00F352C3" w14:paraId="13FE085D" w14:textId="77777777" w:rsidTr="00D8712A">
        <w:trPr>
          <w:cantSplit/>
          <w:jc w:val="center"/>
        </w:trPr>
        <w:tc>
          <w:tcPr>
            <w:tcW w:w="2438" w:type="dxa"/>
            <w:vAlign w:val="center"/>
          </w:tcPr>
          <w:p w14:paraId="3F894AD4" w14:textId="77777777" w:rsidR="00F352C3" w:rsidRDefault="00F352C3" w:rsidP="00E73126">
            <w:pPr>
              <w:keepLines/>
              <w:spacing w:after="0"/>
            </w:pPr>
            <w:r>
              <w:rPr>
                <w:b/>
                <w:sz w:val="17"/>
              </w:rPr>
              <w:t xml:space="preserve">Stan </w:t>
            </w:r>
            <w:proofErr w:type="spellStart"/>
            <w:r>
              <w:rPr>
                <w:b/>
                <w:sz w:val="17"/>
              </w:rPr>
              <w:t>modułów</w:t>
            </w:r>
            <w:proofErr w:type="spellEnd"/>
          </w:p>
        </w:tc>
        <w:tc>
          <w:tcPr>
            <w:tcW w:w="4762" w:type="dxa"/>
            <w:vAlign w:val="center"/>
          </w:tcPr>
          <w:p w14:paraId="11088E32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Fabrycznie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nowe</w:t>
            </w:r>
            <w:proofErr w:type="spellEnd"/>
            <w:r>
              <w:rPr>
                <w:sz w:val="17"/>
              </w:rPr>
              <w:t xml:space="preserve">, </w:t>
            </w:r>
            <w:proofErr w:type="spellStart"/>
            <w:r>
              <w:rPr>
                <w:sz w:val="17"/>
              </w:rPr>
              <w:t>nieużywane</w:t>
            </w:r>
            <w:proofErr w:type="spellEnd"/>
            <w:r>
              <w:rPr>
                <w:sz w:val="17"/>
              </w:rPr>
              <w:t xml:space="preserve">, </w:t>
            </w:r>
            <w:proofErr w:type="spellStart"/>
            <w:r>
              <w:rPr>
                <w:sz w:val="17"/>
              </w:rPr>
              <w:t>nieregenerowane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1043CC37" w14:textId="77777777" w:rsidR="00F352C3" w:rsidRDefault="00F352C3" w:rsidP="00E73126">
            <w:pPr>
              <w:keepLines/>
              <w:spacing w:after="0"/>
            </w:pPr>
          </w:p>
        </w:tc>
      </w:tr>
      <w:tr w:rsidR="00F352C3" w14:paraId="488E2920" w14:textId="77777777" w:rsidTr="00D8712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13939BF9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Gwarancja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20D35E2D" w14:textId="77777777" w:rsidR="00F352C3" w:rsidRDefault="00F352C3" w:rsidP="00E73126">
            <w:pPr>
              <w:keepLines/>
              <w:spacing w:after="0"/>
            </w:pPr>
            <w:r>
              <w:rPr>
                <w:sz w:val="17"/>
              </w:rPr>
              <w:t xml:space="preserve">Minimum 24 </w:t>
            </w:r>
            <w:proofErr w:type="spellStart"/>
            <w:r>
              <w:rPr>
                <w:sz w:val="17"/>
              </w:rPr>
              <w:t>miesiące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67D09918" w14:textId="77777777" w:rsidR="00F352C3" w:rsidRDefault="00F352C3" w:rsidP="00E73126">
            <w:pPr>
              <w:keepLines/>
              <w:spacing w:after="0"/>
            </w:pPr>
          </w:p>
        </w:tc>
      </w:tr>
      <w:tr w:rsidR="00F352C3" w14:paraId="3C2BE8C1" w14:textId="77777777" w:rsidTr="00D8712A">
        <w:trPr>
          <w:cantSplit/>
          <w:jc w:val="center"/>
        </w:trPr>
        <w:tc>
          <w:tcPr>
            <w:tcW w:w="2438" w:type="dxa"/>
            <w:vAlign w:val="center"/>
          </w:tcPr>
          <w:p w14:paraId="10CC90B0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Kompletność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dostawy</w:t>
            </w:r>
            <w:proofErr w:type="spellEnd"/>
          </w:p>
        </w:tc>
        <w:tc>
          <w:tcPr>
            <w:tcW w:w="4762" w:type="dxa"/>
            <w:vAlign w:val="center"/>
          </w:tcPr>
          <w:p w14:paraId="12D75E2C" w14:textId="77777777" w:rsidR="00F352C3" w:rsidRDefault="00F352C3" w:rsidP="00E73126">
            <w:pPr>
              <w:keepLines/>
              <w:spacing w:after="0"/>
            </w:pPr>
            <w:r>
              <w:rPr>
                <w:sz w:val="17"/>
              </w:rPr>
              <w:t xml:space="preserve">Cena </w:t>
            </w:r>
            <w:proofErr w:type="spellStart"/>
            <w:r>
              <w:rPr>
                <w:sz w:val="17"/>
              </w:rPr>
              <w:t>musi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obejmować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wszystkie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moduły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pamięci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niezbędne</w:t>
            </w:r>
            <w:proofErr w:type="spellEnd"/>
            <w:r>
              <w:rPr>
                <w:sz w:val="17"/>
              </w:rPr>
              <w:t xml:space="preserve"> do </w:t>
            </w:r>
            <w:proofErr w:type="spellStart"/>
            <w:r>
              <w:rPr>
                <w:sz w:val="17"/>
              </w:rPr>
              <w:t>uzyskania</w:t>
            </w:r>
            <w:proofErr w:type="spellEnd"/>
            <w:r>
              <w:rPr>
                <w:sz w:val="17"/>
              </w:rPr>
              <w:t xml:space="preserve"> minimum 16 GB RAM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6B44743B" w14:textId="77777777" w:rsidR="00F352C3" w:rsidRDefault="00F352C3" w:rsidP="00E73126">
            <w:pPr>
              <w:keepLines/>
              <w:spacing w:after="0"/>
            </w:pPr>
          </w:p>
        </w:tc>
      </w:tr>
    </w:tbl>
    <w:p w14:paraId="547AD5B0" w14:textId="77777777" w:rsidR="00D8712A" w:rsidRDefault="00D8712A" w:rsidP="00F352C3"/>
    <w:tbl>
      <w:tblPr>
        <w:tblStyle w:val="Tabela-Siatka"/>
        <w:tblW w:w="0" w:type="auto"/>
        <w:tblInd w:w="38" w:type="dxa"/>
        <w:tblLook w:val="04A0" w:firstRow="1" w:lastRow="0" w:firstColumn="1" w:lastColumn="0" w:noHBand="0" w:noVBand="1"/>
      </w:tblPr>
      <w:tblGrid>
        <w:gridCol w:w="3446"/>
        <w:gridCol w:w="1444"/>
        <w:gridCol w:w="2410"/>
      </w:tblGrid>
      <w:tr w:rsidR="00D8712A" w14:paraId="1DD5CEF3" w14:textId="77777777" w:rsidTr="00410A61">
        <w:tc>
          <w:tcPr>
            <w:tcW w:w="34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95FF4A" w14:textId="77777777" w:rsidR="00D8712A" w:rsidRDefault="00D8712A" w:rsidP="00410A61">
            <w:r>
              <w:t xml:space="preserve">Cena za 1 </w:t>
            </w:r>
            <w:proofErr w:type="spellStart"/>
            <w:r>
              <w:t>szt</w:t>
            </w:r>
            <w:proofErr w:type="spellEnd"/>
            <w:r>
              <w:t>.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6FA39C" w14:textId="77777777" w:rsidR="00D8712A" w:rsidRDefault="00D8712A" w:rsidP="00410A61">
            <w:r>
              <w:t xml:space="preserve">Netto w </w:t>
            </w:r>
            <w:proofErr w:type="spellStart"/>
            <w:r>
              <w:t>zł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47E45676" w14:textId="77777777" w:rsidR="00D8712A" w:rsidRDefault="00D8712A" w:rsidP="00410A61">
            <w:pPr>
              <w:rPr>
                <w:highlight w:val="yellow"/>
              </w:rPr>
            </w:pPr>
          </w:p>
        </w:tc>
      </w:tr>
      <w:tr w:rsidR="00D8712A" w14:paraId="010AE610" w14:textId="77777777" w:rsidTr="00410A61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711134" w14:textId="77777777" w:rsidR="00D8712A" w:rsidRDefault="00D8712A" w:rsidP="00410A61">
            <w:pPr>
              <w:spacing w:after="0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ADB1F6" w14:textId="77777777" w:rsidR="00D8712A" w:rsidRDefault="00D8712A" w:rsidP="00410A61">
            <w:r>
              <w:t xml:space="preserve">Brutto w </w:t>
            </w:r>
            <w:proofErr w:type="spellStart"/>
            <w:r>
              <w:t>zł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1C90FB71" w14:textId="77777777" w:rsidR="00D8712A" w:rsidRDefault="00D8712A" w:rsidP="00410A61">
            <w:pPr>
              <w:rPr>
                <w:highlight w:val="yellow"/>
              </w:rPr>
            </w:pPr>
          </w:p>
        </w:tc>
      </w:tr>
      <w:tr w:rsidR="00D8712A" w14:paraId="0AB66E2B" w14:textId="77777777" w:rsidTr="00410A61">
        <w:tc>
          <w:tcPr>
            <w:tcW w:w="34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289648" w14:textId="7EC163D6" w:rsidR="00D8712A" w:rsidRDefault="00D8712A" w:rsidP="00410A61">
            <w:proofErr w:type="spellStart"/>
            <w:r>
              <w:t>Łączna</w:t>
            </w:r>
            <w:proofErr w:type="spellEnd"/>
            <w:r>
              <w:t xml:space="preserve"> </w:t>
            </w:r>
            <w:proofErr w:type="spellStart"/>
            <w:r>
              <w:t>Kwota</w:t>
            </w:r>
            <w:proofErr w:type="spellEnd"/>
            <w:r>
              <w:t xml:space="preserve"> za: </w:t>
            </w:r>
            <w:r>
              <w:t>5</w:t>
            </w:r>
            <w:r>
              <w:t xml:space="preserve"> </w:t>
            </w:r>
            <w:proofErr w:type="spellStart"/>
            <w:r>
              <w:t>szt</w:t>
            </w:r>
            <w:proofErr w:type="spellEnd"/>
            <w:r>
              <w:t>.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1A10EA" w14:textId="77777777" w:rsidR="00D8712A" w:rsidRDefault="00D8712A" w:rsidP="00410A61">
            <w:r>
              <w:t xml:space="preserve">Netto w </w:t>
            </w:r>
            <w:proofErr w:type="spellStart"/>
            <w:r>
              <w:t>zł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5D07AE4B" w14:textId="77777777" w:rsidR="00D8712A" w:rsidRDefault="00D8712A" w:rsidP="00410A61">
            <w:pPr>
              <w:rPr>
                <w:highlight w:val="yellow"/>
              </w:rPr>
            </w:pPr>
          </w:p>
        </w:tc>
      </w:tr>
      <w:tr w:rsidR="00D8712A" w14:paraId="25F6AD2C" w14:textId="77777777" w:rsidTr="00410A61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AD2D9B" w14:textId="77777777" w:rsidR="00D8712A" w:rsidRDefault="00D8712A" w:rsidP="00410A61">
            <w:pPr>
              <w:spacing w:after="0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BB5FCF" w14:textId="77777777" w:rsidR="00D8712A" w:rsidRDefault="00D8712A" w:rsidP="00410A61">
            <w:r>
              <w:t xml:space="preserve">Brutto w </w:t>
            </w:r>
            <w:proofErr w:type="spellStart"/>
            <w:r>
              <w:t>zł</w:t>
            </w:r>
            <w:proofErr w:type="spellEnd"/>
            <w:r>
              <w:t>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3057737F" w14:textId="77777777" w:rsidR="00D8712A" w:rsidRDefault="00D8712A" w:rsidP="00410A61">
            <w:pPr>
              <w:rPr>
                <w:highlight w:val="yellow"/>
              </w:rPr>
            </w:pPr>
          </w:p>
        </w:tc>
      </w:tr>
    </w:tbl>
    <w:p w14:paraId="393F39B7" w14:textId="77777777" w:rsidR="00D8712A" w:rsidRDefault="00D8712A" w:rsidP="00F352C3"/>
    <w:p w14:paraId="7B8D0E8C" w14:textId="0764989B" w:rsidR="00F352C3" w:rsidRDefault="00F352C3" w:rsidP="00F352C3">
      <w:r>
        <w:t xml:space="preserve">Oświadczamy, </w:t>
      </w:r>
      <w:proofErr w:type="spellStart"/>
      <w:r>
        <w:t>że</w:t>
      </w:r>
      <w:proofErr w:type="spellEnd"/>
      <w:r>
        <w:t xml:space="preserve"> </w:t>
      </w:r>
      <w:proofErr w:type="spellStart"/>
      <w:r>
        <w:t>oferowany</w:t>
      </w:r>
      <w:proofErr w:type="spellEnd"/>
      <w:r>
        <w:t xml:space="preserve"> </w:t>
      </w:r>
      <w:proofErr w:type="spellStart"/>
      <w:r>
        <w:t>przedmiot</w:t>
      </w:r>
      <w:proofErr w:type="spellEnd"/>
      <w:r>
        <w:t xml:space="preserve"> </w:t>
      </w:r>
      <w:proofErr w:type="spellStart"/>
      <w:r>
        <w:t>zamówienia</w:t>
      </w:r>
      <w:proofErr w:type="spellEnd"/>
      <w:r>
        <w:t xml:space="preserve"> </w:t>
      </w:r>
      <w:proofErr w:type="spellStart"/>
      <w:r>
        <w:t>spełnia</w:t>
      </w:r>
      <w:proofErr w:type="spellEnd"/>
      <w:r>
        <w:t xml:space="preserve"> </w:t>
      </w:r>
      <w:proofErr w:type="spellStart"/>
      <w:r>
        <w:t>wymagania</w:t>
      </w:r>
      <w:proofErr w:type="spellEnd"/>
      <w:r>
        <w:t xml:space="preserve"> </w:t>
      </w:r>
      <w:proofErr w:type="spellStart"/>
      <w:r>
        <w:t>wskazane</w:t>
      </w:r>
      <w:proofErr w:type="spellEnd"/>
      <w:r>
        <w:t xml:space="preserve"> w </w:t>
      </w:r>
      <w:proofErr w:type="spellStart"/>
      <w:r>
        <w:t>tabeli</w:t>
      </w:r>
      <w:proofErr w:type="spellEnd"/>
      <w:r>
        <w:t>.</w:t>
      </w:r>
    </w:p>
    <w:p w14:paraId="6D741A47" w14:textId="77777777" w:rsidR="00F352C3" w:rsidRDefault="00F352C3" w:rsidP="00F352C3">
      <w:r>
        <w:t>.....................................................................................</w:t>
      </w:r>
      <w:r>
        <w:br/>
        <w:t xml:space="preserve">Data </w:t>
      </w:r>
      <w:proofErr w:type="spellStart"/>
      <w:r>
        <w:t>i</w:t>
      </w:r>
      <w:proofErr w:type="spellEnd"/>
      <w:r>
        <w:t xml:space="preserve"> </w:t>
      </w:r>
      <w:proofErr w:type="spellStart"/>
      <w:r>
        <w:t>podpis</w:t>
      </w:r>
      <w:proofErr w:type="spellEnd"/>
      <w:r>
        <w:t xml:space="preserve"> </w:t>
      </w:r>
      <w:proofErr w:type="spellStart"/>
      <w:r>
        <w:t>osoby</w:t>
      </w:r>
      <w:proofErr w:type="spellEnd"/>
      <w:r>
        <w:t xml:space="preserve"> </w:t>
      </w:r>
      <w:proofErr w:type="spellStart"/>
      <w:r>
        <w:t>upoważnionej</w:t>
      </w:r>
      <w:proofErr w:type="spellEnd"/>
      <w:r>
        <w:t xml:space="preserve"> do </w:t>
      </w:r>
      <w:proofErr w:type="spellStart"/>
      <w:r>
        <w:t>złożenia</w:t>
      </w:r>
      <w:proofErr w:type="spellEnd"/>
      <w:r>
        <w:t xml:space="preserve"> </w:t>
      </w:r>
      <w:proofErr w:type="spellStart"/>
      <w:r>
        <w:t>oferty</w:t>
      </w:r>
      <w:proofErr w:type="spellEnd"/>
    </w:p>
    <w:p w14:paraId="26AC90C5" w14:textId="77777777" w:rsidR="006B66A7" w:rsidRDefault="006B66A7" w:rsidP="006B66A7"/>
    <w:p w14:paraId="18C2AFE8" w14:textId="06E285E1" w:rsidR="00F352C3" w:rsidRDefault="00F352C3">
      <w:pPr>
        <w:spacing w:after="200"/>
      </w:pPr>
      <w:r>
        <w:br w:type="page"/>
      </w:r>
    </w:p>
    <w:p w14:paraId="3ECF3BC3" w14:textId="77777777" w:rsidR="00F352C3" w:rsidRPr="0065117E" w:rsidRDefault="00F352C3" w:rsidP="00F352C3">
      <w:pPr>
        <w:jc w:val="right"/>
        <w:rPr>
          <w:b/>
          <w:color w:val="1C324B"/>
          <w:szCs w:val="18"/>
        </w:rPr>
      </w:pPr>
      <w:proofErr w:type="spellStart"/>
      <w:r w:rsidRPr="0065117E">
        <w:rPr>
          <w:b/>
          <w:szCs w:val="18"/>
        </w:rPr>
        <w:lastRenderedPageBreak/>
        <w:t>Załącznik</w:t>
      </w:r>
      <w:proofErr w:type="spellEnd"/>
      <w:r w:rsidRPr="0065117E">
        <w:rPr>
          <w:b/>
          <w:szCs w:val="18"/>
        </w:rPr>
        <w:t xml:space="preserve"> nr 4.</w:t>
      </w:r>
      <w:r>
        <w:rPr>
          <w:b/>
          <w:szCs w:val="18"/>
        </w:rPr>
        <w:t>20</w:t>
      </w:r>
    </w:p>
    <w:p w14:paraId="2F347431" w14:textId="77777777" w:rsidR="00F352C3" w:rsidRDefault="00F352C3" w:rsidP="00F352C3">
      <w:pPr>
        <w:jc w:val="center"/>
      </w:pPr>
      <w:r>
        <w:rPr>
          <w:b/>
          <w:color w:val="1C324B"/>
          <w:sz w:val="28"/>
        </w:rPr>
        <w:t>OPIS PRZEDMIOTU ZAMÓWIENIA</w:t>
      </w:r>
    </w:p>
    <w:p w14:paraId="0A5A592A" w14:textId="77777777" w:rsidR="00F352C3" w:rsidRDefault="00F352C3" w:rsidP="00F352C3">
      <w:pPr>
        <w:jc w:val="center"/>
      </w:pPr>
      <w:proofErr w:type="spellStart"/>
      <w:r>
        <w:rPr>
          <w:b/>
          <w:sz w:val="22"/>
        </w:rPr>
        <w:t>Specyfikacja</w:t>
      </w:r>
      <w:proofErr w:type="spellEnd"/>
      <w:r>
        <w:rPr>
          <w:b/>
          <w:sz w:val="22"/>
        </w:rPr>
        <w:t xml:space="preserve"> </w:t>
      </w:r>
      <w:proofErr w:type="spellStart"/>
      <w:r>
        <w:rPr>
          <w:b/>
          <w:sz w:val="22"/>
        </w:rPr>
        <w:t>techniczna</w:t>
      </w:r>
      <w:proofErr w:type="spellEnd"/>
      <w:r>
        <w:rPr>
          <w:b/>
          <w:sz w:val="22"/>
        </w:rPr>
        <w:t xml:space="preserve"> – </w:t>
      </w:r>
      <w:proofErr w:type="spellStart"/>
      <w:r>
        <w:rPr>
          <w:b/>
          <w:sz w:val="22"/>
        </w:rPr>
        <w:t>Licencja</w:t>
      </w:r>
      <w:proofErr w:type="spellEnd"/>
      <w:r>
        <w:rPr>
          <w:b/>
          <w:sz w:val="22"/>
        </w:rPr>
        <w:t xml:space="preserve"> </w:t>
      </w:r>
      <w:proofErr w:type="spellStart"/>
      <w:r>
        <w:rPr>
          <w:b/>
          <w:sz w:val="22"/>
        </w:rPr>
        <w:t>na</w:t>
      </w:r>
      <w:proofErr w:type="spellEnd"/>
      <w:r>
        <w:rPr>
          <w:b/>
          <w:sz w:val="22"/>
        </w:rPr>
        <w:t xml:space="preserve"> </w:t>
      </w:r>
      <w:proofErr w:type="spellStart"/>
      <w:r>
        <w:rPr>
          <w:b/>
          <w:sz w:val="22"/>
        </w:rPr>
        <w:t>oprogramowanie</w:t>
      </w:r>
      <w:proofErr w:type="spellEnd"/>
      <w:r>
        <w:rPr>
          <w:b/>
          <w:sz w:val="22"/>
        </w:rPr>
        <w:t xml:space="preserve"> </w:t>
      </w:r>
      <w:proofErr w:type="spellStart"/>
      <w:r>
        <w:rPr>
          <w:b/>
          <w:sz w:val="22"/>
        </w:rPr>
        <w:t>biurowe</w:t>
      </w:r>
      <w:proofErr w:type="spellEnd"/>
      <w:r>
        <w:rPr>
          <w:b/>
          <w:sz w:val="22"/>
        </w:rPr>
        <w:t xml:space="preserve"> </w:t>
      </w:r>
      <w:proofErr w:type="spellStart"/>
      <w:r>
        <w:rPr>
          <w:b/>
          <w:sz w:val="22"/>
        </w:rPr>
        <w:t>Typ</w:t>
      </w:r>
      <w:proofErr w:type="spellEnd"/>
      <w:r>
        <w:rPr>
          <w:b/>
          <w:sz w:val="22"/>
        </w:rPr>
        <w:t xml:space="preserve"> A – 20 </w:t>
      </w:r>
      <w:proofErr w:type="spellStart"/>
      <w:r>
        <w:rPr>
          <w:b/>
          <w:sz w:val="22"/>
        </w:rPr>
        <w:t>szt</w:t>
      </w:r>
      <w:proofErr w:type="spellEnd"/>
      <w:r>
        <w:rPr>
          <w:b/>
          <w:sz w:val="22"/>
        </w:rPr>
        <w:t>.</w:t>
      </w:r>
    </w:p>
    <w:p w14:paraId="471B602C" w14:textId="77777777" w:rsidR="00F352C3" w:rsidRDefault="00F352C3" w:rsidP="00F352C3">
      <w:r>
        <w:t xml:space="preserve">Producent: ........................................................................     Model / </w:t>
      </w:r>
      <w:proofErr w:type="spellStart"/>
      <w:r>
        <w:t>oznaczenie</w:t>
      </w:r>
      <w:proofErr w:type="spellEnd"/>
      <w:r>
        <w:t>: ........................................................................</w:t>
      </w:r>
    </w:p>
    <w:tbl>
      <w:tblPr>
        <w:tblStyle w:val="Tabela-Siatka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438"/>
        <w:gridCol w:w="4762"/>
        <w:gridCol w:w="2324"/>
      </w:tblGrid>
      <w:tr w:rsidR="00F352C3" w14:paraId="6E2004D2" w14:textId="77777777" w:rsidTr="00D8712A">
        <w:trPr>
          <w:cantSplit/>
          <w:tblHeader/>
          <w:jc w:val="center"/>
        </w:trPr>
        <w:tc>
          <w:tcPr>
            <w:tcW w:w="2438" w:type="dxa"/>
            <w:shd w:val="clear" w:color="auto" w:fill="E8EEF5"/>
          </w:tcPr>
          <w:p w14:paraId="00454F81" w14:textId="77777777" w:rsidR="00F352C3" w:rsidRDefault="00F352C3" w:rsidP="00E73126">
            <w:pPr>
              <w:spacing w:after="0"/>
            </w:pPr>
            <w:proofErr w:type="spellStart"/>
            <w:r>
              <w:rPr>
                <w:b/>
                <w:sz w:val="17"/>
              </w:rPr>
              <w:t>Cecha</w:t>
            </w:r>
            <w:proofErr w:type="spellEnd"/>
            <w:r>
              <w:rPr>
                <w:b/>
                <w:sz w:val="17"/>
              </w:rPr>
              <w:t xml:space="preserve"> / </w:t>
            </w:r>
            <w:proofErr w:type="spellStart"/>
            <w:r>
              <w:rPr>
                <w:b/>
                <w:sz w:val="17"/>
              </w:rPr>
              <w:t>parametr</w:t>
            </w:r>
            <w:proofErr w:type="spellEnd"/>
          </w:p>
        </w:tc>
        <w:tc>
          <w:tcPr>
            <w:tcW w:w="4762" w:type="dxa"/>
            <w:shd w:val="clear" w:color="auto" w:fill="E8EEF5"/>
          </w:tcPr>
          <w:p w14:paraId="7E07C154" w14:textId="77777777" w:rsidR="00F352C3" w:rsidRDefault="00F352C3" w:rsidP="00E73126">
            <w:pPr>
              <w:spacing w:after="0"/>
            </w:pPr>
            <w:proofErr w:type="spellStart"/>
            <w:r>
              <w:rPr>
                <w:b/>
                <w:sz w:val="17"/>
              </w:rPr>
              <w:t>Wymagane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minimalne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parametry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techniczne</w:t>
            </w:r>
            <w:proofErr w:type="spellEnd"/>
          </w:p>
        </w:tc>
        <w:tc>
          <w:tcPr>
            <w:tcW w:w="2324" w:type="dxa"/>
            <w:shd w:val="clear" w:color="auto" w:fill="FFFF99"/>
          </w:tcPr>
          <w:p w14:paraId="0A90BFF0" w14:textId="77777777" w:rsidR="00F352C3" w:rsidRDefault="00F352C3" w:rsidP="00E73126">
            <w:pPr>
              <w:spacing w:after="0"/>
            </w:pPr>
            <w:proofErr w:type="spellStart"/>
            <w:r>
              <w:rPr>
                <w:b/>
                <w:sz w:val="17"/>
              </w:rPr>
              <w:t>Oferowane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parametry</w:t>
            </w:r>
            <w:proofErr w:type="spellEnd"/>
            <w:r>
              <w:rPr>
                <w:b/>
                <w:sz w:val="17"/>
              </w:rPr>
              <w:t xml:space="preserve"> (</w:t>
            </w:r>
            <w:proofErr w:type="spellStart"/>
            <w:r>
              <w:rPr>
                <w:b/>
                <w:sz w:val="17"/>
              </w:rPr>
              <w:t>wypełnia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Wykonawca</w:t>
            </w:r>
            <w:proofErr w:type="spellEnd"/>
            <w:r>
              <w:rPr>
                <w:b/>
                <w:sz w:val="17"/>
              </w:rPr>
              <w:t>)</w:t>
            </w:r>
          </w:p>
        </w:tc>
      </w:tr>
      <w:tr w:rsidR="00F352C3" w14:paraId="5A1B96F2" w14:textId="77777777" w:rsidTr="00D8712A">
        <w:trPr>
          <w:cantSplit/>
          <w:jc w:val="center"/>
        </w:trPr>
        <w:tc>
          <w:tcPr>
            <w:tcW w:w="2438" w:type="dxa"/>
            <w:vAlign w:val="center"/>
          </w:tcPr>
          <w:p w14:paraId="5D65D3B0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Typ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licencji</w:t>
            </w:r>
            <w:proofErr w:type="spellEnd"/>
          </w:p>
        </w:tc>
        <w:tc>
          <w:tcPr>
            <w:tcW w:w="4762" w:type="dxa"/>
            <w:vAlign w:val="center"/>
          </w:tcPr>
          <w:p w14:paraId="2676FA41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Subskrypcja</w:t>
            </w:r>
            <w:proofErr w:type="spellEnd"/>
            <w:r>
              <w:rPr>
                <w:sz w:val="17"/>
              </w:rPr>
              <w:t xml:space="preserve"> Microsoft 365 Business Standard </w:t>
            </w:r>
            <w:proofErr w:type="spellStart"/>
            <w:r>
              <w:rPr>
                <w:sz w:val="17"/>
              </w:rPr>
              <w:t>lub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rozwiązanie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równoważne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3D6B57FF" w14:textId="77777777" w:rsidR="00F352C3" w:rsidRDefault="00F352C3" w:rsidP="00E73126">
            <w:pPr>
              <w:keepLines/>
              <w:spacing w:after="0"/>
            </w:pPr>
          </w:p>
        </w:tc>
      </w:tr>
      <w:tr w:rsidR="00F352C3" w14:paraId="5705C010" w14:textId="77777777" w:rsidTr="00D8712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6F7A9C6D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Okres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licencji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4DCFEB9F" w14:textId="77777777" w:rsidR="00F352C3" w:rsidRDefault="00F352C3" w:rsidP="00E73126">
            <w:pPr>
              <w:keepLines/>
              <w:spacing w:after="0"/>
            </w:pPr>
            <w:r>
              <w:rPr>
                <w:sz w:val="17"/>
              </w:rPr>
              <w:t xml:space="preserve">12 </w:t>
            </w:r>
            <w:proofErr w:type="spellStart"/>
            <w:r>
              <w:rPr>
                <w:sz w:val="17"/>
              </w:rPr>
              <w:t>miesięcy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3C8F0D80" w14:textId="77777777" w:rsidR="00F352C3" w:rsidRDefault="00F352C3" w:rsidP="00E73126">
            <w:pPr>
              <w:keepLines/>
              <w:spacing w:after="0"/>
            </w:pPr>
          </w:p>
        </w:tc>
      </w:tr>
      <w:tr w:rsidR="00F352C3" w14:paraId="0A82DA75" w14:textId="77777777" w:rsidTr="00D8712A">
        <w:trPr>
          <w:cantSplit/>
          <w:jc w:val="center"/>
        </w:trPr>
        <w:tc>
          <w:tcPr>
            <w:tcW w:w="2438" w:type="dxa"/>
            <w:vAlign w:val="center"/>
          </w:tcPr>
          <w:p w14:paraId="12A61A7B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Licencjonowanie</w:t>
            </w:r>
            <w:proofErr w:type="spellEnd"/>
          </w:p>
        </w:tc>
        <w:tc>
          <w:tcPr>
            <w:tcW w:w="4762" w:type="dxa"/>
            <w:vAlign w:val="center"/>
          </w:tcPr>
          <w:p w14:paraId="09528D0B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Licencja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przypisana</w:t>
            </w:r>
            <w:proofErr w:type="spellEnd"/>
            <w:r>
              <w:rPr>
                <w:sz w:val="17"/>
              </w:rPr>
              <w:t xml:space="preserve"> do </w:t>
            </w:r>
            <w:proofErr w:type="spellStart"/>
            <w:r>
              <w:rPr>
                <w:sz w:val="17"/>
              </w:rPr>
              <w:t>użytkownika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3EF9A6DA" w14:textId="77777777" w:rsidR="00F352C3" w:rsidRDefault="00F352C3" w:rsidP="00E73126">
            <w:pPr>
              <w:keepLines/>
              <w:spacing w:after="0"/>
            </w:pPr>
          </w:p>
        </w:tc>
      </w:tr>
      <w:tr w:rsidR="00F352C3" w14:paraId="25DE81A7" w14:textId="77777777" w:rsidTr="00D8712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59036523" w14:textId="77777777" w:rsidR="00F352C3" w:rsidRDefault="00F352C3" w:rsidP="00E73126">
            <w:pPr>
              <w:keepLines/>
              <w:spacing w:after="0"/>
            </w:pPr>
            <w:r>
              <w:rPr>
                <w:b/>
                <w:sz w:val="17"/>
              </w:rPr>
              <w:t>Tenant</w:t>
            </w:r>
          </w:p>
        </w:tc>
        <w:tc>
          <w:tcPr>
            <w:tcW w:w="4762" w:type="dxa"/>
            <w:shd w:val="clear" w:color="auto" w:fill="F5F7FA"/>
            <w:vAlign w:val="center"/>
          </w:tcPr>
          <w:p w14:paraId="724BD71D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Licencja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musi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umożliwiać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dodanie</w:t>
            </w:r>
            <w:proofErr w:type="spellEnd"/>
            <w:r>
              <w:rPr>
                <w:sz w:val="17"/>
              </w:rPr>
              <w:t xml:space="preserve"> do </w:t>
            </w:r>
            <w:proofErr w:type="spellStart"/>
            <w:r>
              <w:rPr>
                <w:sz w:val="17"/>
              </w:rPr>
              <w:t>istniejącego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tenantu</w:t>
            </w:r>
            <w:proofErr w:type="spellEnd"/>
            <w:r>
              <w:rPr>
                <w:sz w:val="17"/>
              </w:rPr>
              <w:t xml:space="preserve"> Microsoft 365 </w:t>
            </w:r>
            <w:proofErr w:type="spellStart"/>
            <w:r>
              <w:rPr>
                <w:sz w:val="17"/>
              </w:rPr>
              <w:t>Zamawiającego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628866D9" w14:textId="77777777" w:rsidR="00F352C3" w:rsidRDefault="00F352C3" w:rsidP="00E73126">
            <w:pPr>
              <w:keepLines/>
              <w:spacing w:after="0"/>
            </w:pPr>
          </w:p>
        </w:tc>
      </w:tr>
      <w:tr w:rsidR="00F352C3" w14:paraId="540FCA70" w14:textId="77777777" w:rsidTr="00D8712A">
        <w:trPr>
          <w:cantSplit/>
          <w:jc w:val="center"/>
        </w:trPr>
        <w:tc>
          <w:tcPr>
            <w:tcW w:w="2438" w:type="dxa"/>
            <w:vAlign w:val="center"/>
          </w:tcPr>
          <w:p w14:paraId="6420AFF1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Zarządzanie</w:t>
            </w:r>
            <w:proofErr w:type="spellEnd"/>
          </w:p>
        </w:tc>
        <w:tc>
          <w:tcPr>
            <w:tcW w:w="4762" w:type="dxa"/>
            <w:vAlign w:val="center"/>
          </w:tcPr>
          <w:p w14:paraId="550AAD4E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Licencja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musi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być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widoczna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i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możliwa</w:t>
            </w:r>
            <w:proofErr w:type="spellEnd"/>
            <w:r>
              <w:rPr>
                <w:sz w:val="17"/>
              </w:rPr>
              <w:t xml:space="preserve"> do </w:t>
            </w:r>
            <w:proofErr w:type="spellStart"/>
            <w:r>
              <w:rPr>
                <w:sz w:val="17"/>
              </w:rPr>
              <w:t>przypisania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użytkownikowi</w:t>
            </w:r>
            <w:proofErr w:type="spellEnd"/>
            <w:r>
              <w:rPr>
                <w:sz w:val="17"/>
              </w:rPr>
              <w:t xml:space="preserve"> z </w:t>
            </w:r>
            <w:proofErr w:type="spellStart"/>
            <w:r>
              <w:rPr>
                <w:sz w:val="17"/>
              </w:rPr>
              <w:t>poziomu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panelu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administracyjnego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organizacji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15A773BD" w14:textId="77777777" w:rsidR="00F352C3" w:rsidRDefault="00F352C3" w:rsidP="00E73126">
            <w:pPr>
              <w:keepLines/>
              <w:spacing w:after="0"/>
            </w:pPr>
          </w:p>
        </w:tc>
      </w:tr>
      <w:tr w:rsidR="00F352C3" w14:paraId="2C0873DC" w14:textId="77777777" w:rsidTr="00D8712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7CD60E0A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Aplikacje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desktopowe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3AE5904B" w14:textId="77777777" w:rsidR="00F352C3" w:rsidRDefault="00F352C3" w:rsidP="00E73126">
            <w:pPr>
              <w:keepLines/>
              <w:spacing w:after="0"/>
            </w:pPr>
            <w:r>
              <w:rPr>
                <w:sz w:val="17"/>
              </w:rPr>
              <w:t xml:space="preserve">Word, Excel, PowerPoint, Outlook </w:t>
            </w:r>
            <w:proofErr w:type="spellStart"/>
            <w:r>
              <w:rPr>
                <w:sz w:val="17"/>
              </w:rPr>
              <w:t>oraz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pozostałe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aplikacje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dostępne</w:t>
            </w:r>
            <w:proofErr w:type="spellEnd"/>
            <w:r>
              <w:rPr>
                <w:sz w:val="17"/>
              </w:rPr>
              <w:t xml:space="preserve"> w </w:t>
            </w:r>
            <w:proofErr w:type="spellStart"/>
            <w:r>
              <w:rPr>
                <w:sz w:val="17"/>
              </w:rPr>
              <w:t>ramach</w:t>
            </w:r>
            <w:proofErr w:type="spellEnd"/>
            <w:r>
              <w:rPr>
                <w:sz w:val="17"/>
              </w:rPr>
              <w:t xml:space="preserve"> Microsoft 365 Business Standard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13DD4E10" w14:textId="77777777" w:rsidR="00F352C3" w:rsidRDefault="00F352C3" w:rsidP="00E73126">
            <w:pPr>
              <w:keepLines/>
              <w:spacing w:after="0"/>
            </w:pPr>
          </w:p>
        </w:tc>
      </w:tr>
      <w:tr w:rsidR="00F352C3" w14:paraId="0A9141A0" w14:textId="77777777" w:rsidTr="00D8712A">
        <w:trPr>
          <w:cantSplit/>
          <w:jc w:val="center"/>
        </w:trPr>
        <w:tc>
          <w:tcPr>
            <w:tcW w:w="2438" w:type="dxa"/>
            <w:vAlign w:val="center"/>
          </w:tcPr>
          <w:p w14:paraId="5B5193AA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Instalacja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lokalna</w:t>
            </w:r>
            <w:proofErr w:type="spellEnd"/>
          </w:p>
        </w:tc>
        <w:tc>
          <w:tcPr>
            <w:tcW w:w="4762" w:type="dxa"/>
            <w:vAlign w:val="center"/>
          </w:tcPr>
          <w:p w14:paraId="639ACB4E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Możliwość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instalacji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aplikacji</w:t>
            </w:r>
            <w:proofErr w:type="spellEnd"/>
            <w:r>
              <w:rPr>
                <w:sz w:val="17"/>
              </w:rPr>
              <w:t xml:space="preserve"> Microsoft 365 </w:t>
            </w:r>
            <w:proofErr w:type="spellStart"/>
            <w:r>
              <w:rPr>
                <w:sz w:val="17"/>
              </w:rPr>
              <w:t>na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komputerach</w:t>
            </w:r>
            <w:proofErr w:type="spellEnd"/>
            <w:r>
              <w:rPr>
                <w:sz w:val="17"/>
              </w:rPr>
              <w:t xml:space="preserve"> PC/Mac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4476546A" w14:textId="77777777" w:rsidR="00F352C3" w:rsidRDefault="00F352C3" w:rsidP="00E73126">
            <w:pPr>
              <w:keepLines/>
              <w:spacing w:after="0"/>
            </w:pPr>
          </w:p>
        </w:tc>
      </w:tr>
      <w:tr w:rsidR="00F352C3" w14:paraId="321BFF3F" w14:textId="77777777" w:rsidTr="00D8712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018F45CF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Liczba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urządzeń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7075CFE4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Możliwość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instalacji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przez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jednego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użytkownika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na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maks</w:t>
            </w:r>
            <w:proofErr w:type="spellEnd"/>
            <w:r>
              <w:rPr>
                <w:sz w:val="17"/>
              </w:rPr>
              <w:t xml:space="preserve">. 5 </w:t>
            </w:r>
            <w:proofErr w:type="spellStart"/>
            <w:r>
              <w:rPr>
                <w:sz w:val="17"/>
              </w:rPr>
              <w:t>komputerach</w:t>
            </w:r>
            <w:proofErr w:type="spellEnd"/>
            <w:r>
              <w:rPr>
                <w:sz w:val="17"/>
              </w:rPr>
              <w:t xml:space="preserve"> PC/Mac, 5 </w:t>
            </w:r>
            <w:proofErr w:type="spellStart"/>
            <w:r>
              <w:rPr>
                <w:sz w:val="17"/>
              </w:rPr>
              <w:t>tabletach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i</w:t>
            </w:r>
            <w:proofErr w:type="spellEnd"/>
            <w:r>
              <w:rPr>
                <w:sz w:val="17"/>
              </w:rPr>
              <w:t xml:space="preserve"> 5 </w:t>
            </w:r>
            <w:proofErr w:type="spellStart"/>
            <w:r>
              <w:rPr>
                <w:sz w:val="17"/>
              </w:rPr>
              <w:t>urządzeniach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mobilnych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72B558C9" w14:textId="77777777" w:rsidR="00F352C3" w:rsidRDefault="00F352C3" w:rsidP="00E73126">
            <w:pPr>
              <w:keepLines/>
              <w:spacing w:after="0"/>
            </w:pPr>
          </w:p>
        </w:tc>
      </w:tr>
      <w:tr w:rsidR="00F352C3" w14:paraId="6C800D19" w14:textId="77777777" w:rsidTr="00D8712A">
        <w:trPr>
          <w:cantSplit/>
          <w:jc w:val="center"/>
        </w:trPr>
        <w:tc>
          <w:tcPr>
            <w:tcW w:w="2438" w:type="dxa"/>
            <w:vAlign w:val="center"/>
          </w:tcPr>
          <w:p w14:paraId="771BE0D6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Poczta</w:t>
            </w:r>
            <w:proofErr w:type="spellEnd"/>
          </w:p>
        </w:tc>
        <w:tc>
          <w:tcPr>
            <w:tcW w:w="4762" w:type="dxa"/>
            <w:vAlign w:val="center"/>
          </w:tcPr>
          <w:p w14:paraId="038D607D" w14:textId="77777777" w:rsidR="00F352C3" w:rsidRDefault="00F352C3" w:rsidP="00E73126">
            <w:pPr>
              <w:keepLines/>
              <w:spacing w:after="0"/>
            </w:pPr>
            <w:r>
              <w:rPr>
                <w:sz w:val="17"/>
              </w:rPr>
              <w:t xml:space="preserve">Exchange Online – </w:t>
            </w:r>
            <w:proofErr w:type="spellStart"/>
            <w:r>
              <w:rPr>
                <w:sz w:val="17"/>
              </w:rPr>
              <w:t>skrzynka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pocztowa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użytkownika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61BB60DE" w14:textId="77777777" w:rsidR="00F352C3" w:rsidRDefault="00F352C3" w:rsidP="00E73126">
            <w:pPr>
              <w:keepLines/>
              <w:spacing w:after="0"/>
            </w:pPr>
          </w:p>
        </w:tc>
      </w:tr>
      <w:tr w:rsidR="00F352C3" w14:paraId="7521D497" w14:textId="77777777" w:rsidTr="00D8712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078359DE" w14:textId="77777777" w:rsidR="00F352C3" w:rsidRDefault="00F352C3" w:rsidP="00E73126">
            <w:pPr>
              <w:keepLines/>
              <w:spacing w:after="0"/>
            </w:pPr>
            <w:r>
              <w:rPr>
                <w:b/>
                <w:sz w:val="17"/>
              </w:rPr>
              <w:t>OneDrive</w:t>
            </w:r>
          </w:p>
        </w:tc>
        <w:tc>
          <w:tcPr>
            <w:tcW w:w="4762" w:type="dxa"/>
            <w:shd w:val="clear" w:color="auto" w:fill="F5F7FA"/>
            <w:vAlign w:val="center"/>
          </w:tcPr>
          <w:p w14:paraId="551B4EC6" w14:textId="77777777" w:rsidR="00F352C3" w:rsidRDefault="00F352C3" w:rsidP="00E73126">
            <w:pPr>
              <w:keepLines/>
              <w:spacing w:after="0"/>
            </w:pPr>
            <w:r>
              <w:rPr>
                <w:sz w:val="17"/>
              </w:rPr>
              <w:t xml:space="preserve">minimum 1 TB </w:t>
            </w:r>
            <w:proofErr w:type="spellStart"/>
            <w:r>
              <w:rPr>
                <w:sz w:val="17"/>
              </w:rPr>
              <w:t>przestrzeni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na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użytkownika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13A9D374" w14:textId="77777777" w:rsidR="00F352C3" w:rsidRDefault="00F352C3" w:rsidP="00E73126">
            <w:pPr>
              <w:keepLines/>
              <w:spacing w:after="0"/>
            </w:pPr>
          </w:p>
        </w:tc>
      </w:tr>
      <w:tr w:rsidR="00F352C3" w14:paraId="2C1CE78D" w14:textId="77777777" w:rsidTr="00D8712A">
        <w:trPr>
          <w:cantSplit/>
          <w:jc w:val="center"/>
        </w:trPr>
        <w:tc>
          <w:tcPr>
            <w:tcW w:w="2438" w:type="dxa"/>
            <w:vAlign w:val="center"/>
          </w:tcPr>
          <w:p w14:paraId="2DE5A1B0" w14:textId="77777777" w:rsidR="00F352C3" w:rsidRDefault="00F352C3" w:rsidP="00E73126">
            <w:pPr>
              <w:keepLines/>
              <w:spacing w:after="0"/>
            </w:pPr>
            <w:r>
              <w:rPr>
                <w:b/>
                <w:sz w:val="17"/>
              </w:rPr>
              <w:t>SharePoint</w:t>
            </w:r>
          </w:p>
        </w:tc>
        <w:tc>
          <w:tcPr>
            <w:tcW w:w="4762" w:type="dxa"/>
            <w:vAlign w:val="center"/>
          </w:tcPr>
          <w:p w14:paraId="5D78A817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dostęp</w:t>
            </w:r>
            <w:proofErr w:type="spellEnd"/>
            <w:r>
              <w:rPr>
                <w:sz w:val="17"/>
              </w:rPr>
              <w:t xml:space="preserve"> do </w:t>
            </w:r>
            <w:proofErr w:type="spellStart"/>
            <w:r>
              <w:rPr>
                <w:sz w:val="17"/>
              </w:rPr>
              <w:t>usług</w:t>
            </w:r>
            <w:proofErr w:type="spellEnd"/>
            <w:r>
              <w:rPr>
                <w:sz w:val="17"/>
              </w:rPr>
              <w:t xml:space="preserve"> SharePoint Online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78D55B4F" w14:textId="77777777" w:rsidR="00F352C3" w:rsidRDefault="00F352C3" w:rsidP="00E73126">
            <w:pPr>
              <w:keepLines/>
              <w:spacing w:after="0"/>
            </w:pPr>
          </w:p>
        </w:tc>
      </w:tr>
      <w:tr w:rsidR="00F352C3" w14:paraId="31EAC39C" w14:textId="77777777" w:rsidTr="00D8712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6BEBDDD1" w14:textId="77777777" w:rsidR="00F352C3" w:rsidRDefault="00F352C3" w:rsidP="00E73126">
            <w:pPr>
              <w:keepLines/>
              <w:spacing w:after="0"/>
            </w:pPr>
            <w:r>
              <w:rPr>
                <w:b/>
                <w:sz w:val="17"/>
              </w:rPr>
              <w:t>Teams</w:t>
            </w:r>
          </w:p>
        </w:tc>
        <w:tc>
          <w:tcPr>
            <w:tcW w:w="4762" w:type="dxa"/>
            <w:shd w:val="clear" w:color="auto" w:fill="F5F7FA"/>
            <w:vAlign w:val="center"/>
          </w:tcPr>
          <w:p w14:paraId="52A993B6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dostęp</w:t>
            </w:r>
            <w:proofErr w:type="spellEnd"/>
            <w:r>
              <w:rPr>
                <w:sz w:val="17"/>
              </w:rPr>
              <w:t xml:space="preserve"> do Microsoft Teams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4E947F76" w14:textId="77777777" w:rsidR="00F352C3" w:rsidRDefault="00F352C3" w:rsidP="00E73126">
            <w:pPr>
              <w:keepLines/>
              <w:spacing w:after="0"/>
            </w:pPr>
          </w:p>
        </w:tc>
      </w:tr>
      <w:tr w:rsidR="00F352C3" w14:paraId="578CAF2D" w14:textId="77777777" w:rsidTr="00D8712A">
        <w:trPr>
          <w:cantSplit/>
          <w:jc w:val="center"/>
        </w:trPr>
        <w:tc>
          <w:tcPr>
            <w:tcW w:w="2438" w:type="dxa"/>
            <w:vAlign w:val="center"/>
          </w:tcPr>
          <w:p w14:paraId="165F072C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Aktualizacje</w:t>
            </w:r>
            <w:proofErr w:type="spellEnd"/>
          </w:p>
        </w:tc>
        <w:tc>
          <w:tcPr>
            <w:tcW w:w="4762" w:type="dxa"/>
            <w:vAlign w:val="center"/>
          </w:tcPr>
          <w:p w14:paraId="56A2F21C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Dostęp</w:t>
            </w:r>
            <w:proofErr w:type="spellEnd"/>
            <w:r>
              <w:rPr>
                <w:sz w:val="17"/>
              </w:rPr>
              <w:t xml:space="preserve"> do </w:t>
            </w:r>
            <w:proofErr w:type="spellStart"/>
            <w:r>
              <w:rPr>
                <w:sz w:val="17"/>
              </w:rPr>
              <w:t>aktualnych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wersji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aplikacji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i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aktualizacji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przez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cały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okres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obowiązywania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subskrypcji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442EEED1" w14:textId="77777777" w:rsidR="00F352C3" w:rsidRDefault="00F352C3" w:rsidP="00E73126">
            <w:pPr>
              <w:keepLines/>
              <w:spacing w:after="0"/>
            </w:pPr>
          </w:p>
        </w:tc>
      </w:tr>
      <w:tr w:rsidR="00F352C3" w14:paraId="4C30D2C3" w14:textId="77777777" w:rsidTr="00D8712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4B2936BA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Język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07254E32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obsługa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języka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polskiego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3D3598B9" w14:textId="77777777" w:rsidR="00F352C3" w:rsidRDefault="00F352C3" w:rsidP="00E73126">
            <w:pPr>
              <w:keepLines/>
              <w:spacing w:after="0"/>
            </w:pPr>
          </w:p>
        </w:tc>
      </w:tr>
      <w:tr w:rsidR="00F352C3" w14:paraId="28128E81" w14:textId="77777777" w:rsidTr="00D8712A">
        <w:trPr>
          <w:cantSplit/>
          <w:jc w:val="center"/>
        </w:trPr>
        <w:tc>
          <w:tcPr>
            <w:tcW w:w="2438" w:type="dxa"/>
            <w:vAlign w:val="center"/>
          </w:tcPr>
          <w:p w14:paraId="08126FB7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Zastosowanie</w:t>
            </w:r>
            <w:proofErr w:type="spellEnd"/>
          </w:p>
        </w:tc>
        <w:tc>
          <w:tcPr>
            <w:tcW w:w="4762" w:type="dxa"/>
            <w:vAlign w:val="center"/>
          </w:tcPr>
          <w:p w14:paraId="46547009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licencja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przeznaczona</w:t>
            </w:r>
            <w:proofErr w:type="spellEnd"/>
            <w:r>
              <w:rPr>
                <w:sz w:val="17"/>
              </w:rPr>
              <w:t xml:space="preserve"> do </w:t>
            </w:r>
            <w:proofErr w:type="spellStart"/>
            <w:r>
              <w:rPr>
                <w:sz w:val="17"/>
              </w:rPr>
              <w:t>użytku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komercyjnego</w:t>
            </w:r>
            <w:proofErr w:type="spellEnd"/>
            <w:r>
              <w:rPr>
                <w:sz w:val="17"/>
              </w:rPr>
              <w:t>/</w:t>
            </w:r>
            <w:proofErr w:type="spellStart"/>
            <w:r>
              <w:rPr>
                <w:sz w:val="17"/>
              </w:rPr>
              <w:t>organizacyjnego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305AD7B9" w14:textId="77777777" w:rsidR="00F352C3" w:rsidRDefault="00F352C3" w:rsidP="00E73126">
            <w:pPr>
              <w:keepLines/>
              <w:spacing w:after="0"/>
            </w:pPr>
          </w:p>
        </w:tc>
      </w:tr>
      <w:tr w:rsidR="00F352C3" w14:paraId="5C990C25" w14:textId="77777777" w:rsidTr="00D8712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6AF1AA7A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Dystrybucja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5425EC53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licencja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pochodząca</w:t>
            </w:r>
            <w:proofErr w:type="spellEnd"/>
            <w:r>
              <w:rPr>
                <w:sz w:val="17"/>
              </w:rPr>
              <w:t xml:space="preserve"> z </w:t>
            </w:r>
            <w:proofErr w:type="spellStart"/>
            <w:r>
              <w:rPr>
                <w:sz w:val="17"/>
              </w:rPr>
              <w:t>legalnego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kanału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dystrybucji</w:t>
            </w:r>
            <w:proofErr w:type="spellEnd"/>
            <w:r>
              <w:rPr>
                <w:sz w:val="17"/>
              </w:rPr>
              <w:t xml:space="preserve"> Microsoft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4DE81C78" w14:textId="77777777" w:rsidR="00F352C3" w:rsidRDefault="00F352C3" w:rsidP="00E73126">
            <w:pPr>
              <w:keepLines/>
              <w:spacing w:after="0"/>
            </w:pPr>
          </w:p>
        </w:tc>
      </w:tr>
      <w:tr w:rsidR="00F352C3" w14:paraId="4A0A7116" w14:textId="77777777" w:rsidTr="00D8712A">
        <w:trPr>
          <w:cantSplit/>
          <w:jc w:val="center"/>
        </w:trPr>
        <w:tc>
          <w:tcPr>
            <w:tcW w:w="2438" w:type="dxa"/>
            <w:vAlign w:val="center"/>
          </w:tcPr>
          <w:p w14:paraId="7673DE80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Okres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obowiązywania</w:t>
            </w:r>
            <w:proofErr w:type="spellEnd"/>
          </w:p>
        </w:tc>
        <w:tc>
          <w:tcPr>
            <w:tcW w:w="4762" w:type="dxa"/>
            <w:vAlign w:val="center"/>
          </w:tcPr>
          <w:p w14:paraId="562BC664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pełne</w:t>
            </w:r>
            <w:proofErr w:type="spellEnd"/>
            <w:r>
              <w:rPr>
                <w:sz w:val="17"/>
              </w:rPr>
              <w:t xml:space="preserve"> 12 </w:t>
            </w:r>
            <w:proofErr w:type="spellStart"/>
            <w:r>
              <w:rPr>
                <w:sz w:val="17"/>
              </w:rPr>
              <w:t>miesięcy</w:t>
            </w:r>
            <w:proofErr w:type="spellEnd"/>
            <w:r>
              <w:rPr>
                <w:sz w:val="17"/>
              </w:rPr>
              <w:t xml:space="preserve"> od </w:t>
            </w:r>
            <w:proofErr w:type="spellStart"/>
            <w:r>
              <w:rPr>
                <w:sz w:val="17"/>
              </w:rPr>
              <w:t>daty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uruchomienia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subskrypcji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lub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rozpoczęcia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okresu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licencyjnego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6866C7C3" w14:textId="77777777" w:rsidR="00F352C3" w:rsidRDefault="00F352C3" w:rsidP="00E73126">
            <w:pPr>
              <w:keepLines/>
              <w:spacing w:after="0"/>
            </w:pPr>
          </w:p>
        </w:tc>
      </w:tr>
      <w:tr w:rsidR="00F352C3" w14:paraId="4FF5B066" w14:textId="77777777" w:rsidTr="00D8712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0DA12C64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Dostawa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7B30B22B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Wykonawca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zobowiązany</w:t>
            </w:r>
            <w:proofErr w:type="spellEnd"/>
            <w:r>
              <w:rPr>
                <w:sz w:val="17"/>
              </w:rPr>
              <w:t xml:space="preserve"> jest do </w:t>
            </w:r>
            <w:proofErr w:type="spellStart"/>
            <w:r>
              <w:rPr>
                <w:sz w:val="17"/>
              </w:rPr>
              <w:t>dostarczenia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licencji</w:t>
            </w:r>
            <w:proofErr w:type="spellEnd"/>
            <w:r>
              <w:rPr>
                <w:sz w:val="17"/>
              </w:rPr>
              <w:t xml:space="preserve"> w </w:t>
            </w:r>
            <w:proofErr w:type="spellStart"/>
            <w:r>
              <w:rPr>
                <w:sz w:val="17"/>
              </w:rPr>
              <w:t>sposób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umożliwiający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jej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przypisanie</w:t>
            </w:r>
            <w:proofErr w:type="spellEnd"/>
            <w:r>
              <w:rPr>
                <w:sz w:val="17"/>
              </w:rPr>
              <w:t xml:space="preserve"> do </w:t>
            </w:r>
            <w:proofErr w:type="spellStart"/>
            <w:r>
              <w:rPr>
                <w:sz w:val="17"/>
              </w:rPr>
              <w:t>istniejącego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tenantu</w:t>
            </w:r>
            <w:proofErr w:type="spellEnd"/>
            <w:r>
              <w:rPr>
                <w:sz w:val="17"/>
              </w:rPr>
              <w:t xml:space="preserve"> Microsoft 365 </w:t>
            </w:r>
            <w:proofErr w:type="spellStart"/>
            <w:r>
              <w:rPr>
                <w:sz w:val="17"/>
              </w:rPr>
              <w:t>Zamawiającego</w:t>
            </w:r>
            <w:proofErr w:type="spellEnd"/>
            <w:r>
              <w:rPr>
                <w:sz w:val="17"/>
              </w:rPr>
              <w:t xml:space="preserve">. </w:t>
            </w:r>
            <w:proofErr w:type="spellStart"/>
            <w:r>
              <w:rPr>
                <w:sz w:val="17"/>
              </w:rPr>
              <w:t>Dostawa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nie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może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powodować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utworzenia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nowego</w:t>
            </w:r>
            <w:proofErr w:type="spellEnd"/>
            <w:r>
              <w:rPr>
                <w:sz w:val="17"/>
              </w:rPr>
              <w:t xml:space="preserve">, </w:t>
            </w:r>
            <w:proofErr w:type="spellStart"/>
            <w:r>
              <w:rPr>
                <w:sz w:val="17"/>
              </w:rPr>
              <w:t>niezależnego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tenantu</w:t>
            </w:r>
            <w:proofErr w:type="spellEnd"/>
            <w:r>
              <w:rPr>
                <w:sz w:val="17"/>
              </w:rPr>
              <w:t xml:space="preserve"> Microsoft 365 ani </w:t>
            </w:r>
            <w:proofErr w:type="spellStart"/>
            <w:r>
              <w:rPr>
                <w:sz w:val="17"/>
              </w:rPr>
              <w:t>wymagać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migracji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istniejących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kont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użytkowników</w:t>
            </w:r>
            <w:proofErr w:type="spellEnd"/>
            <w:r>
              <w:rPr>
                <w:sz w:val="17"/>
              </w:rPr>
              <w:t xml:space="preserve">, </w:t>
            </w:r>
            <w:proofErr w:type="spellStart"/>
            <w:r>
              <w:rPr>
                <w:sz w:val="17"/>
              </w:rPr>
              <w:t>poczty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lub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danych</w:t>
            </w:r>
            <w:proofErr w:type="spellEnd"/>
            <w:r>
              <w:rPr>
                <w:sz w:val="17"/>
              </w:rPr>
              <w:t>.</w:t>
            </w:r>
            <w:r>
              <w:rPr>
                <w:sz w:val="17"/>
              </w:rPr>
              <w:br/>
            </w:r>
            <w:r>
              <w:rPr>
                <w:sz w:val="17"/>
              </w:rPr>
              <w:br/>
            </w:r>
            <w:proofErr w:type="spellStart"/>
            <w:r>
              <w:rPr>
                <w:sz w:val="17"/>
              </w:rPr>
              <w:t>Licencja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musi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zostać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udostępniona</w:t>
            </w:r>
            <w:proofErr w:type="spellEnd"/>
            <w:r>
              <w:rPr>
                <w:sz w:val="17"/>
              </w:rPr>
              <w:t xml:space="preserve"> w </w:t>
            </w:r>
            <w:proofErr w:type="spellStart"/>
            <w:r>
              <w:rPr>
                <w:sz w:val="17"/>
              </w:rPr>
              <w:t>istniejącym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środowisku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Zamawiającego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i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umożliwiać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jej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przypisanie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wskazanemu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użytkownikowi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przez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administratora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tenantu</w:t>
            </w:r>
            <w:proofErr w:type="spellEnd"/>
            <w:r>
              <w:rPr>
                <w:sz w:val="17"/>
              </w:rPr>
              <w:t>.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16302485" w14:textId="77777777" w:rsidR="00F352C3" w:rsidRDefault="00F352C3" w:rsidP="00E73126">
            <w:pPr>
              <w:keepLines/>
              <w:spacing w:after="0"/>
            </w:pPr>
          </w:p>
        </w:tc>
      </w:tr>
    </w:tbl>
    <w:p w14:paraId="1F7D07BB" w14:textId="77777777" w:rsidR="00F352C3" w:rsidRDefault="00F352C3" w:rsidP="00F352C3"/>
    <w:tbl>
      <w:tblPr>
        <w:tblStyle w:val="Tabela-Siatka"/>
        <w:tblW w:w="0" w:type="auto"/>
        <w:tblInd w:w="38" w:type="dxa"/>
        <w:tblLook w:val="04A0" w:firstRow="1" w:lastRow="0" w:firstColumn="1" w:lastColumn="0" w:noHBand="0" w:noVBand="1"/>
      </w:tblPr>
      <w:tblGrid>
        <w:gridCol w:w="3446"/>
        <w:gridCol w:w="1444"/>
        <w:gridCol w:w="2410"/>
      </w:tblGrid>
      <w:tr w:rsidR="00D8712A" w14:paraId="32D6D8BD" w14:textId="77777777" w:rsidTr="00410A61">
        <w:tc>
          <w:tcPr>
            <w:tcW w:w="34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A3912E" w14:textId="77777777" w:rsidR="00D8712A" w:rsidRDefault="00D8712A" w:rsidP="00410A61">
            <w:r>
              <w:t xml:space="preserve">Cena za 1 </w:t>
            </w:r>
            <w:proofErr w:type="spellStart"/>
            <w:r>
              <w:t>szt</w:t>
            </w:r>
            <w:proofErr w:type="spellEnd"/>
            <w:r>
              <w:t>.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056D7F" w14:textId="77777777" w:rsidR="00D8712A" w:rsidRDefault="00D8712A" w:rsidP="00410A61">
            <w:r>
              <w:t xml:space="preserve">Netto w </w:t>
            </w:r>
            <w:proofErr w:type="spellStart"/>
            <w:r>
              <w:t>zł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49468E88" w14:textId="77777777" w:rsidR="00D8712A" w:rsidRDefault="00D8712A" w:rsidP="00410A61">
            <w:pPr>
              <w:rPr>
                <w:highlight w:val="yellow"/>
              </w:rPr>
            </w:pPr>
          </w:p>
        </w:tc>
      </w:tr>
      <w:tr w:rsidR="00D8712A" w14:paraId="561C7CE7" w14:textId="77777777" w:rsidTr="00410A61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45A29F" w14:textId="77777777" w:rsidR="00D8712A" w:rsidRDefault="00D8712A" w:rsidP="00410A61">
            <w:pPr>
              <w:spacing w:after="0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7CB768" w14:textId="77777777" w:rsidR="00D8712A" w:rsidRDefault="00D8712A" w:rsidP="00410A61">
            <w:r>
              <w:t xml:space="preserve">Brutto w </w:t>
            </w:r>
            <w:proofErr w:type="spellStart"/>
            <w:r>
              <w:t>zł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5C94DE2E" w14:textId="77777777" w:rsidR="00D8712A" w:rsidRDefault="00D8712A" w:rsidP="00410A61">
            <w:pPr>
              <w:rPr>
                <w:highlight w:val="yellow"/>
              </w:rPr>
            </w:pPr>
          </w:p>
        </w:tc>
      </w:tr>
      <w:tr w:rsidR="00D8712A" w14:paraId="54488BBC" w14:textId="77777777" w:rsidTr="00410A61">
        <w:tc>
          <w:tcPr>
            <w:tcW w:w="34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F07CDE" w14:textId="392E9C39" w:rsidR="00D8712A" w:rsidRDefault="00D8712A" w:rsidP="00410A61">
            <w:proofErr w:type="spellStart"/>
            <w:r>
              <w:t>Łączna</w:t>
            </w:r>
            <w:proofErr w:type="spellEnd"/>
            <w:r>
              <w:t xml:space="preserve"> </w:t>
            </w:r>
            <w:proofErr w:type="spellStart"/>
            <w:r>
              <w:t>Kwota</w:t>
            </w:r>
            <w:proofErr w:type="spellEnd"/>
            <w:r>
              <w:t xml:space="preserve"> za: </w:t>
            </w:r>
            <w:r>
              <w:t>20</w:t>
            </w:r>
            <w:r>
              <w:t xml:space="preserve"> </w:t>
            </w:r>
            <w:proofErr w:type="spellStart"/>
            <w:r>
              <w:t>szt</w:t>
            </w:r>
            <w:proofErr w:type="spellEnd"/>
            <w:r>
              <w:t>.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F3070C" w14:textId="77777777" w:rsidR="00D8712A" w:rsidRDefault="00D8712A" w:rsidP="00410A61">
            <w:r>
              <w:t xml:space="preserve">Netto w </w:t>
            </w:r>
            <w:proofErr w:type="spellStart"/>
            <w:r>
              <w:t>zł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5F622C40" w14:textId="77777777" w:rsidR="00D8712A" w:rsidRDefault="00D8712A" w:rsidP="00410A61">
            <w:pPr>
              <w:rPr>
                <w:highlight w:val="yellow"/>
              </w:rPr>
            </w:pPr>
          </w:p>
        </w:tc>
      </w:tr>
      <w:tr w:rsidR="00D8712A" w14:paraId="00B77524" w14:textId="77777777" w:rsidTr="00410A61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258821" w14:textId="77777777" w:rsidR="00D8712A" w:rsidRDefault="00D8712A" w:rsidP="00410A61">
            <w:pPr>
              <w:spacing w:after="0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E45C38" w14:textId="77777777" w:rsidR="00D8712A" w:rsidRDefault="00D8712A" w:rsidP="00410A61">
            <w:r>
              <w:t xml:space="preserve">Brutto w </w:t>
            </w:r>
            <w:proofErr w:type="spellStart"/>
            <w:r>
              <w:t>zł</w:t>
            </w:r>
            <w:proofErr w:type="spellEnd"/>
            <w:r>
              <w:t>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53B27821" w14:textId="77777777" w:rsidR="00D8712A" w:rsidRDefault="00D8712A" w:rsidP="00410A61">
            <w:pPr>
              <w:rPr>
                <w:highlight w:val="yellow"/>
              </w:rPr>
            </w:pPr>
          </w:p>
        </w:tc>
      </w:tr>
    </w:tbl>
    <w:p w14:paraId="51189F49" w14:textId="77777777" w:rsidR="00D8712A" w:rsidRDefault="00D8712A" w:rsidP="00F352C3"/>
    <w:p w14:paraId="1A9E6023" w14:textId="77777777" w:rsidR="00F352C3" w:rsidRDefault="00F352C3" w:rsidP="00F352C3">
      <w:r>
        <w:t xml:space="preserve">Oświadczamy, </w:t>
      </w:r>
      <w:proofErr w:type="spellStart"/>
      <w:r>
        <w:t>że</w:t>
      </w:r>
      <w:proofErr w:type="spellEnd"/>
      <w:r>
        <w:t xml:space="preserve"> </w:t>
      </w:r>
      <w:proofErr w:type="spellStart"/>
      <w:r>
        <w:t>oferowany</w:t>
      </w:r>
      <w:proofErr w:type="spellEnd"/>
      <w:r>
        <w:t xml:space="preserve"> </w:t>
      </w:r>
      <w:proofErr w:type="spellStart"/>
      <w:r>
        <w:t>przedmiot</w:t>
      </w:r>
      <w:proofErr w:type="spellEnd"/>
      <w:r>
        <w:t xml:space="preserve"> </w:t>
      </w:r>
      <w:proofErr w:type="spellStart"/>
      <w:r>
        <w:t>zamówienia</w:t>
      </w:r>
      <w:proofErr w:type="spellEnd"/>
      <w:r>
        <w:t xml:space="preserve"> </w:t>
      </w:r>
      <w:proofErr w:type="spellStart"/>
      <w:r>
        <w:t>spełnia</w:t>
      </w:r>
      <w:proofErr w:type="spellEnd"/>
      <w:r>
        <w:t xml:space="preserve"> </w:t>
      </w:r>
      <w:proofErr w:type="spellStart"/>
      <w:r>
        <w:t>wymagania</w:t>
      </w:r>
      <w:proofErr w:type="spellEnd"/>
      <w:r>
        <w:t xml:space="preserve"> </w:t>
      </w:r>
      <w:proofErr w:type="spellStart"/>
      <w:r>
        <w:t>wskazane</w:t>
      </w:r>
      <w:proofErr w:type="spellEnd"/>
      <w:r>
        <w:t xml:space="preserve"> w </w:t>
      </w:r>
      <w:proofErr w:type="spellStart"/>
      <w:r>
        <w:t>tabeli</w:t>
      </w:r>
      <w:proofErr w:type="spellEnd"/>
      <w:r>
        <w:t>.</w:t>
      </w:r>
    </w:p>
    <w:p w14:paraId="48DAD1F7" w14:textId="77777777" w:rsidR="00F352C3" w:rsidRDefault="00F352C3" w:rsidP="00F352C3">
      <w:r>
        <w:t>.....................................................................................</w:t>
      </w:r>
      <w:r>
        <w:br/>
        <w:t xml:space="preserve">Data </w:t>
      </w:r>
      <w:proofErr w:type="spellStart"/>
      <w:r>
        <w:t>i</w:t>
      </w:r>
      <w:proofErr w:type="spellEnd"/>
      <w:r>
        <w:t xml:space="preserve"> </w:t>
      </w:r>
      <w:proofErr w:type="spellStart"/>
      <w:r>
        <w:t>podpis</w:t>
      </w:r>
      <w:proofErr w:type="spellEnd"/>
      <w:r>
        <w:t xml:space="preserve"> </w:t>
      </w:r>
      <w:proofErr w:type="spellStart"/>
      <w:r>
        <w:t>osoby</w:t>
      </w:r>
      <w:proofErr w:type="spellEnd"/>
      <w:r>
        <w:t xml:space="preserve"> </w:t>
      </w:r>
      <w:proofErr w:type="spellStart"/>
      <w:r>
        <w:t>upoważnionej</w:t>
      </w:r>
      <w:proofErr w:type="spellEnd"/>
      <w:r>
        <w:t xml:space="preserve"> do </w:t>
      </w:r>
      <w:proofErr w:type="spellStart"/>
      <w:r>
        <w:t>złożenia</w:t>
      </w:r>
      <w:proofErr w:type="spellEnd"/>
      <w:r>
        <w:t xml:space="preserve"> </w:t>
      </w:r>
      <w:proofErr w:type="spellStart"/>
      <w:r>
        <w:t>oferty</w:t>
      </w:r>
      <w:proofErr w:type="spellEnd"/>
    </w:p>
    <w:p w14:paraId="3B36CD13" w14:textId="1C74DFC1" w:rsidR="00F352C3" w:rsidRDefault="00F352C3">
      <w:pPr>
        <w:spacing w:after="200"/>
      </w:pPr>
      <w:r>
        <w:br w:type="page"/>
      </w:r>
    </w:p>
    <w:p w14:paraId="0FFFE6CC" w14:textId="77777777" w:rsidR="00F352C3" w:rsidRPr="00B2033E" w:rsidRDefault="00F352C3" w:rsidP="00F352C3">
      <w:pPr>
        <w:jc w:val="right"/>
        <w:rPr>
          <w:b/>
          <w:color w:val="1C324B"/>
          <w:szCs w:val="18"/>
        </w:rPr>
      </w:pPr>
      <w:proofErr w:type="spellStart"/>
      <w:r w:rsidRPr="00B2033E">
        <w:rPr>
          <w:b/>
          <w:color w:val="1C324B"/>
          <w:szCs w:val="18"/>
        </w:rPr>
        <w:lastRenderedPageBreak/>
        <w:t>Załącznik</w:t>
      </w:r>
      <w:proofErr w:type="spellEnd"/>
      <w:r w:rsidRPr="00B2033E">
        <w:rPr>
          <w:b/>
          <w:color w:val="1C324B"/>
          <w:szCs w:val="18"/>
        </w:rPr>
        <w:t xml:space="preserve"> nr 4.</w:t>
      </w:r>
      <w:r>
        <w:rPr>
          <w:b/>
          <w:color w:val="1C324B"/>
          <w:szCs w:val="18"/>
        </w:rPr>
        <w:t>21</w:t>
      </w:r>
    </w:p>
    <w:p w14:paraId="6745D621" w14:textId="77777777" w:rsidR="00F352C3" w:rsidRDefault="00F352C3" w:rsidP="00F352C3">
      <w:pPr>
        <w:jc w:val="center"/>
        <w:rPr>
          <w:b/>
          <w:color w:val="1C324B"/>
          <w:sz w:val="28"/>
        </w:rPr>
      </w:pPr>
    </w:p>
    <w:p w14:paraId="7D34AEC3" w14:textId="77777777" w:rsidR="00F352C3" w:rsidRDefault="00F352C3" w:rsidP="00F352C3">
      <w:pPr>
        <w:jc w:val="center"/>
      </w:pPr>
      <w:r>
        <w:rPr>
          <w:b/>
          <w:color w:val="1C324B"/>
          <w:sz w:val="28"/>
        </w:rPr>
        <w:t>OPIS PRZEDMIOTU ZAMÓWIENIA</w:t>
      </w:r>
    </w:p>
    <w:p w14:paraId="69217BED" w14:textId="77777777" w:rsidR="00F352C3" w:rsidRDefault="00F352C3" w:rsidP="00F352C3">
      <w:pPr>
        <w:jc w:val="center"/>
      </w:pPr>
      <w:proofErr w:type="spellStart"/>
      <w:r>
        <w:rPr>
          <w:b/>
          <w:sz w:val="22"/>
        </w:rPr>
        <w:t>Specyfikacja</w:t>
      </w:r>
      <w:proofErr w:type="spellEnd"/>
      <w:r>
        <w:rPr>
          <w:b/>
          <w:sz w:val="22"/>
        </w:rPr>
        <w:t xml:space="preserve"> </w:t>
      </w:r>
      <w:proofErr w:type="spellStart"/>
      <w:r>
        <w:rPr>
          <w:b/>
          <w:sz w:val="22"/>
        </w:rPr>
        <w:t>techniczna</w:t>
      </w:r>
      <w:proofErr w:type="spellEnd"/>
      <w:r>
        <w:rPr>
          <w:b/>
          <w:sz w:val="22"/>
        </w:rPr>
        <w:t xml:space="preserve"> – </w:t>
      </w:r>
      <w:proofErr w:type="spellStart"/>
      <w:r>
        <w:rPr>
          <w:b/>
          <w:sz w:val="22"/>
        </w:rPr>
        <w:t>Licencja</w:t>
      </w:r>
      <w:proofErr w:type="spellEnd"/>
      <w:r>
        <w:rPr>
          <w:b/>
          <w:sz w:val="22"/>
        </w:rPr>
        <w:t xml:space="preserve"> </w:t>
      </w:r>
      <w:proofErr w:type="spellStart"/>
      <w:r>
        <w:rPr>
          <w:b/>
          <w:sz w:val="22"/>
        </w:rPr>
        <w:t>na</w:t>
      </w:r>
      <w:proofErr w:type="spellEnd"/>
      <w:r>
        <w:rPr>
          <w:b/>
          <w:sz w:val="22"/>
        </w:rPr>
        <w:t xml:space="preserve"> </w:t>
      </w:r>
      <w:proofErr w:type="spellStart"/>
      <w:r>
        <w:rPr>
          <w:b/>
          <w:sz w:val="22"/>
        </w:rPr>
        <w:t>oprogramowanie</w:t>
      </w:r>
      <w:proofErr w:type="spellEnd"/>
      <w:r>
        <w:rPr>
          <w:b/>
          <w:sz w:val="22"/>
        </w:rPr>
        <w:t xml:space="preserve"> </w:t>
      </w:r>
      <w:proofErr w:type="spellStart"/>
      <w:r>
        <w:rPr>
          <w:b/>
          <w:sz w:val="22"/>
        </w:rPr>
        <w:t>Zabezpieczające</w:t>
      </w:r>
      <w:proofErr w:type="spellEnd"/>
      <w:r>
        <w:rPr>
          <w:b/>
          <w:sz w:val="22"/>
        </w:rPr>
        <w:t xml:space="preserve"> </w:t>
      </w:r>
      <w:proofErr w:type="spellStart"/>
      <w:r>
        <w:rPr>
          <w:b/>
          <w:sz w:val="22"/>
        </w:rPr>
        <w:t>Typ</w:t>
      </w:r>
      <w:proofErr w:type="spellEnd"/>
      <w:r>
        <w:rPr>
          <w:b/>
          <w:sz w:val="22"/>
        </w:rPr>
        <w:t xml:space="preserve"> A – 30 </w:t>
      </w:r>
      <w:proofErr w:type="spellStart"/>
      <w:r>
        <w:rPr>
          <w:b/>
          <w:sz w:val="22"/>
        </w:rPr>
        <w:t>szt</w:t>
      </w:r>
      <w:proofErr w:type="spellEnd"/>
      <w:r>
        <w:rPr>
          <w:b/>
          <w:sz w:val="22"/>
        </w:rPr>
        <w:t>.</w:t>
      </w:r>
    </w:p>
    <w:p w14:paraId="449C3480" w14:textId="77777777" w:rsidR="00F352C3" w:rsidRDefault="00F352C3" w:rsidP="00F352C3">
      <w:r>
        <w:t xml:space="preserve">Producent: ........................................................................     Model / </w:t>
      </w:r>
      <w:proofErr w:type="spellStart"/>
      <w:r>
        <w:t>oznaczenie</w:t>
      </w:r>
      <w:proofErr w:type="spellEnd"/>
      <w:r>
        <w:t>: ........................................................................</w:t>
      </w:r>
    </w:p>
    <w:tbl>
      <w:tblPr>
        <w:tblStyle w:val="Tabela-Siatka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438"/>
        <w:gridCol w:w="4762"/>
        <w:gridCol w:w="2324"/>
      </w:tblGrid>
      <w:tr w:rsidR="00F352C3" w14:paraId="2EABA177" w14:textId="77777777" w:rsidTr="00D8712A">
        <w:trPr>
          <w:cantSplit/>
          <w:tblHeader/>
          <w:jc w:val="center"/>
        </w:trPr>
        <w:tc>
          <w:tcPr>
            <w:tcW w:w="2438" w:type="dxa"/>
            <w:shd w:val="clear" w:color="auto" w:fill="E8EEF5"/>
          </w:tcPr>
          <w:p w14:paraId="3796E093" w14:textId="77777777" w:rsidR="00F352C3" w:rsidRDefault="00F352C3" w:rsidP="00E73126">
            <w:pPr>
              <w:spacing w:after="0"/>
            </w:pPr>
            <w:proofErr w:type="spellStart"/>
            <w:r>
              <w:rPr>
                <w:b/>
                <w:sz w:val="17"/>
              </w:rPr>
              <w:t>Cecha</w:t>
            </w:r>
            <w:proofErr w:type="spellEnd"/>
            <w:r>
              <w:rPr>
                <w:b/>
                <w:sz w:val="17"/>
              </w:rPr>
              <w:t xml:space="preserve"> / </w:t>
            </w:r>
            <w:proofErr w:type="spellStart"/>
            <w:r>
              <w:rPr>
                <w:b/>
                <w:sz w:val="17"/>
              </w:rPr>
              <w:t>parametr</w:t>
            </w:r>
            <w:proofErr w:type="spellEnd"/>
          </w:p>
        </w:tc>
        <w:tc>
          <w:tcPr>
            <w:tcW w:w="4762" w:type="dxa"/>
            <w:shd w:val="clear" w:color="auto" w:fill="E8EEF5"/>
          </w:tcPr>
          <w:p w14:paraId="32324B95" w14:textId="77777777" w:rsidR="00F352C3" w:rsidRDefault="00F352C3" w:rsidP="00E73126">
            <w:pPr>
              <w:spacing w:after="0"/>
            </w:pPr>
            <w:proofErr w:type="spellStart"/>
            <w:r>
              <w:rPr>
                <w:b/>
                <w:sz w:val="17"/>
              </w:rPr>
              <w:t>Wymagane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minimalne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parametry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techniczne</w:t>
            </w:r>
            <w:proofErr w:type="spellEnd"/>
          </w:p>
        </w:tc>
        <w:tc>
          <w:tcPr>
            <w:tcW w:w="2324" w:type="dxa"/>
            <w:shd w:val="clear" w:color="auto" w:fill="FFFF99"/>
          </w:tcPr>
          <w:p w14:paraId="4E8A6759" w14:textId="77777777" w:rsidR="00F352C3" w:rsidRDefault="00F352C3" w:rsidP="00E73126">
            <w:pPr>
              <w:spacing w:after="0"/>
            </w:pPr>
            <w:proofErr w:type="spellStart"/>
            <w:r>
              <w:rPr>
                <w:b/>
                <w:sz w:val="17"/>
              </w:rPr>
              <w:t>Oferowane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parametry</w:t>
            </w:r>
            <w:proofErr w:type="spellEnd"/>
            <w:r>
              <w:rPr>
                <w:b/>
                <w:sz w:val="17"/>
              </w:rPr>
              <w:t xml:space="preserve"> (</w:t>
            </w:r>
            <w:proofErr w:type="spellStart"/>
            <w:r>
              <w:rPr>
                <w:b/>
                <w:sz w:val="17"/>
              </w:rPr>
              <w:t>wypełnia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Wykonawca</w:t>
            </w:r>
            <w:proofErr w:type="spellEnd"/>
            <w:r>
              <w:rPr>
                <w:b/>
                <w:sz w:val="17"/>
              </w:rPr>
              <w:t>)</w:t>
            </w:r>
          </w:p>
        </w:tc>
      </w:tr>
      <w:tr w:rsidR="00F352C3" w14:paraId="0E235C9E" w14:textId="77777777" w:rsidTr="00D8712A">
        <w:trPr>
          <w:cantSplit/>
          <w:jc w:val="center"/>
        </w:trPr>
        <w:tc>
          <w:tcPr>
            <w:tcW w:w="2438" w:type="dxa"/>
            <w:vAlign w:val="center"/>
          </w:tcPr>
          <w:p w14:paraId="095E2DCC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Wymaganie</w:t>
            </w:r>
            <w:proofErr w:type="spellEnd"/>
            <w:r>
              <w:rPr>
                <w:b/>
                <w:sz w:val="17"/>
              </w:rPr>
              <w:t xml:space="preserve"> 1</w:t>
            </w:r>
          </w:p>
        </w:tc>
        <w:tc>
          <w:tcPr>
            <w:tcW w:w="4762" w:type="dxa"/>
            <w:vAlign w:val="center"/>
          </w:tcPr>
          <w:p w14:paraId="7D0F9D3C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Licencja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musi:umożliwiać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objęcie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ochroną</w:t>
            </w:r>
            <w:proofErr w:type="spellEnd"/>
            <w:r>
              <w:rPr>
                <w:sz w:val="17"/>
              </w:rPr>
              <w:t xml:space="preserve"> 1 </w:t>
            </w:r>
            <w:proofErr w:type="spellStart"/>
            <w:r>
              <w:rPr>
                <w:sz w:val="17"/>
              </w:rPr>
              <w:t>dodatkowego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stanowiska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komputerowego</w:t>
            </w:r>
            <w:proofErr w:type="spellEnd"/>
            <w:r>
              <w:rPr>
                <w:sz w:val="17"/>
              </w:rPr>
              <w:t>,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5B0FF47E" w14:textId="77777777" w:rsidR="00F352C3" w:rsidRDefault="00F352C3" w:rsidP="00E73126">
            <w:pPr>
              <w:keepLines/>
              <w:spacing w:after="0"/>
            </w:pPr>
          </w:p>
        </w:tc>
      </w:tr>
      <w:tr w:rsidR="00F352C3" w14:paraId="57AEC1FC" w14:textId="77777777" w:rsidTr="00D8712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7DA4E0E0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Wymaganie</w:t>
            </w:r>
            <w:proofErr w:type="spellEnd"/>
            <w:r>
              <w:rPr>
                <w:b/>
                <w:sz w:val="17"/>
              </w:rPr>
              <w:t xml:space="preserve"> 2</w:t>
            </w:r>
          </w:p>
        </w:tc>
        <w:tc>
          <w:tcPr>
            <w:tcW w:w="4762" w:type="dxa"/>
            <w:shd w:val="clear" w:color="auto" w:fill="F5F7FA"/>
            <w:vAlign w:val="center"/>
          </w:tcPr>
          <w:p w14:paraId="3953FC84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zostać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przypisana</w:t>
            </w:r>
            <w:proofErr w:type="spellEnd"/>
            <w:r>
              <w:rPr>
                <w:sz w:val="17"/>
              </w:rPr>
              <w:t xml:space="preserve"> do </w:t>
            </w:r>
            <w:proofErr w:type="spellStart"/>
            <w:r>
              <w:rPr>
                <w:sz w:val="17"/>
              </w:rPr>
              <w:t>istniejącego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środowiska</w:t>
            </w:r>
            <w:proofErr w:type="spellEnd"/>
            <w:r>
              <w:rPr>
                <w:sz w:val="17"/>
              </w:rPr>
              <w:t>/</w:t>
            </w:r>
            <w:proofErr w:type="spellStart"/>
            <w:r>
              <w:rPr>
                <w:sz w:val="17"/>
              </w:rPr>
              <w:t>licencji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Zamawiającego</w:t>
            </w:r>
            <w:proofErr w:type="spellEnd"/>
            <w:r>
              <w:rPr>
                <w:sz w:val="17"/>
              </w:rPr>
              <w:t>,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660B39A1" w14:textId="77777777" w:rsidR="00F352C3" w:rsidRDefault="00F352C3" w:rsidP="00E73126">
            <w:pPr>
              <w:keepLines/>
              <w:spacing w:after="0"/>
            </w:pPr>
          </w:p>
        </w:tc>
      </w:tr>
      <w:tr w:rsidR="00F352C3" w14:paraId="656DB927" w14:textId="77777777" w:rsidTr="00D8712A">
        <w:trPr>
          <w:cantSplit/>
          <w:jc w:val="center"/>
        </w:trPr>
        <w:tc>
          <w:tcPr>
            <w:tcW w:w="2438" w:type="dxa"/>
            <w:vAlign w:val="center"/>
          </w:tcPr>
          <w:p w14:paraId="6654BAFC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Wymaganie</w:t>
            </w:r>
            <w:proofErr w:type="spellEnd"/>
            <w:r>
              <w:rPr>
                <w:b/>
                <w:sz w:val="17"/>
              </w:rPr>
              <w:t xml:space="preserve"> 3</w:t>
            </w:r>
          </w:p>
        </w:tc>
        <w:tc>
          <w:tcPr>
            <w:tcW w:w="4762" w:type="dxa"/>
            <w:vAlign w:val="center"/>
          </w:tcPr>
          <w:p w14:paraId="5B96389A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umożliwiać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centralne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zarządzanie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urządzeniem</w:t>
            </w:r>
            <w:proofErr w:type="spellEnd"/>
            <w:r>
              <w:rPr>
                <w:sz w:val="17"/>
              </w:rPr>
              <w:t xml:space="preserve"> z </w:t>
            </w:r>
            <w:proofErr w:type="spellStart"/>
            <w:r>
              <w:rPr>
                <w:sz w:val="17"/>
              </w:rPr>
              <w:t>obecnie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wykorzystywanej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przez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Zamawiającego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konsoli</w:t>
            </w:r>
            <w:proofErr w:type="spellEnd"/>
            <w:r>
              <w:rPr>
                <w:sz w:val="17"/>
              </w:rPr>
              <w:t xml:space="preserve"> ESET PROTECT,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2D064ABB" w14:textId="77777777" w:rsidR="00F352C3" w:rsidRDefault="00F352C3" w:rsidP="00E73126">
            <w:pPr>
              <w:keepLines/>
              <w:spacing w:after="0"/>
            </w:pPr>
          </w:p>
        </w:tc>
      </w:tr>
      <w:tr w:rsidR="00F352C3" w14:paraId="49656BE9" w14:textId="77777777" w:rsidTr="00D8712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3D650979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Wymaganie</w:t>
            </w:r>
            <w:proofErr w:type="spellEnd"/>
            <w:r>
              <w:rPr>
                <w:b/>
                <w:sz w:val="17"/>
              </w:rPr>
              <w:t xml:space="preserve"> 4</w:t>
            </w:r>
          </w:p>
        </w:tc>
        <w:tc>
          <w:tcPr>
            <w:tcW w:w="4762" w:type="dxa"/>
            <w:shd w:val="clear" w:color="auto" w:fill="F5F7FA"/>
            <w:vAlign w:val="center"/>
          </w:tcPr>
          <w:p w14:paraId="68294DE8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zapewniać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dostęp</w:t>
            </w:r>
            <w:proofErr w:type="spellEnd"/>
            <w:r>
              <w:rPr>
                <w:sz w:val="17"/>
              </w:rPr>
              <w:t xml:space="preserve"> do </w:t>
            </w:r>
            <w:proofErr w:type="spellStart"/>
            <w:r>
              <w:rPr>
                <w:sz w:val="17"/>
              </w:rPr>
              <w:t>funkcjonalności</w:t>
            </w:r>
            <w:proofErr w:type="spellEnd"/>
            <w:r>
              <w:rPr>
                <w:sz w:val="17"/>
              </w:rPr>
              <w:t xml:space="preserve"> co </w:t>
            </w:r>
            <w:proofErr w:type="spellStart"/>
            <w:r>
              <w:rPr>
                <w:sz w:val="17"/>
              </w:rPr>
              <w:t>najmniej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odpowiadających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posiadanemu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pakietowi</w:t>
            </w:r>
            <w:proofErr w:type="spellEnd"/>
            <w:r>
              <w:rPr>
                <w:sz w:val="17"/>
              </w:rPr>
              <w:t xml:space="preserve"> ESET PROTECT Advanced,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139EAD27" w14:textId="77777777" w:rsidR="00F352C3" w:rsidRDefault="00F352C3" w:rsidP="00E73126">
            <w:pPr>
              <w:keepLines/>
              <w:spacing w:after="0"/>
            </w:pPr>
          </w:p>
        </w:tc>
      </w:tr>
      <w:tr w:rsidR="00F352C3" w14:paraId="39AB7733" w14:textId="77777777" w:rsidTr="00D8712A">
        <w:trPr>
          <w:cantSplit/>
          <w:jc w:val="center"/>
        </w:trPr>
        <w:tc>
          <w:tcPr>
            <w:tcW w:w="2438" w:type="dxa"/>
            <w:vAlign w:val="center"/>
          </w:tcPr>
          <w:p w14:paraId="52E9B311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Wymaganie</w:t>
            </w:r>
            <w:proofErr w:type="spellEnd"/>
            <w:r>
              <w:rPr>
                <w:b/>
                <w:sz w:val="17"/>
              </w:rPr>
              <w:t xml:space="preserve"> 5</w:t>
            </w:r>
          </w:p>
        </w:tc>
        <w:tc>
          <w:tcPr>
            <w:tcW w:w="4762" w:type="dxa"/>
            <w:vAlign w:val="center"/>
          </w:tcPr>
          <w:p w14:paraId="6A8782D1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posiadać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okres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obowiązywania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dostosowany</w:t>
            </w:r>
            <w:proofErr w:type="spellEnd"/>
            <w:r>
              <w:rPr>
                <w:sz w:val="17"/>
              </w:rPr>
              <w:t xml:space="preserve"> do </w:t>
            </w:r>
            <w:proofErr w:type="spellStart"/>
            <w:r>
              <w:rPr>
                <w:sz w:val="17"/>
              </w:rPr>
              <w:t>terminu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ważności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obecnej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licencji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Zamawiającego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albo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obejmować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okres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wskazany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przez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Zamawiającego</w:t>
            </w:r>
            <w:proofErr w:type="spellEnd"/>
            <w:r>
              <w:rPr>
                <w:sz w:val="17"/>
              </w:rPr>
              <w:t>,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6BB27E7D" w14:textId="77777777" w:rsidR="00F352C3" w:rsidRDefault="00F352C3" w:rsidP="00E73126">
            <w:pPr>
              <w:keepLines/>
              <w:spacing w:after="0"/>
            </w:pPr>
          </w:p>
        </w:tc>
      </w:tr>
      <w:tr w:rsidR="00F352C3" w14:paraId="574A7196" w14:textId="77777777" w:rsidTr="00D8712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0208A7B0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Wymaganie</w:t>
            </w:r>
            <w:proofErr w:type="spellEnd"/>
            <w:r>
              <w:rPr>
                <w:b/>
                <w:sz w:val="17"/>
              </w:rPr>
              <w:t xml:space="preserve"> 6</w:t>
            </w:r>
          </w:p>
        </w:tc>
        <w:tc>
          <w:tcPr>
            <w:tcW w:w="4762" w:type="dxa"/>
            <w:shd w:val="clear" w:color="auto" w:fill="F5F7FA"/>
            <w:vAlign w:val="center"/>
          </w:tcPr>
          <w:p w14:paraId="2115BB58" w14:textId="77777777" w:rsidR="00F352C3" w:rsidRDefault="00F352C3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nie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wymagać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wdrożenia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dodatkowej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konsoli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administracyjnej</w:t>
            </w:r>
            <w:proofErr w:type="spellEnd"/>
            <w:r>
              <w:rPr>
                <w:sz w:val="17"/>
              </w:rPr>
              <w:t xml:space="preserve"> ani </w:t>
            </w:r>
            <w:proofErr w:type="spellStart"/>
            <w:r>
              <w:rPr>
                <w:sz w:val="17"/>
              </w:rPr>
              <w:t>odrębnego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systemu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zarządzania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bezpieczeństwem</w:t>
            </w:r>
            <w:proofErr w:type="spellEnd"/>
            <w:r>
              <w:rPr>
                <w:sz w:val="17"/>
              </w:rPr>
              <w:t>.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59C0DF7C" w14:textId="77777777" w:rsidR="00F352C3" w:rsidRDefault="00F352C3" w:rsidP="00E73126">
            <w:pPr>
              <w:keepLines/>
              <w:spacing w:after="0"/>
            </w:pPr>
          </w:p>
        </w:tc>
      </w:tr>
    </w:tbl>
    <w:p w14:paraId="5DF463A7" w14:textId="77777777" w:rsidR="00F352C3" w:rsidRDefault="00F352C3" w:rsidP="00F352C3"/>
    <w:tbl>
      <w:tblPr>
        <w:tblStyle w:val="Tabela-Siatka"/>
        <w:tblW w:w="0" w:type="auto"/>
        <w:tblInd w:w="38" w:type="dxa"/>
        <w:tblLook w:val="04A0" w:firstRow="1" w:lastRow="0" w:firstColumn="1" w:lastColumn="0" w:noHBand="0" w:noVBand="1"/>
      </w:tblPr>
      <w:tblGrid>
        <w:gridCol w:w="3446"/>
        <w:gridCol w:w="1444"/>
        <w:gridCol w:w="2410"/>
      </w:tblGrid>
      <w:tr w:rsidR="00D8712A" w14:paraId="5AA08DB8" w14:textId="77777777" w:rsidTr="00410A61">
        <w:tc>
          <w:tcPr>
            <w:tcW w:w="34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6CF5E8" w14:textId="77777777" w:rsidR="00D8712A" w:rsidRDefault="00D8712A" w:rsidP="00410A61">
            <w:r>
              <w:t xml:space="preserve">Cena za 1 </w:t>
            </w:r>
            <w:proofErr w:type="spellStart"/>
            <w:r>
              <w:t>szt</w:t>
            </w:r>
            <w:proofErr w:type="spellEnd"/>
            <w:r>
              <w:t>.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22AB1C" w14:textId="77777777" w:rsidR="00D8712A" w:rsidRDefault="00D8712A" w:rsidP="00410A61">
            <w:r>
              <w:t xml:space="preserve">Netto w </w:t>
            </w:r>
            <w:proofErr w:type="spellStart"/>
            <w:r>
              <w:t>zł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240B253E" w14:textId="77777777" w:rsidR="00D8712A" w:rsidRDefault="00D8712A" w:rsidP="00410A61">
            <w:pPr>
              <w:rPr>
                <w:highlight w:val="yellow"/>
              </w:rPr>
            </w:pPr>
          </w:p>
        </w:tc>
      </w:tr>
      <w:tr w:rsidR="00D8712A" w14:paraId="2790DAFD" w14:textId="77777777" w:rsidTr="00410A61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69AFA6" w14:textId="77777777" w:rsidR="00D8712A" w:rsidRDefault="00D8712A" w:rsidP="00410A61">
            <w:pPr>
              <w:spacing w:after="0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844B0B" w14:textId="77777777" w:rsidR="00D8712A" w:rsidRDefault="00D8712A" w:rsidP="00410A61">
            <w:r>
              <w:t xml:space="preserve">Brutto w </w:t>
            </w:r>
            <w:proofErr w:type="spellStart"/>
            <w:r>
              <w:t>zł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373FD9BC" w14:textId="77777777" w:rsidR="00D8712A" w:rsidRDefault="00D8712A" w:rsidP="00410A61">
            <w:pPr>
              <w:rPr>
                <w:highlight w:val="yellow"/>
              </w:rPr>
            </w:pPr>
          </w:p>
        </w:tc>
      </w:tr>
      <w:tr w:rsidR="00D8712A" w14:paraId="66637C67" w14:textId="77777777" w:rsidTr="00410A61">
        <w:tc>
          <w:tcPr>
            <w:tcW w:w="34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2DDFA4" w14:textId="7438AF9A" w:rsidR="00D8712A" w:rsidRDefault="00D8712A" w:rsidP="00410A61">
            <w:proofErr w:type="spellStart"/>
            <w:r>
              <w:t>Łączna</w:t>
            </w:r>
            <w:proofErr w:type="spellEnd"/>
            <w:r>
              <w:t xml:space="preserve"> </w:t>
            </w:r>
            <w:proofErr w:type="spellStart"/>
            <w:r>
              <w:t>Kwota</w:t>
            </w:r>
            <w:proofErr w:type="spellEnd"/>
            <w:r>
              <w:t xml:space="preserve"> za: </w:t>
            </w:r>
            <w:r>
              <w:t>30</w:t>
            </w:r>
            <w:r>
              <w:t xml:space="preserve"> </w:t>
            </w:r>
            <w:proofErr w:type="spellStart"/>
            <w:r>
              <w:t>szt</w:t>
            </w:r>
            <w:proofErr w:type="spellEnd"/>
            <w:r>
              <w:t>.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E99E93" w14:textId="77777777" w:rsidR="00D8712A" w:rsidRDefault="00D8712A" w:rsidP="00410A61">
            <w:r>
              <w:t xml:space="preserve">Netto w </w:t>
            </w:r>
            <w:proofErr w:type="spellStart"/>
            <w:r>
              <w:t>zł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02753AF5" w14:textId="77777777" w:rsidR="00D8712A" w:rsidRDefault="00D8712A" w:rsidP="00410A61">
            <w:pPr>
              <w:rPr>
                <w:highlight w:val="yellow"/>
              </w:rPr>
            </w:pPr>
          </w:p>
        </w:tc>
      </w:tr>
      <w:tr w:rsidR="00D8712A" w14:paraId="4B52912E" w14:textId="77777777" w:rsidTr="00410A61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A86C7E" w14:textId="77777777" w:rsidR="00D8712A" w:rsidRDefault="00D8712A" w:rsidP="00410A61">
            <w:pPr>
              <w:spacing w:after="0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56C590" w14:textId="77777777" w:rsidR="00D8712A" w:rsidRDefault="00D8712A" w:rsidP="00410A61">
            <w:r>
              <w:t xml:space="preserve">Brutto w </w:t>
            </w:r>
            <w:proofErr w:type="spellStart"/>
            <w:r>
              <w:t>zł</w:t>
            </w:r>
            <w:proofErr w:type="spellEnd"/>
            <w:r>
              <w:t>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6CE5EA18" w14:textId="77777777" w:rsidR="00D8712A" w:rsidRDefault="00D8712A" w:rsidP="00410A61">
            <w:pPr>
              <w:rPr>
                <w:highlight w:val="yellow"/>
              </w:rPr>
            </w:pPr>
          </w:p>
        </w:tc>
      </w:tr>
    </w:tbl>
    <w:p w14:paraId="5238B462" w14:textId="77777777" w:rsidR="00D8712A" w:rsidRDefault="00D8712A" w:rsidP="00F352C3"/>
    <w:p w14:paraId="039FE78C" w14:textId="77777777" w:rsidR="00F352C3" w:rsidRDefault="00F352C3" w:rsidP="00F352C3">
      <w:r>
        <w:t xml:space="preserve">Oświadczamy, </w:t>
      </w:r>
      <w:proofErr w:type="spellStart"/>
      <w:r>
        <w:t>że</w:t>
      </w:r>
      <w:proofErr w:type="spellEnd"/>
      <w:r>
        <w:t xml:space="preserve"> </w:t>
      </w:r>
      <w:proofErr w:type="spellStart"/>
      <w:r>
        <w:t>oferowany</w:t>
      </w:r>
      <w:proofErr w:type="spellEnd"/>
      <w:r>
        <w:t xml:space="preserve"> </w:t>
      </w:r>
      <w:proofErr w:type="spellStart"/>
      <w:r>
        <w:t>przedmiot</w:t>
      </w:r>
      <w:proofErr w:type="spellEnd"/>
      <w:r>
        <w:t xml:space="preserve"> </w:t>
      </w:r>
      <w:proofErr w:type="spellStart"/>
      <w:r>
        <w:t>zamówienia</w:t>
      </w:r>
      <w:proofErr w:type="spellEnd"/>
      <w:r>
        <w:t xml:space="preserve"> </w:t>
      </w:r>
      <w:proofErr w:type="spellStart"/>
      <w:r>
        <w:t>spełnia</w:t>
      </w:r>
      <w:proofErr w:type="spellEnd"/>
      <w:r>
        <w:t xml:space="preserve"> </w:t>
      </w:r>
      <w:proofErr w:type="spellStart"/>
      <w:r>
        <w:t>wymagania</w:t>
      </w:r>
      <w:proofErr w:type="spellEnd"/>
      <w:r>
        <w:t xml:space="preserve"> </w:t>
      </w:r>
      <w:proofErr w:type="spellStart"/>
      <w:r>
        <w:t>wskazane</w:t>
      </w:r>
      <w:proofErr w:type="spellEnd"/>
      <w:r>
        <w:t xml:space="preserve"> w </w:t>
      </w:r>
      <w:proofErr w:type="spellStart"/>
      <w:r>
        <w:t>tabeli</w:t>
      </w:r>
      <w:proofErr w:type="spellEnd"/>
      <w:r>
        <w:t>.</w:t>
      </w:r>
    </w:p>
    <w:p w14:paraId="28828C39" w14:textId="77777777" w:rsidR="00F352C3" w:rsidRDefault="00F352C3" w:rsidP="00F352C3">
      <w:r>
        <w:t>.....................................................................................</w:t>
      </w:r>
      <w:r>
        <w:br/>
        <w:t xml:space="preserve">Data </w:t>
      </w:r>
      <w:proofErr w:type="spellStart"/>
      <w:r>
        <w:t>i</w:t>
      </w:r>
      <w:proofErr w:type="spellEnd"/>
      <w:r>
        <w:t xml:space="preserve"> </w:t>
      </w:r>
      <w:proofErr w:type="spellStart"/>
      <w:r>
        <w:t>podpis</w:t>
      </w:r>
      <w:proofErr w:type="spellEnd"/>
      <w:r>
        <w:t xml:space="preserve"> </w:t>
      </w:r>
      <w:proofErr w:type="spellStart"/>
      <w:r>
        <w:t>osoby</w:t>
      </w:r>
      <w:proofErr w:type="spellEnd"/>
      <w:r>
        <w:t xml:space="preserve"> </w:t>
      </w:r>
      <w:proofErr w:type="spellStart"/>
      <w:r>
        <w:t>upoważnionej</w:t>
      </w:r>
      <w:proofErr w:type="spellEnd"/>
      <w:r>
        <w:t xml:space="preserve"> do </w:t>
      </w:r>
      <w:proofErr w:type="spellStart"/>
      <w:r>
        <w:t>złożenia</w:t>
      </w:r>
      <w:proofErr w:type="spellEnd"/>
      <w:r>
        <w:t xml:space="preserve"> </w:t>
      </w:r>
      <w:proofErr w:type="spellStart"/>
      <w:r>
        <w:t>oferty</w:t>
      </w:r>
      <w:proofErr w:type="spellEnd"/>
    </w:p>
    <w:p w14:paraId="4AB8BCAA" w14:textId="70F98C3D" w:rsidR="00F352C3" w:rsidRDefault="00F352C3">
      <w:pPr>
        <w:spacing w:after="200"/>
      </w:pPr>
      <w:r>
        <w:br w:type="page"/>
      </w:r>
    </w:p>
    <w:p w14:paraId="770A7919" w14:textId="77777777" w:rsidR="00243F35" w:rsidRDefault="00243F35" w:rsidP="00243F35">
      <w:pPr>
        <w:jc w:val="right"/>
      </w:pPr>
      <w:proofErr w:type="spellStart"/>
      <w:r>
        <w:rPr>
          <w:b/>
        </w:rPr>
        <w:lastRenderedPageBreak/>
        <w:t>Załącznik</w:t>
      </w:r>
      <w:proofErr w:type="spellEnd"/>
      <w:r>
        <w:rPr>
          <w:b/>
        </w:rPr>
        <w:t xml:space="preserve"> nr 4.22</w:t>
      </w:r>
    </w:p>
    <w:p w14:paraId="67D49C4E" w14:textId="77777777" w:rsidR="00243F35" w:rsidRDefault="00243F35" w:rsidP="00243F35">
      <w:pPr>
        <w:jc w:val="center"/>
      </w:pPr>
      <w:r>
        <w:rPr>
          <w:b/>
          <w:color w:val="1C324B"/>
          <w:sz w:val="28"/>
        </w:rPr>
        <w:t>OPIS PRZEDMIOTU ZAMÓWIENIA</w:t>
      </w:r>
    </w:p>
    <w:p w14:paraId="627D4FA6" w14:textId="77777777" w:rsidR="00243F35" w:rsidRDefault="00243F35" w:rsidP="00243F35">
      <w:pPr>
        <w:jc w:val="center"/>
      </w:pPr>
      <w:proofErr w:type="spellStart"/>
      <w:r>
        <w:rPr>
          <w:b/>
          <w:sz w:val="22"/>
        </w:rPr>
        <w:t>Specyfikacja</w:t>
      </w:r>
      <w:proofErr w:type="spellEnd"/>
      <w:r>
        <w:rPr>
          <w:b/>
          <w:sz w:val="22"/>
        </w:rPr>
        <w:t xml:space="preserve"> </w:t>
      </w:r>
      <w:proofErr w:type="spellStart"/>
      <w:r>
        <w:rPr>
          <w:b/>
          <w:sz w:val="22"/>
        </w:rPr>
        <w:t>techniczna</w:t>
      </w:r>
      <w:proofErr w:type="spellEnd"/>
      <w:r>
        <w:rPr>
          <w:b/>
          <w:sz w:val="22"/>
        </w:rPr>
        <w:t xml:space="preserve"> - </w:t>
      </w:r>
      <w:proofErr w:type="spellStart"/>
      <w:r>
        <w:rPr>
          <w:b/>
          <w:sz w:val="22"/>
        </w:rPr>
        <w:t>Filtr</w:t>
      </w:r>
      <w:proofErr w:type="spellEnd"/>
      <w:r>
        <w:rPr>
          <w:b/>
          <w:sz w:val="22"/>
        </w:rPr>
        <w:t xml:space="preserve"> </w:t>
      </w:r>
      <w:proofErr w:type="spellStart"/>
      <w:r>
        <w:rPr>
          <w:b/>
          <w:sz w:val="22"/>
        </w:rPr>
        <w:t>prywatyzujący</w:t>
      </w:r>
      <w:proofErr w:type="spellEnd"/>
      <w:r>
        <w:rPr>
          <w:b/>
          <w:sz w:val="22"/>
        </w:rPr>
        <w:t xml:space="preserve"> - 2 szt.</w:t>
      </w:r>
    </w:p>
    <w:p w14:paraId="7C65820C" w14:textId="77777777" w:rsidR="00243F35" w:rsidRDefault="00243F35" w:rsidP="00243F35">
      <w:r>
        <w:t xml:space="preserve">Producent: ........................................................................     Model / </w:t>
      </w:r>
      <w:proofErr w:type="spellStart"/>
      <w:r>
        <w:t>oznaczenie</w:t>
      </w:r>
      <w:proofErr w:type="spellEnd"/>
      <w:r>
        <w:t>: ........................................................................</w:t>
      </w:r>
    </w:p>
    <w:tbl>
      <w:tblPr>
        <w:tblStyle w:val="Tabela-Siatka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438"/>
        <w:gridCol w:w="4762"/>
        <w:gridCol w:w="2324"/>
      </w:tblGrid>
      <w:tr w:rsidR="00243F35" w14:paraId="54BD6EBF" w14:textId="77777777" w:rsidTr="00D8712A">
        <w:trPr>
          <w:cantSplit/>
          <w:tblHeader/>
          <w:jc w:val="center"/>
        </w:trPr>
        <w:tc>
          <w:tcPr>
            <w:tcW w:w="2438" w:type="dxa"/>
            <w:shd w:val="clear" w:color="auto" w:fill="E8EEF5"/>
          </w:tcPr>
          <w:p w14:paraId="5D3AF208" w14:textId="77777777" w:rsidR="00243F35" w:rsidRDefault="00243F35" w:rsidP="00E73126">
            <w:pPr>
              <w:spacing w:after="0"/>
            </w:pPr>
            <w:proofErr w:type="spellStart"/>
            <w:r>
              <w:rPr>
                <w:b/>
                <w:sz w:val="17"/>
              </w:rPr>
              <w:t>Cecha</w:t>
            </w:r>
            <w:proofErr w:type="spellEnd"/>
            <w:r>
              <w:rPr>
                <w:b/>
                <w:sz w:val="17"/>
              </w:rPr>
              <w:t xml:space="preserve"> / </w:t>
            </w:r>
            <w:proofErr w:type="spellStart"/>
            <w:r>
              <w:rPr>
                <w:b/>
                <w:sz w:val="17"/>
              </w:rPr>
              <w:t>parametr</w:t>
            </w:r>
            <w:proofErr w:type="spellEnd"/>
          </w:p>
        </w:tc>
        <w:tc>
          <w:tcPr>
            <w:tcW w:w="4762" w:type="dxa"/>
            <w:shd w:val="clear" w:color="auto" w:fill="E8EEF5"/>
          </w:tcPr>
          <w:p w14:paraId="3963F77F" w14:textId="77777777" w:rsidR="00243F35" w:rsidRDefault="00243F35" w:rsidP="00E73126">
            <w:pPr>
              <w:spacing w:after="0"/>
            </w:pPr>
            <w:proofErr w:type="spellStart"/>
            <w:r>
              <w:rPr>
                <w:b/>
                <w:sz w:val="17"/>
              </w:rPr>
              <w:t>Wymagane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minimalne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parametry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techniczne</w:t>
            </w:r>
            <w:proofErr w:type="spellEnd"/>
          </w:p>
        </w:tc>
        <w:tc>
          <w:tcPr>
            <w:tcW w:w="2324" w:type="dxa"/>
            <w:shd w:val="clear" w:color="auto" w:fill="FFFF99"/>
          </w:tcPr>
          <w:p w14:paraId="4B1A8DC4" w14:textId="77777777" w:rsidR="00243F35" w:rsidRDefault="00243F35" w:rsidP="00E73126">
            <w:pPr>
              <w:spacing w:after="0"/>
            </w:pPr>
            <w:proofErr w:type="spellStart"/>
            <w:r>
              <w:rPr>
                <w:b/>
                <w:sz w:val="17"/>
              </w:rPr>
              <w:t>Oferowane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parametry</w:t>
            </w:r>
            <w:proofErr w:type="spellEnd"/>
            <w:r>
              <w:rPr>
                <w:b/>
                <w:sz w:val="17"/>
              </w:rPr>
              <w:t xml:space="preserve"> (</w:t>
            </w:r>
            <w:proofErr w:type="spellStart"/>
            <w:r>
              <w:rPr>
                <w:b/>
                <w:sz w:val="17"/>
              </w:rPr>
              <w:t>wypełnia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Wykonawca</w:t>
            </w:r>
            <w:proofErr w:type="spellEnd"/>
            <w:r>
              <w:rPr>
                <w:b/>
                <w:sz w:val="17"/>
              </w:rPr>
              <w:t>)</w:t>
            </w:r>
          </w:p>
        </w:tc>
      </w:tr>
      <w:tr w:rsidR="00243F35" w14:paraId="331BE972" w14:textId="77777777" w:rsidTr="00D8712A">
        <w:trPr>
          <w:cantSplit/>
          <w:jc w:val="center"/>
        </w:trPr>
        <w:tc>
          <w:tcPr>
            <w:tcW w:w="2438" w:type="dxa"/>
            <w:vAlign w:val="center"/>
          </w:tcPr>
          <w:p w14:paraId="024E675D" w14:textId="77777777" w:rsidR="00243F35" w:rsidRDefault="00243F35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Przekątna</w:t>
            </w:r>
            <w:proofErr w:type="spellEnd"/>
          </w:p>
        </w:tc>
        <w:tc>
          <w:tcPr>
            <w:tcW w:w="4762" w:type="dxa"/>
            <w:vAlign w:val="center"/>
          </w:tcPr>
          <w:p w14:paraId="14E00353" w14:textId="77777777" w:rsidR="00243F35" w:rsidRDefault="00243F35" w:rsidP="00E73126">
            <w:pPr>
              <w:keepLines/>
              <w:spacing w:after="0"/>
            </w:pPr>
            <w:r>
              <w:rPr>
                <w:sz w:val="17"/>
              </w:rPr>
              <w:t>15,6"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70EC44E5" w14:textId="77777777" w:rsidR="00243F35" w:rsidRDefault="00243F35" w:rsidP="00E73126">
            <w:pPr>
              <w:keepLines/>
              <w:spacing w:after="0"/>
            </w:pPr>
          </w:p>
        </w:tc>
      </w:tr>
      <w:tr w:rsidR="00243F35" w14:paraId="55BF2D00" w14:textId="77777777" w:rsidTr="00D8712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50D795C0" w14:textId="77777777" w:rsidR="00243F35" w:rsidRDefault="00243F35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Proporcje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7998D0B2" w14:textId="77777777" w:rsidR="00243F35" w:rsidRDefault="00243F35" w:rsidP="00E73126">
            <w:pPr>
              <w:keepLines/>
              <w:spacing w:after="0"/>
            </w:pPr>
            <w:r>
              <w:rPr>
                <w:sz w:val="17"/>
              </w:rPr>
              <w:t>16:9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768B36B8" w14:textId="77777777" w:rsidR="00243F35" w:rsidRDefault="00243F35" w:rsidP="00E73126">
            <w:pPr>
              <w:keepLines/>
              <w:spacing w:after="0"/>
            </w:pPr>
          </w:p>
        </w:tc>
      </w:tr>
      <w:tr w:rsidR="00243F35" w14:paraId="73060FC5" w14:textId="77777777" w:rsidTr="00D8712A">
        <w:trPr>
          <w:cantSplit/>
          <w:jc w:val="center"/>
        </w:trPr>
        <w:tc>
          <w:tcPr>
            <w:tcW w:w="2438" w:type="dxa"/>
            <w:vAlign w:val="center"/>
          </w:tcPr>
          <w:p w14:paraId="222E3218" w14:textId="77777777" w:rsidR="00243F35" w:rsidRDefault="00243F35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Wymiary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części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filtrującej</w:t>
            </w:r>
            <w:proofErr w:type="spellEnd"/>
          </w:p>
        </w:tc>
        <w:tc>
          <w:tcPr>
            <w:tcW w:w="4762" w:type="dxa"/>
            <w:vAlign w:val="center"/>
          </w:tcPr>
          <w:p w14:paraId="61447512" w14:textId="77777777" w:rsidR="00243F35" w:rsidRDefault="00243F35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Około</w:t>
            </w:r>
            <w:proofErr w:type="spellEnd"/>
            <w:r>
              <w:rPr>
                <w:sz w:val="17"/>
              </w:rPr>
              <w:t xml:space="preserve"> 345 × 194 mm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1A4C0FC7" w14:textId="77777777" w:rsidR="00243F35" w:rsidRDefault="00243F35" w:rsidP="00E73126">
            <w:pPr>
              <w:keepLines/>
              <w:spacing w:after="0"/>
            </w:pPr>
          </w:p>
        </w:tc>
      </w:tr>
      <w:tr w:rsidR="00243F35" w14:paraId="43945AB4" w14:textId="77777777" w:rsidTr="00D8712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4A97E789" w14:textId="77777777" w:rsidR="00243F35" w:rsidRDefault="00243F35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Typ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409A4D0F" w14:textId="77777777" w:rsidR="00243F35" w:rsidRDefault="00243F35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Filtr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prywatyzujący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dwukierunkowy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7A8B0D91" w14:textId="77777777" w:rsidR="00243F35" w:rsidRDefault="00243F35" w:rsidP="00E73126">
            <w:pPr>
              <w:keepLines/>
              <w:spacing w:after="0"/>
            </w:pPr>
          </w:p>
        </w:tc>
      </w:tr>
      <w:tr w:rsidR="00243F35" w14:paraId="5BF8149C" w14:textId="77777777" w:rsidTr="00D8712A">
        <w:trPr>
          <w:cantSplit/>
          <w:jc w:val="center"/>
        </w:trPr>
        <w:tc>
          <w:tcPr>
            <w:tcW w:w="2438" w:type="dxa"/>
            <w:vAlign w:val="center"/>
          </w:tcPr>
          <w:p w14:paraId="2D687BF1" w14:textId="77777777" w:rsidR="00243F35" w:rsidRDefault="00243F35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Kąt</w:t>
            </w:r>
            <w:proofErr w:type="spellEnd"/>
            <w:r>
              <w:rPr>
                <w:b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widzenia</w:t>
            </w:r>
            <w:proofErr w:type="spellEnd"/>
          </w:p>
        </w:tc>
        <w:tc>
          <w:tcPr>
            <w:tcW w:w="4762" w:type="dxa"/>
            <w:vAlign w:val="center"/>
          </w:tcPr>
          <w:p w14:paraId="1C678A25" w14:textId="77777777" w:rsidR="00243F35" w:rsidRDefault="00243F35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Około</w:t>
            </w:r>
            <w:proofErr w:type="spellEnd"/>
            <w:r>
              <w:rPr>
                <w:sz w:val="17"/>
              </w:rPr>
              <w:t xml:space="preserve"> 60° (±30° od </w:t>
            </w:r>
            <w:proofErr w:type="spellStart"/>
            <w:r>
              <w:rPr>
                <w:sz w:val="17"/>
              </w:rPr>
              <w:t>osi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ekranu</w:t>
            </w:r>
            <w:proofErr w:type="spellEnd"/>
            <w:r>
              <w:rPr>
                <w:sz w:val="17"/>
              </w:rPr>
              <w:t>)</w:t>
            </w:r>
          </w:p>
        </w:tc>
        <w:tc>
          <w:tcPr>
            <w:tcW w:w="2324" w:type="dxa"/>
            <w:shd w:val="clear" w:color="auto" w:fill="FFFF99"/>
            <w:vAlign w:val="center"/>
          </w:tcPr>
          <w:p w14:paraId="4B2B6CC1" w14:textId="77777777" w:rsidR="00243F35" w:rsidRDefault="00243F35" w:rsidP="00E73126">
            <w:pPr>
              <w:keepLines/>
              <w:spacing w:after="0"/>
            </w:pPr>
          </w:p>
        </w:tc>
      </w:tr>
      <w:tr w:rsidR="00243F35" w14:paraId="09888DC9" w14:textId="77777777" w:rsidTr="00D8712A">
        <w:trPr>
          <w:cantSplit/>
          <w:jc w:val="center"/>
        </w:trPr>
        <w:tc>
          <w:tcPr>
            <w:tcW w:w="2438" w:type="dxa"/>
            <w:shd w:val="clear" w:color="auto" w:fill="F5F7FA"/>
            <w:vAlign w:val="center"/>
          </w:tcPr>
          <w:p w14:paraId="573B7F1C" w14:textId="77777777" w:rsidR="00243F35" w:rsidRDefault="00243F35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Montaż</w:t>
            </w:r>
            <w:proofErr w:type="spellEnd"/>
          </w:p>
        </w:tc>
        <w:tc>
          <w:tcPr>
            <w:tcW w:w="4762" w:type="dxa"/>
            <w:shd w:val="clear" w:color="auto" w:fill="F5F7FA"/>
            <w:vAlign w:val="center"/>
          </w:tcPr>
          <w:p w14:paraId="2088383B" w14:textId="77777777" w:rsidR="00243F35" w:rsidRDefault="00243F35" w:rsidP="00E73126">
            <w:pPr>
              <w:keepLines/>
              <w:spacing w:after="0"/>
            </w:pPr>
            <w:proofErr w:type="spellStart"/>
            <w:r>
              <w:rPr>
                <w:sz w:val="17"/>
              </w:rPr>
              <w:t>Zdejmowany</w:t>
            </w:r>
            <w:proofErr w:type="spellEnd"/>
            <w:r>
              <w:rPr>
                <w:sz w:val="17"/>
              </w:rPr>
              <w:t xml:space="preserve">, za </w:t>
            </w:r>
            <w:proofErr w:type="spellStart"/>
            <w:r>
              <w:rPr>
                <w:sz w:val="17"/>
              </w:rPr>
              <w:t>pomocą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uchwytów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lub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pasków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samoprzylepnych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24E1E7DB" w14:textId="77777777" w:rsidR="00243F35" w:rsidRDefault="00243F35" w:rsidP="00E73126">
            <w:pPr>
              <w:keepLines/>
              <w:spacing w:after="0"/>
            </w:pPr>
          </w:p>
        </w:tc>
      </w:tr>
      <w:tr w:rsidR="00243F35" w14:paraId="72D96289" w14:textId="77777777" w:rsidTr="00D8712A">
        <w:trPr>
          <w:cantSplit/>
          <w:jc w:val="center"/>
        </w:trPr>
        <w:tc>
          <w:tcPr>
            <w:tcW w:w="2438" w:type="dxa"/>
            <w:vAlign w:val="center"/>
          </w:tcPr>
          <w:p w14:paraId="56B40799" w14:textId="77777777" w:rsidR="00243F35" w:rsidRDefault="00243F35" w:rsidP="00E73126">
            <w:pPr>
              <w:keepLines/>
              <w:spacing w:after="0"/>
            </w:pPr>
            <w:proofErr w:type="spellStart"/>
            <w:r>
              <w:rPr>
                <w:b/>
                <w:sz w:val="17"/>
              </w:rPr>
              <w:t>Powierzchnia</w:t>
            </w:r>
            <w:proofErr w:type="spellEnd"/>
          </w:p>
        </w:tc>
        <w:tc>
          <w:tcPr>
            <w:tcW w:w="4762" w:type="dxa"/>
            <w:vAlign w:val="center"/>
          </w:tcPr>
          <w:p w14:paraId="53945F88" w14:textId="77777777" w:rsidR="00243F35" w:rsidRDefault="00243F35" w:rsidP="00E73126">
            <w:pPr>
              <w:keepLines/>
              <w:spacing w:after="0"/>
            </w:pPr>
            <w:r>
              <w:rPr>
                <w:sz w:val="17"/>
              </w:rPr>
              <w:t xml:space="preserve">Matowa, </w:t>
            </w:r>
            <w:proofErr w:type="spellStart"/>
            <w:r>
              <w:rPr>
                <w:sz w:val="17"/>
              </w:rPr>
              <w:t>ograniczająca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odblaski</w:t>
            </w:r>
            <w:proofErr w:type="spellEnd"/>
          </w:p>
        </w:tc>
        <w:tc>
          <w:tcPr>
            <w:tcW w:w="2324" w:type="dxa"/>
            <w:shd w:val="clear" w:color="auto" w:fill="FFFF99"/>
            <w:vAlign w:val="center"/>
          </w:tcPr>
          <w:p w14:paraId="7E21D445" w14:textId="77777777" w:rsidR="00243F35" w:rsidRDefault="00243F35" w:rsidP="00E73126">
            <w:pPr>
              <w:keepLines/>
              <w:spacing w:after="0"/>
            </w:pPr>
          </w:p>
        </w:tc>
      </w:tr>
    </w:tbl>
    <w:p w14:paraId="18A60B32" w14:textId="77777777" w:rsidR="00243F35" w:rsidRDefault="00243F35" w:rsidP="00243F35"/>
    <w:tbl>
      <w:tblPr>
        <w:tblStyle w:val="Tabela-Siatka"/>
        <w:tblW w:w="0" w:type="auto"/>
        <w:tblInd w:w="38" w:type="dxa"/>
        <w:tblLook w:val="04A0" w:firstRow="1" w:lastRow="0" w:firstColumn="1" w:lastColumn="0" w:noHBand="0" w:noVBand="1"/>
      </w:tblPr>
      <w:tblGrid>
        <w:gridCol w:w="3446"/>
        <w:gridCol w:w="1444"/>
        <w:gridCol w:w="2410"/>
      </w:tblGrid>
      <w:tr w:rsidR="00D8712A" w14:paraId="1D1C4AAF" w14:textId="77777777" w:rsidTr="00410A61">
        <w:tc>
          <w:tcPr>
            <w:tcW w:w="34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A786CA" w14:textId="77777777" w:rsidR="00D8712A" w:rsidRDefault="00D8712A" w:rsidP="00410A61">
            <w:r>
              <w:t xml:space="preserve">Cena za 1 </w:t>
            </w:r>
            <w:proofErr w:type="spellStart"/>
            <w:r>
              <w:t>szt</w:t>
            </w:r>
            <w:proofErr w:type="spellEnd"/>
            <w:r>
              <w:t>.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EAB7F1" w14:textId="77777777" w:rsidR="00D8712A" w:rsidRDefault="00D8712A" w:rsidP="00410A61">
            <w:r>
              <w:t xml:space="preserve">Netto w </w:t>
            </w:r>
            <w:proofErr w:type="spellStart"/>
            <w:r>
              <w:t>zł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4C9F7A1B" w14:textId="77777777" w:rsidR="00D8712A" w:rsidRDefault="00D8712A" w:rsidP="00410A61">
            <w:pPr>
              <w:rPr>
                <w:highlight w:val="yellow"/>
              </w:rPr>
            </w:pPr>
          </w:p>
        </w:tc>
      </w:tr>
      <w:tr w:rsidR="00D8712A" w14:paraId="2A1736F3" w14:textId="77777777" w:rsidTr="00410A61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69CC20" w14:textId="77777777" w:rsidR="00D8712A" w:rsidRDefault="00D8712A" w:rsidP="00410A61">
            <w:pPr>
              <w:spacing w:after="0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C8DC70" w14:textId="77777777" w:rsidR="00D8712A" w:rsidRDefault="00D8712A" w:rsidP="00410A61">
            <w:r>
              <w:t xml:space="preserve">Brutto w </w:t>
            </w:r>
            <w:proofErr w:type="spellStart"/>
            <w:r>
              <w:t>zł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5EBD9558" w14:textId="77777777" w:rsidR="00D8712A" w:rsidRDefault="00D8712A" w:rsidP="00410A61">
            <w:pPr>
              <w:rPr>
                <w:highlight w:val="yellow"/>
              </w:rPr>
            </w:pPr>
          </w:p>
        </w:tc>
      </w:tr>
      <w:tr w:rsidR="00D8712A" w14:paraId="2A9FD479" w14:textId="77777777" w:rsidTr="00410A61">
        <w:tc>
          <w:tcPr>
            <w:tcW w:w="34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A3C3EB" w14:textId="5FEADDF6" w:rsidR="00D8712A" w:rsidRDefault="00D8712A" w:rsidP="00410A61">
            <w:proofErr w:type="spellStart"/>
            <w:r>
              <w:t>Łączna</w:t>
            </w:r>
            <w:proofErr w:type="spellEnd"/>
            <w:r>
              <w:t xml:space="preserve"> </w:t>
            </w:r>
            <w:proofErr w:type="spellStart"/>
            <w:r>
              <w:t>Kwota</w:t>
            </w:r>
            <w:proofErr w:type="spellEnd"/>
            <w:r>
              <w:t xml:space="preserve"> za: </w:t>
            </w:r>
            <w:r>
              <w:t>2</w:t>
            </w:r>
            <w:r>
              <w:t xml:space="preserve"> </w:t>
            </w:r>
            <w:proofErr w:type="spellStart"/>
            <w:r>
              <w:t>szt</w:t>
            </w:r>
            <w:proofErr w:type="spellEnd"/>
            <w:r>
              <w:t>.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9FFEB0" w14:textId="77777777" w:rsidR="00D8712A" w:rsidRDefault="00D8712A" w:rsidP="00410A61">
            <w:r>
              <w:t xml:space="preserve">Netto w </w:t>
            </w:r>
            <w:proofErr w:type="spellStart"/>
            <w:r>
              <w:t>zł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54FA8A7E" w14:textId="77777777" w:rsidR="00D8712A" w:rsidRDefault="00D8712A" w:rsidP="00410A61">
            <w:pPr>
              <w:rPr>
                <w:highlight w:val="yellow"/>
              </w:rPr>
            </w:pPr>
          </w:p>
        </w:tc>
      </w:tr>
      <w:tr w:rsidR="00D8712A" w14:paraId="507BC3DB" w14:textId="77777777" w:rsidTr="00410A61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A6F17C" w14:textId="77777777" w:rsidR="00D8712A" w:rsidRDefault="00D8712A" w:rsidP="00410A61">
            <w:pPr>
              <w:spacing w:after="0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8AFF7C" w14:textId="77777777" w:rsidR="00D8712A" w:rsidRDefault="00D8712A" w:rsidP="00410A61">
            <w:r>
              <w:t xml:space="preserve">Brutto w </w:t>
            </w:r>
            <w:proofErr w:type="spellStart"/>
            <w:r>
              <w:t>zł</w:t>
            </w:r>
            <w:proofErr w:type="spellEnd"/>
            <w:r>
              <w:t>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0277FEEF" w14:textId="77777777" w:rsidR="00D8712A" w:rsidRDefault="00D8712A" w:rsidP="00410A61">
            <w:pPr>
              <w:rPr>
                <w:highlight w:val="yellow"/>
              </w:rPr>
            </w:pPr>
          </w:p>
        </w:tc>
      </w:tr>
    </w:tbl>
    <w:p w14:paraId="793C9831" w14:textId="77777777" w:rsidR="00D8712A" w:rsidRDefault="00D8712A" w:rsidP="00243F35"/>
    <w:p w14:paraId="35084685" w14:textId="77777777" w:rsidR="00243F35" w:rsidRDefault="00243F35" w:rsidP="00243F35">
      <w:r>
        <w:t xml:space="preserve">Oświadczamy, </w:t>
      </w:r>
      <w:proofErr w:type="spellStart"/>
      <w:r>
        <w:t>że</w:t>
      </w:r>
      <w:proofErr w:type="spellEnd"/>
      <w:r>
        <w:t xml:space="preserve"> </w:t>
      </w:r>
      <w:proofErr w:type="spellStart"/>
      <w:r>
        <w:t>oferowany</w:t>
      </w:r>
      <w:proofErr w:type="spellEnd"/>
      <w:r>
        <w:t xml:space="preserve"> </w:t>
      </w:r>
      <w:proofErr w:type="spellStart"/>
      <w:r>
        <w:t>przedmiot</w:t>
      </w:r>
      <w:proofErr w:type="spellEnd"/>
      <w:r>
        <w:t xml:space="preserve"> </w:t>
      </w:r>
      <w:proofErr w:type="spellStart"/>
      <w:r>
        <w:t>zamówienia</w:t>
      </w:r>
      <w:proofErr w:type="spellEnd"/>
      <w:r>
        <w:t xml:space="preserve"> </w:t>
      </w:r>
      <w:proofErr w:type="spellStart"/>
      <w:r>
        <w:t>spełnia</w:t>
      </w:r>
      <w:proofErr w:type="spellEnd"/>
      <w:r>
        <w:t xml:space="preserve"> </w:t>
      </w:r>
      <w:proofErr w:type="spellStart"/>
      <w:r>
        <w:t>wymagania</w:t>
      </w:r>
      <w:proofErr w:type="spellEnd"/>
      <w:r>
        <w:t xml:space="preserve"> </w:t>
      </w:r>
      <w:proofErr w:type="spellStart"/>
      <w:r>
        <w:t>wskazane</w:t>
      </w:r>
      <w:proofErr w:type="spellEnd"/>
      <w:r>
        <w:t xml:space="preserve"> w </w:t>
      </w:r>
      <w:proofErr w:type="spellStart"/>
      <w:r>
        <w:t>tabeli</w:t>
      </w:r>
      <w:proofErr w:type="spellEnd"/>
      <w:r>
        <w:t>.</w:t>
      </w:r>
    </w:p>
    <w:p w14:paraId="19862F7D" w14:textId="77777777" w:rsidR="00243F35" w:rsidRDefault="00243F35" w:rsidP="00243F35">
      <w:r>
        <w:t>.....................................................................................</w:t>
      </w:r>
      <w:r>
        <w:br/>
        <w:t xml:space="preserve">Data </w:t>
      </w:r>
      <w:proofErr w:type="spellStart"/>
      <w:r>
        <w:t>i</w:t>
      </w:r>
      <w:proofErr w:type="spellEnd"/>
      <w:r>
        <w:t xml:space="preserve"> </w:t>
      </w:r>
      <w:proofErr w:type="spellStart"/>
      <w:r>
        <w:t>podpis</w:t>
      </w:r>
      <w:proofErr w:type="spellEnd"/>
      <w:r>
        <w:t xml:space="preserve"> </w:t>
      </w:r>
      <w:proofErr w:type="spellStart"/>
      <w:r>
        <w:t>osoby</w:t>
      </w:r>
      <w:proofErr w:type="spellEnd"/>
      <w:r>
        <w:t xml:space="preserve"> </w:t>
      </w:r>
      <w:proofErr w:type="spellStart"/>
      <w:r>
        <w:t>upoważnionej</w:t>
      </w:r>
      <w:proofErr w:type="spellEnd"/>
      <w:r>
        <w:t xml:space="preserve"> do </w:t>
      </w:r>
      <w:proofErr w:type="spellStart"/>
      <w:r>
        <w:t>złożenia</w:t>
      </w:r>
      <w:proofErr w:type="spellEnd"/>
      <w:r>
        <w:t xml:space="preserve"> </w:t>
      </w:r>
      <w:proofErr w:type="spellStart"/>
      <w:r>
        <w:t>oferty</w:t>
      </w:r>
      <w:proofErr w:type="spellEnd"/>
    </w:p>
    <w:p w14:paraId="3085FD84" w14:textId="77777777" w:rsidR="006B66A7" w:rsidRDefault="006B66A7" w:rsidP="006B66A7"/>
    <w:p w14:paraId="22D27719" w14:textId="77777777" w:rsidR="007C4D21" w:rsidRDefault="007C4D21" w:rsidP="007C4D21"/>
    <w:p w14:paraId="4FBD7815" w14:textId="77777777" w:rsidR="009809EA" w:rsidRDefault="009809EA">
      <w:pPr>
        <w:spacing w:after="200"/>
      </w:pPr>
    </w:p>
    <w:sectPr w:rsidR="009809EA" w:rsidSect="00034616">
      <w:headerReference w:type="default" r:id="rId9"/>
      <w:footerReference w:type="default" r:id="rId10"/>
      <w:pgSz w:w="12240" w:h="15840"/>
      <w:pgMar w:top="964" w:right="1020" w:bottom="907" w:left="10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D753B0" w14:textId="77777777" w:rsidR="00D4539A" w:rsidRDefault="00D4539A">
      <w:pPr>
        <w:spacing w:after="0" w:line="240" w:lineRule="auto"/>
      </w:pPr>
      <w:r>
        <w:separator/>
      </w:r>
    </w:p>
  </w:endnote>
  <w:endnote w:type="continuationSeparator" w:id="0">
    <w:p w14:paraId="16776F2A" w14:textId="77777777" w:rsidR="00D4539A" w:rsidRDefault="00D453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090850" w14:textId="77777777" w:rsidR="00A62F46" w:rsidRDefault="00A70318">
    <w:pPr>
      <w:pStyle w:val="Stopka"/>
      <w:jc w:val="right"/>
    </w:pPr>
    <w:proofErr w:type="spellStart"/>
    <w:r>
      <w:rPr>
        <w:color w:val="6B7683"/>
        <w:sz w:val="16"/>
      </w:rPr>
      <w:t>Opis</w:t>
    </w:r>
    <w:proofErr w:type="spellEnd"/>
    <w:r>
      <w:rPr>
        <w:color w:val="6B7683"/>
        <w:sz w:val="16"/>
      </w:rPr>
      <w:t xml:space="preserve"> </w:t>
    </w:r>
    <w:proofErr w:type="spellStart"/>
    <w:r>
      <w:rPr>
        <w:color w:val="6B7683"/>
        <w:sz w:val="16"/>
      </w:rPr>
      <w:t>przedmiotu</w:t>
    </w:r>
    <w:proofErr w:type="spellEnd"/>
    <w:r>
      <w:rPr>
        <w:color w:val="6B7683"/>
        <w:sz w:val="16"/>
      </w:rPr>
      <w:t xml:space="preserve"> </w:t>
    </w:r>
    <w:proofErr w:type="spellStart"/>
    <w:r>
      <w:rPr>
        <w:color w:val="6B7683"/>
        <w:sz w:val="16"/>
      </w:rPr>
      <w:t>zamówienia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0C6F60" w14:textId="77777777" w:rsidR="00D4539A" w:rsidRDefault="00D4539A">
      <w:pPr>
        <w:spacing w:after="0" w:line="240" w:lineRule="auto"/>
      </w:pPr>
      <w:r>
        <w:separator/>
      </w:r>
    </w:p>
  </w:footnote>
  <w:footnote w:type="continuationSeparator" w:id="0">
    <w:p w14:paraId="281BCEA4" w14:textId="77777777" w:rsidR="00D4539A" w:rsidRDefault="00D453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9152C2" w14:textId="77777777" w:rsidR="00F12576" w:rsidRDefault="00F1257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numerowan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numerowan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punktowana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871840200">
    <w:abstractNumId w:val="8"/>
  </w:num>
  <w:num w:numId="2" w16cid:durableId="365059004">
    <w:abstractNumId w:val="6"/>
  </w:num>
  <w:num w:numId="3" w16cid:durableId="160897510">
    <w:abstractNumId w:val="5"/>
  </w:num>
  <w:num w:numId="4" w16cid:durableId="1920210042">
    <w:abstractNumId w:val="4"/>
  </w:num>
  <w:num w:numId="5" w16cid:durableId="1486895887">
    <w:abstractNumId w:val="7"/>
  </w:num>
  <w:num w:numId="6" w16cid:durableId="1688367199">
    <w:abstractNumId w:val="3"/>
  </w:num>
  <w:num w:numId="7" w16cid:durableId="46953879">
    <w:abstractNumId w:val="2"/>
  </w:num>
  <w:num w:numId="8" w16cid:durableId="1515345779">
    <w:abstractNumId w:val="1"/>
  </w:num>
  <w:num w:numId="9" w16cid:durableId="3469485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25368"/>
    <w:rsid w:val="00034616"/>
    <w:rsid w:val="0006063C"/>
    <w:rsid w:val="000E26F0"/>
    <w:rsid w:val="0015074B"/>
    <w:rsid w:val="00243F35"/>
    <w:rsid w:val="0025708B"/>
    <w:rsid w:val="0029639D"/>
    <w:rsid w:val="00326F90"/>
    <w:rsid w:val="00333136"/>
    <w:rsid w:val="004E36FE"/>
    <w:rsid w:val="005C4B57"/>
    <w:rsid w:val="006A2471"/>
    <w:rsid w:val="006B66A7"/>
    <w:rsid w:val="006F5C01"/>
    <w:rsid w:val="007C20E7"/>
    <w:rsid w:val="007C4D21"/>
    <w:rsid w:val="008460C8"/>
    <w:rsid w:val="008F198D"/>
    <w:rsid w:val="0097191A"/>
    <w:rsid w:val="009809EA"/>
    <w:rsid w:val="00A62F46"/>
    <w:rsid w:val="00A70318"/>
    <w:rsid w:val="00AA1D8D"/>
    <w:rsid w:val="00AF05CA"/>
    <w:rsid w:val="00B47730"/>
    <w:rsid w:val="00CA7470"/>
    <w:rsid w:val="00CB0664"/>
    <w:rsid w:val="00D4539A"/>
    <w:rsid w:val="00D8712A"/>
    <w:rsid w:val="00DE51E7"/>
    <w:rsid w:val="00F12576"/>
    <w:rsid w:val="00F352C3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5D6591B"/>
  <w14:defaultImageDpi w14:val="300"/>
  <w15:docId w15:val="{170A48E4-4566-43AD-BB10-B64E7DC11E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693F"/>
    <w:pPr>
      <w:spacing w:after="100"/>
    </w:pPr>
    <w:rPr>
      <w:rFonts w:ascii="Aptos" w:hAnsi="Aptos"/>
      <w:sz w:val="18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18BF"/>
  </w:style>
  <w:style w:type="paragraph" w:styleId="Stopka">
    <w:name w:val="footer"/>
    <w:basedOn w:val="Normalny"/>
    <w:link w:val="Stopka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18BF"/>
  </w:style>
  <w:style w:type="paragraph" w:styleId="Bezodstpw">
    <w:name w:val="No Spacing"/>
    <w:uiPriority w:val="1"/>
    <w:qFormat/>
    <w:rsid w:val="00FC693F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ytu">
    <w:name w:val="Title"/>
    <w:basedOn w:val="Normalny"/>
    <w:next w:val="Normalny"/>
    <w:link w:val="TytuZnak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kapitzlist">
    <w:name w:val="List Paragraph"/>
    <w:basedOn w:val="Normalny"/>
    <w:uiPriority w:val="34"/>
    <w:qFormat/>
    <w:rsid w:val="00FC693F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unhideWhenUsed/>
    <w:rsid w:val="00AA1D8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A1D8D"/>
  </w:style>
  <w:style w:type="paragraph" w:styleId="Tekstpodstawowy2">
    <w:name w:val="Body Text 2"/>
    <w:basedOn w:val="Normalny"/>
    <w:link w:val="Tekstpodstawowy2Znak"/>
    <w:uiPriority w:val="99"/>
    <w:unhideWhenUsed/>
    <w:rsid w:val="00AA1D8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A1D8D"/>
  </w:style>
  <w:style w:type="paragraph" w:styleId="Tekstpodstawowy3">
    <w:name w:val="Body Text 3"/>
    <w:basedOn w:val="Normalny"/>
    <w:link w:val="Tekstpodstawowy3Znak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AA1D8D"/>
    <w:rPr>
      <w:sz w:val="16"/>
      <w:szCs w:val="16"/>
    </w:rPr>
  </w:style>
  <w:style w:type="paragraph" w:styleId="Lista">
    <w:name w:val="List"/>
    <w:basedOn w:val="Normalny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ny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ny"/>
    <w:uiPriority w:val="99"/>
    <w:unhideWhenUsed/>
    <w:rsid w:val="00326F90"/>
    <w:pPr>
      <w:ind w:left="1080" w:hanging="360"/>
      <w:contextualSpacing/>
    </w:pPr>
  </w:style>
  <w:style w:type="paragraph" w:styleId="Listapunktowana">
    <w:name w:val="List Bullet"/>
    <w:basedOn w:val="Normalny"/>
    <w:uiPriority w:val="99"/>
    <w:unhideWhenUsed/>
    <w:rsid w:val="00326F90"/>
    <w:pPr>
      <w:numPr>
        <w:numId w:val="1"/>
      </w:numPr>
      <w:contextualSpacing/>
    </w:pPr>
  </w:style>
  <w:style w:type="paragraph" w:styleId="Listapunktowana2">
    <w:name w:val="List Bullet 2"/>
    <w:basedOn w:val="Normalny"/>
    <w:uiPriority w:val="99"/>
    <w:unhideWhenUsed/>
    <w:rsid w:val="00326F90"/>
    <w:pPr>
      <w:numPr>
        <w:numId w:val="2"/>
      </w:numPr>
      <w:contextualSpacing/>
    </w:pPr>
  </w:style>
  <w:style w:type="paragraph" w:styleId="Listapunktowana3">
    <w:name w:val="List Bullet 3"/>
    <w:basedOn w:val="Normalny"/>
    <w:uiPriority w:val="99"/>
    <w:unhideWhenUsed/>
    <w:rsid w:val="00326F90"/>
    <w:pPr>
      <w:numPr>
        <w:numId w:val="3"/>
      </w:numPr>
      <w:contextualSpacing/>
    </w:pPr>
  </w:style>
  <w:style w:type="paragraph" w:styleId="Listanumerowana">
    <w:name w:val="List Number"/>
    <w:basedOn w:val="Normalny"/>
    <w:uiPriority w:val="99"/>
    <w:unhideWhenUsed/>
    <w:rsid w:val="00326F90"/>
    <w:pPr>
      <w:numPr>
        <w:numId w:val="5"/>
      </w:numPr>
      <w:contextualSpacing/>
    </w:pPr>
  </w:style>
  <w:style w:type="paragraph" w:styleId="Listanumerowana2">
    <w:name w:val="List Number 2"/>
    <w:basedOn w:val="Normalny"/>
    <w:uiPriority w:val="99"/>
    <w:unhideWhenUsed/>
    <w:rsid w:val="0029639D"/>
    <w:pPr>
      <w:numPr>
        <w:numId w:val="6"/>
      </w:numPr>
      <w:contextualSpacing/>
    </w:pPr>
  </w:style>
  <w:style w:type="paragraph" w:styleId="Listanumerowana3">
    <w:name w:val="List Number 3"/>
    <w:basedOn w:val="Normalny"/>
    <w:uiPriority w:val="99"/>
    <w:unhideWhenUsed/>
    <w:rsid w:val="0029639D"/>
    <w:pPr>
      <w:numPr>
        <w:numId w:val="7"/>
      </w:numPr>
      <w:contextualSpacing/>
    </w:pPr>
  </w:style>
  <w:style w:type="paragraph" w:styleId="Lista-kontynuacja">
    <w:name w:val="List Continue"/>
    <w:basedOn w:val="Normalny"/>
    <w:uiPriority w:val="99"/>
    <w:unhideWhenUsed/>
    <w:rsid w:val="0029639D"/>
    <w:pPr>
      <w:spacing w:after="120"/>
      <w:ind w:left="360"/>
      <w:contextualSpacing/>
    </w:pPr>
  </w:style>
  <w:style w:type="paragraph" w:styleId="Lista-kontynuacja2">
    <w:name w:val="List Continue 2"/>
    <w:basedOn w:val="Normalny"/>
    <w:uiPriority w:val="99"/>
    <w:unhideWhenUsed/>
    <w:rsid w:val="0029639D"/>
    <w:pPr>
      <w:spacing w:after="120"/>
      <w:ind w:left="720"/>
      <w:contextualSpacing/>
    </w:pPr>
  </w:style>
  <w:style w:type="paragraph" w:styleId="Lista-kontynuacja3">
    <w:name w:val="List Continue 3"/>
    <w:basedOn w:val="Normalny"/>
    <w:uiPriority w:val="99"/>
    <w:unhideWhenUsed/>
    <w:rsid w:val="0029639D"/>
    <w:pPr>
      <w:spacing w:after="120"/>
      <w:ind w:left="1080"/>
      <w:contextualSpacing/>
    </w:pPr>
  </w:style>
  <w:style w:type="paragraph" w:styleId="Tekstmakra">
    <w:name w:val="macro"/>
    <w:link w:val="TekstmakraZnak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9"/>
    <w:rsid w:val="0029639D"/>
    <w:rPr>
      <w:rFonts w:ascii="Courier" w:hAnsi="Courier"/>
      <w:sz w:val="20"/>
      <w:szCs w:val="20"/>
    </w:rPr>
  </w:style>
  <w:style w:type="paragraph" w:styleId="Cytat">
    <w:name w:val="Quote"/>
    <w:basedOn w:val="Normalny"/>
    <w:next w:val="Normalny"/>
    <w:link w:val="CytatZnak"/>
    <w:uiPriority w:val="29"/>
    <w:qFormat/>
    <w:rsid w:val="00FC693F"/>
    <w:rPr>
      <w:i/>
      <w:iCs/>
      <w:color w:val="000000" w:themeColor="text1"/>
    </w:rPr>
  </w:style>
  <w:style w:type="character" w:customStyle="1" w:styleId="CytatZnak">
    <w:name w:val="Cytat Znak"/>
    <w:basedOn w:val="Domylnaczcionkaakapitu"/>
    <w:link w:val="Cytat"/>
    <w:uiPriority w:val="29"/>
    <w:rsid w:val="00FC693F"/>
    <w:rPr>
      <w:i/>
      <w:iCs/>
      <w:color w:val="000000" w:themeColor="text1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Cs w:val="18"/>
    </w:rPr>
  </w:style>
  <w:style w:type="character" w:styleId="Pogrubienie">
    <w:name w:val="Strong"/>
    <w:basedOn w:val="Domylnaczcionkaakapitu"/>
    <w:uiPriority w:val="22"/>
    <w:qFormat/>
    <w:rsid w:val="00FC693F"/>
    <w:rPr>
      <w:b/>
      <w:bCs/>
    </w:rPr>
  </w:style>
  <w:style w:type="character" w:styleId="Uwydatnienie">
    <w:name w:val="Emphasis"/>
    <w:basedOn w:val="Domylnaczcionkaakapitu"/>
    <w:uiPriority w:val="20"/>
    <w:qFormat/>
    <w:rsid w:val="00FC693F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C693F"/>
    <w:rPr>
      <w:b/>
      <w:bCs/>
      <w:i/>
      <w:iCs/>
      <w:color w:val="4F81BD" w:themeColor="accent1"/>
    </w:rPr>
  </w:style>
  <w:style w:type="character" w:styleId="Wyrnieniedelikatne">
    <w:name w:val="Subtle Emphasis"/>
    <w:basedOn w:val="Domylnaczcionkaakapitu"/>
    <w:uiPriority w:val="19"/>
    <w:qFormat/>
    <w:rsid w:val="00FC693F"/>
    <w:rPr>
      <w:i/>
      <w:iCs/>
      <w:color w:val="808080" w:themeColor="text1" w:themeTint="7F"/>
    </w:rPr>
  </w:style>
  <w:style w:type="character" w:styleId="Wyrnienieintensywne">
    <w:name w:val="Intense Emphasis"/>
    <w:basedOn w:val="Domylnaczcionkaakapitu"/>
    <w:uiPriority w:val="21"/>
    <w:qFormat/>
    <w:rsid w:val="00FC693F"/>
    <w:rPr>
      <w:b/>
      <w:bCs/>
      <w:i/>
      <w:iCs/>
      <w:color w:val="4F81BD" w:themeColor="accent1"/>
    </w:rPr>
  </w:style>
  <w:style w:type="character" w:styleId="Odwoaniedelikatne">
    <w:name w:val="Subtle Reference"/>
    <w:basedOn w:val="Domylnaczcionkaakapitu"/>
    <w:uiPriority w:val="31"/>
    <w:qFormat/>
    <w:rsid w:val="00FC693F"/>
    <w:rPr>
      <w:smallCaps/>
      <w:color w:val="C0504D" w:themeColor="accent2"/>
      <w:u w:val="single"/>
    </w:rPr>
  </w:style>
  <w:style w:type="character" w:styleId="Odwoanieintensywne">
    <w:name w:val="Intense Reference"/>
    <w:basedOn w:val="Domylnaczcionkaakapitu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ytuksiki">
    <w:name w:val="Book Title"/>
    <w:basedOn w:val="Domylnaczcionkaakapitu"/>
    <w:uiPriority w:val="33"/>
    <w:qFormat/>
    <w:rsid w:val="00FC693F"/>
    <w:rPr>
      <w:b/>
      <w:b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C693F"/>
    <w:pPr>
      <w:outlineLvl w:val="9"/>
    </w:pPr>
  </w:style>
  <w:style w:type="table" w:styleId="Tabela-Siatka">
    <w:name w:val="Table Grid"/>
    <w:basedOn w:val="Standardowy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Jasnecieniowanie">
    <w:name w:val="Light Shading"/>
    <w:basedOn w:val="Standardowy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Jasnecieniowanieakcent2">
    <w:name w:val="Light Shading Accent 2"/>
    <w:basedOn w:val="Standardowy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Jasnecieniowanieakcent3">
    <w:name w:val="Light Shading Accent 3"/>
    <w:basedOn w:val="Standardowy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Jasnecieniowanieakcent4">
    <w:name w:val="Light Shading Accent 4"/>
    <w:basedOn w:val="Standardowy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Jasnecieniowanieakcent5">
    <w:name w:val="Light Shading Accent 5"/>
    <w:basedOn w:val="Standardowy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Jasnecieniowanieakcent6">
    <w:name w:val="Light Shading Accent 6"/>
    <w:basedOn w:val="Standardowy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Jasnalista">
    <w:name w:val="Light List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Jasnalistaakcent2">
    <w:name w:val="Light List Accent 2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Jasnalistaakcent3">
    <w:name w:val="Light List Accent 3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Jasnalistaakcent4">
    <w:name w:val="Light List Accent 4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Jasnalistaakcent5">
    <w:name w:val="Light List Accent 5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Jasnalistaakcent6">
    <w:name w:val="Light List Accent 6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Jasnasiatka">
    <w:name w:val="Light Grid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Jasnasiatkaakcent2">
    <w:name w:val="Light Grid Accent 2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Jasnasiatkaakcent3">
    <w:name w:val="Light Grid Accent 3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Jasnasiatkaakcent4">
    <w:name w:val="Light Grid Accent 4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Jasnasiatkaakcent5">
    <w:name w:val="Light Grid Accent 5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Jasnasiatkaakcent6">
    <w:name w:val="Light Grid Accent 6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redniecieniowanie1">
    <w:name w:val="Medium Shading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alista1">
    <w:name w:val="Medium Lis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rednialista1akcent2">
    <w:name w:val="Medium List 1 Accent 2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rednialista1akcent3">
    <w:name w:val="Medium List 1 Accent 3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rednialista1akcent4">
    <w:name w:val="Medium List 1 Accent 4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rednialista1akcent5">
    <w:name w:val="Medium List 1 Accent 5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rednialista1akcent6">
    <w:name w:val="Medium List 1 Accent 6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rednialista2">
    <w:name w:val="Medium Lis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siatka1">
    <w:name w:val="Medium Grid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dniasiatka1akcent2">
    <w:name w:val="Medium Grid 1 Accent 2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dniasiatka1akcent3">
    <w:name w:val="Medium Grid 1 Accent 3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dniasiatka1akcent4">
    <w:name w:val="Medium Grid 1 Accent 4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dniasiatka1akcent5">
    <w:name w:val="Medium Grid 1 Accent 5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dniasiatka1akcent6">
    <w:name w:val="Medium Grid 1 Accent 6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redniasiatka2">
    <w:name w:val="Medium Grid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1">
    <w:name w:val="Medium Grid 2 Accent 1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2">
    <w:name w:val="Medium Grid 2 Accent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3">
    <w:name w:val="Medium Grid 2 Accent 3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4">
    <w:name w:val="Medium Grid 2 Accent 4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5">
    <w:name w:val="Medium Grid 2 Accent 5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6">
    <w:name w:val="Medium Grid 2 Accent 6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3">
    <w:name w:val="Medium Grid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redniasiatka3akcent2">
    <w:name w:val="Medium Grid 3 Accent 2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redniasiatka3akcent3">
    <w:name w:val="Medium Grid 3 Accent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redniasiatka3akcent4">
    <w:name w:val="Medium Grid 3 Accent 4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redniasiatka3akcent5">
    <w:name w:val="Medium Grid 3 Accent 5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redniasiatka3akcent6">
    <w:name w:val="Medium Grid 3 Accent 6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Ciemnalista">
    <w:name w:val="Dark List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Ciemnalistaakcent2">
    <w:name w:val="Dark List Accent 2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Ciemnalistaakcent3">
    <w:name w:val="Dark List Accent 3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Ciemnalistaakcent4">
    <w:name w:val="Dark List Accent 4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Ciemnalistaakcent5">
    <w:name w:val="Dark List Accent 5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Ciemnalistaakcent6">
    <w:name w:val="Dark List Accent 6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Kolorowecieniowanie">
    <w:name w:val="Colorful Shading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alista">
    <w:name w:val="Colorful List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Kolorowalistaakcent2">
    <w:name w:val="Colorful List Accent 2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Kolorowalistaakcent3">
    <w:name w:val="Colorful List Accent 3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Kolorowalistaakcent4">
    <w:name w:val="Colorful List Accent 4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Kolorowalistaakcent5">
    <w:name w:val="Colorful List Accent 5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Kolorowalistaakcent6">
    <w:name w:val="Colorful List Accent 6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Kolorowasiatka">
    <w:name w:val="Colorful Grid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olorowasiatkaakcent2">
    <w:name w:val="Colorful Grid Accent 2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olorowasiatkaakcent3">
    <w:name w:val="Colorful Grid Accent 3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asiatkaakcent4">
    <w:name w:val="Colorful Grid Accent 4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olorowasiatkaakcent5">
    <w:name w:val="Colorful Grid Accent 5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olorowasiatkaakcent6">
    <w:name w:val="Colorful Grid Accent 6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Tabelasiatki6kolorowaakcent1">
    <w:name w:val="Grid Table 6 Colorful Accent 1"/>
    <w:basedOn w:val="Standardowy"/>
    <w:uiPriority w:val="51"/>
    <w:rsid w:val="00F352C3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F4F7FA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29</Pages>
  <Words>7764</Words>
  <Characters>46590</Characters>
  <Application>Microsoft Office Word</Application>
  <DocSecurity>0</DocSecurity>
  <Lines>388</Lines>
  <Paragraphs>108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54246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Magdalena Wicha</cp:lastModifiedBy>
  <cp:revision>13</cp:revision>
  <cp:lastPrinted>2026-10-27T09:22:00Z</cp:lastPrinted>
  <dcterms:created xsi:type="dcterms:W3CDTF">2013-12-23T23:15:00Z</dcterms:created>
  <dcterms:modified xsi:type="dcterms:W3CDTF">2026-10-28T10:42:00Z</dcterms:modified>
  <cp:category/>
</cp:coreProperties>
</file>